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שַׁבָּת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יוֹם קָדוֹשׁ שֶׁל מְנוּחָה וְשִׂמְחָה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כְּבוֹד שַׁבָּת וְהַדְלָקַת נֵרוֹת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שַׁבָּת הִיא הַיּוֹם הַשְּׁבִיעִי.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בְּעֶרֶב שַׁבָּת מְכִינִים אֶת הַבַּיִת.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מַדְלִיקִים נֵרוֹת אַחֲרֵי שֶׁיּוֹרֵד חֹשֶׁךְ.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מַדְלִיקִים לְפָחוֹת שְׁנֵי נֵרוֹת.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לִכְבוֹד שַׁבָּת?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הַחֵפֶץ לְמָה שֶׁעוֹשִׂים בּוֹ.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מַפָּה  ←  פּוֹרְסִים עַל הַשֻּׁלְחָן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בִּגְדֵי שַׁבָּת  ←  לוֹבְשִׁים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נֵרוֹת  ←  מַדְלִיקִים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מַטְאֲטֵא  ←  מְנַקִּים אֶת הַבַּיִת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יוֹם שִׁשִּׁי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מְנַקִּים אֶת הַבַּיִת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לוֹבְשִׁים בִּגְדֵי שַׁבָּת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מַדְלִיקִים נֵרוֹת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הוֹלְכִים לְבֵית הַכְּנֶסֶת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מַעֲשִׂים שֶׁמַּרְאִים שֶׁהַשַּׁבָּת חֲשׁוּבָה לָנוּ  ←  כְּבוֹד 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יוֹם שִׁשִּׁי, לִפְנֵי שֶׁהַשַּׁבָּת נִכְנֶסֶת  ←  עֶרֶב 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בְּרָכָה עַל כּוֹס יַיִן, שֶׁאוֹמֶרֶת שֶׁהַשַּׁבָּת קְדוֹשָׁה  ←  קִדּוּשׁ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אֲרוּחָה חֲגִיגִית עִם לֶחֶם  ←  סְעוּדָה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תְּפִלּוֹת, קִדּוּשׁ וּסְעוּדוֹת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עוֹשִׂים קִדּוּשׁ?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עַל כּוֹס יַיִן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סְעוּדוֹת אוֹכְלִים בְּשַׁבָּת?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שָׁלֹשׁ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חַלּוֹת שָׂמִים עַל הַשֻּׁלְחָן?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שְׁתַּיִם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בְּשַׁבָּת בַּבֹּקֶר מִתְפַּלְּלִים שַׁחֲרִית וְ[מוּסָף].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מְכַסִּים אֶת [חַלּוֹת] הַשַּׁבָּת בִּזְמַן הַקִּדּוּשׁ.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אַחַר הַצָּהֳרַיִם אוֹכְלִים סְעוּדָה [שְׁלִישִׁית].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מִיּוּן: תְּפִלָּה אוֹ סְעוּדָה?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מִלָּה מִתַּחַת לַכּוֹתֶרֶת הַמַּתְאִימָה.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תְּפִלּוֹת שַׁבָּת: מוּסָף · קַבָּלַת שַׁבָּת · שַׁחֲרִית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סְעוּדוֹת שַׁבָּת: קִדּוּשׁ עַל יַיִן · שְׁתֵּי חַלּוֹת · סְעוּדָה שְׁלִישִׁית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קְרִיאַת הַתּוֹרָה  ←  בְּשַׁבָּת שׁוֹמְעִים קְרִיאַת הַתּוֹרָה בְּבֵית הַכְּנֶסֶת.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24000" cy="39650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4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965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נֵרוֹת וְחַלּוֹת  ←  לִכְבוֹד שַׁבָּת מַדְלִיקִים נֵרוֹת וְשָׂמִים שְׁתֵּי חַלּוֹת.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132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הַבְדָּלָה  ←  בְּהַבְדָּלָה מְבָרְכִים עַל הָאֵשׁ.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24800" cy="39506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4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00" cy="395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כּוֹס הַקִּדּוּשׁ  ←  עַל כּוֹס יַיִן אוֹמְרִים קִדּוּשׁ בְּשַׁבָּת.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בְּשַׁבָּת שְׂמֵחִים וְנָחִים.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סְעוּדָה שְׁלִישִׁית אוֹכְלִים בְּלֵיל שַׁבָּת.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מִצְוָה לַעֲזֹר בַּהֲכָנוֹת לְשַׁבָּת.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אֶת הַקִּדּוּשׁ אוֹמְרִים אַחֲרֵי הָאֹכֶל.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שֻׁלְחַן הַשַּׁבָּת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שֻׁלְחַן שַׁבָּת: נֵרוֹת, חַלּוֹת וְכוֹס קִדּוּשׁ.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