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שָׁבוּעוֹת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הַר סִינַי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012000" cy="67106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67_0.0-0.048-1.0-0.941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671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בְּהַר סִינַי קִבַּלְנוּ אֶת הַתּוֹרָה.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שָׁבוּעוֹת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מַאַכְלֵי חָלָב וּבִכּוּרִים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6848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134-0.989-0.84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684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בְּשָׁבוּעוֹת אוֹכְלִים עוּגַת גְּבִינָה טְעִימָה.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