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שָׁבוּעוֹת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חַג מַתַּן תּוֹרָה – חַג שָׂמֵחַ!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מַתַּן תּוֹרָה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דִּינֵי יוֹם טוֹב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עַל חַג הַשָּׁבוּעוֹת.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נִשְׁמַע אֵיךְ קִבַּלְנוּ אֶת הַתּוֹרָה בְּהַר סִינַי.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מָה עוֹשִׂים וּמָה לֹא עוֹשִׂים בְּיוֹם טוֹב.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מַתַּן 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בְּנֵי יִשְׂרָאֵל יָצְאוּ מִמִּצְרַיִם וְהָלְכוּ בַּמִּדְבָּר.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הֵם הִגִּיעוּ לְהַר סִינַי וְחָנוּ מוּל הָהָר.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שִׁבְעָה שָׁבוּעוֹת אַחֲרֵי יְצִיאַת מִצְרַיִם, ה' נָתַן לָנוּ שָׁם אֶת הַתּוֹרָה וְאֶת עֲשֶׂרֶת הַדִּבְּרוֹת.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בְּשָׁבוּעוֹת אוֹכְלִים מַאַכְלֵי חָלָב וְלוֹמְדִים תּוֹרָה בַּלַּיְלָה.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מַתַּן תּוֹרָה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הַיּוֹם שֶׁבּוֹ ה' נָתַן לָנוּ אֶת הַתּוֹרָה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הַר סִינַי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הָהָר בַּמִּדְבָּר שֶׁעָלָיו נִתְּנָה הַתּוֹרָה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מַאַכְלֵי חָלָב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אֹכֶל מֵחָלָב, כְּמוֹ גְּבִינָה וְעוּגַת גְּבִינָה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«בְּיוֹם רִאשׁוֹן שֶׁל שָׁבוּעוֹת, נוֹהֲגִין לֶאֱכוֹל מַאַכְלֵי חָלָב. וְיֵשׁ בָּזֶה כַּמָּה טְעָמִים.»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קג,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אֶת הַתּוֹרָה קִבַּלְנוּ בְּהַר סִינַי.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בְּשָׁבוּעוֹת יוֹשְׁבִים בַּסֻּכָּה.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בְּשָׁבוּעוֹת נוֹהֲגִים לֶאֱכֹל מַאַכְלֵי חָלָב.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בְּשָׁבוּעוֹת שׁוֹמְעִים אֶת עֲשֶׂרֶת הַדִּבְּרוֹת.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מַתַּן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חָלָב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תּוֹרָה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סִינַי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קִבַּלְנוּ אֶת הַתּוֹרָה בְּהַר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בְּשָׁבוּעוֹת אוֹכְלִים מַאַכְלֵי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בְּלֵיל שָׁבוּעוֹת לוֹמְדִים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מַתַּן תּוֹרָה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הַר סִינַי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יוֹם טוֹב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מְלָאכָה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מַתַּן תּוֹרָה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חַג קָדוֹשׁ שֶׁבּוֹ לֹא עוֹשִׂים מְלָאכָה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הַיּוֹם שֶׁבּוֹ ה' נָתַן לָנוּ אֶת הַתּוֹרָה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עֲבוֹדָה שֶׁאָסוּר לַעֲשׂוֹת בְּשַׁבָּת וּבְיוֹם טוֹב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הָהָר בַּמִּדְבָּר שֶׁעָלָיו נִתְּנָה הַתּוֹרָה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דִּינֵי יוֹם טוֹב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שָׁבוּעוֹת הוּא יוֹם טוֹב, קָדוֹשׁ כְּמוֹ שַׁבָּת.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בְּיוֹם טוֹב לֹא כּוֹתְבִים, לֹא גּוֹזְרִים וְלֹא נוֹסְעִים.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אֲבָל מֻתָּר לְבַשֵּׁל אֹכֶל לֶחָג, מֵאֵשׁ שֶׁכְּבָר דּוֹלֶקֶת.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עוֹשִׂים קִדּוּשׁ, אוֹכְלִים סְעוּדָה וּשְׂמֵחִים בֶּחָג.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יוֹם טוֹב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חַג קָדוֹשׁ שֶׁבּוֹ לֹא עוֹשִׂים מְלָאכָה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מְלָאכָה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עֲבוֹדָה שֶׁאָסוּר לַעֲשׂוֹת בְּשַׁבָּת וּבְיוֹם טוֹב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קִדּוּשׁ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בְּרָכָה עַל הַיַּיִן לִפְנֵי הַסְּעוּדָה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«כָּל מְלָאכָה שֶׁאֲסוּר לַעֲשׂוֹתָהּ בַּשַׁבָּת, אָסוּר לַעֲשׂוֹתָהּ בְּיוֹם-טוֹב.»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צח,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מַעֲשֶׂה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לְבַשֵּׁל מָרָק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לִכְתֹּב מִכְתָּב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לֶאֱכֹל עוּגַת גְּבִינָה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לִנְסֹעַ בִּמְכוֹנִית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לְהַגִּיד קִדּוּשׁ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לִגְזֹר נְיָר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מֻתָּר בְּיוֹם טוֹב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אָסוּר בְּיוֹם טוֹב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דִּינֵי יוֹם טוֹב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עַל מָה עוֹשִׂים קִדּוּשׁ?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מַיִם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יַיִן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עַל חָלָב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מֻתָּר בְּיוֹם טוֹב?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לְבַשֵּׁל אֹכֶל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לִכְתֹּב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לִגְזֹר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מַרְגִּישִׁים בֶּחָג?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עֲצוּבִים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כּוֹעֲסִים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שְׂמֵחִים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שֻׁלְחַן הֶחָג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שְׁנֵי הַחֲלָקִים.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קִדּוּשׁ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לוֹבְשִׁים לִכְבוֹד הֶחָג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שְׁתֵּי חַלּוֹת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מַאֲכַל חָלָב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בְּגָדִים יָפִים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בְּרָכָה עַל הַיַּיִן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עוּגַת גְּבִינָה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בּוֹצְעִים בַּסְּעוּדָה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דִּינֵי יוֹם טוֹב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מְקַשְּׁטִים אֶת בֵּית הַכְּנֶסֶת בִּפְרָחִים.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בְּהַר סִינַי קִבַּלְנוּ אֶת הַתּוֹרָה.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בְּלֵיל שָׁבוּעוֹת לוֹמְדִים תּוֹרָה.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בְּשָׁבוּעוֹת אוֹכְלִים עוּגַת גְּבִינָה טְעִימָה.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שָׁבוּעוֹת הוּא חַג מַתַּן 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בְּיוֹם טוֹב מֻתָּר לִכְתֹּב.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בְּיוֹם טוֹב עוֹשִׂים קִדּוּשׁ עַל יַיִן.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בְּשָׁבוּעוֹת אוֹכְלִים מַצָּה.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מְצַיְּרִים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אֶת שֻׁלְחַן הֶחָג שֶׁלָּכֶם בְּשָׁבוּעוֹת.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«שָׁבוּעוֹת».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2050704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4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2050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הַר סִינַי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00400" cy="2050642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4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400" cy="20506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מַאַכְלֵי חָלָב וּבִכּוּרִים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91599" cy="205357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9c6eb6fb1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599" cy="20535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פְּרָחִים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9600" cy="2052065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e6ec57f38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9600" cy="20520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לוֹמְדִים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הֵם חָנוּ לְיַד הַר סִינַי.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בְּנֵי יִשְׂרָאֵל יָצְאוּ מִמִּצְרַיִם.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ה' נָתַן לָהֶם אֶת הַתּוֹרָה.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הֵם הָלְכוּ בַּמִּדְבָּר.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