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right"/>
      </w:pPr>
      <w:r>
        <w:rPr>
          <w:rFonts w:ascii="David Libre" w:hAnsi="David Libre" w:cs="David Libre" w:eastAsia="David Libre"/>
          <w:b/>
          <w:bCs/>
          <w:color w:val="555555"/>
          <w:sz w:val="24"/>
          <w:szCs w:val="24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1F3A5F"/>
            <w:tcMar>
              <w:top w:w="198" w:type="dxa"/>
              <w:left w:w="198" w:type="dxa"/>
              <w:bottom w:w="198" w:type="dxa"/>
              <w:right w:w="19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E2C47A"/>
                <w:sz w:val="36"/>
                <w:szCs w:val="36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80"/>
                <w:szCs w:val="80"/>
                <w:rtl/>
              </w:rPr>
              <w:t>שָׁבוּעוֹת – מַחְוֶן לַמּוֹרֶה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FFFFFF"/>
                <w:sz w:val="38"/>
                <w:szCs w:val="38"/>
                <w:rtl/>
              </w:rPr>
              <w:t>חַג מַתַּן תּוֹרָה – חַג שָׂמֵחַ!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David Libre" w:hAnsi="David Libre" w:cs="David Libre" w:eastAsia="David Libre"/>
          <w:sz w:val="34"/>
          <w:szCs w:val="34"/>
          <w:rtl/>
        </w:rPr>
        <w:t>תשובות לכל המשימות בחוברת, לפי מספרי העמודים. במשימות פתוחות – תשובה אפשרית; מקבלים כל תשובה מנומקת.</w:t>
      </w:r>
    </w:p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2E86DE"/>
              <w:left w:val="single" w:sz="8" w:space="0" w:color="2E86DE"/>
              <w:bottom w:val="single" w:sz="8" w:space="0" w:color="2E86DE"/>
              <w:right w:val="single" w:sz="8" w:space="0" w:color="2E86DE"/>
            </w:tcBorders>
            <w:shd w:val="clear" w:color="auto" w:fill="2E86DE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: מַתַּן תּוֹרָה  ·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6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אֶת הַתּוֹרָה קִבַּלְנוּ בְּהַר סִינַי.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בְּשָׁבוּעוֹת יוֹשְׁבִים בַּסֻּכָּה.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בְּשָׁבוּעוֹת נוֹהֲגִים לֶאֱכֹל מַאַכְלֵי חָלָב.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בְּשָׁבוּעוֹת שׁוֹמְעִים אֶת עֲשֶׂרֶת הַדִּבְּרוֹת.  ←  נָכוֹן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סַדְּרוּ אֶת הַסִּפּוּר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גִּזְרוּ אֶת הַכַּרְטִיסִים מִדַּף הַגְּזִירָה וְהַדְבִּיקוּ לְפִי הַסֵּדֶר.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– יָצְאוּ מִמִּצְרַיִם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– הָלְכוּ בַּמִּדְבָּר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– חָנוּ לְיַד הַר סִינַי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– קִבְּלוּ אֶת הַתּוֹרָה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בַּחֲרוּ מִלָּה מִן הַמַּחְסָן.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קִבַּלְנוּ אֶת הַתּוֹרָה בְּהַר [סִינַי].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בְּשָׁבוּעוֹת אוֹכְלִים מַאַכְלֵי [חָלָב].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בְּלֵיל שָׁבוּעוֹת לוֹמְדִים [תּוֹרָה].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בֵּאוּרֵי מִלִּים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קִרְאוּ אֶת הַפֵּרוּשׁ. כִּתְבוּ אֶת הַמִּלָּה הַמַּתְאִימָה מִן הַמַּחְסָן.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הַיּוֹם שֶׁבּוֹ ה' נָתַן לָנוּ אֶת הַתּוֹרָה  ←  מַתַּן תּוֹרָה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הָהָר בַּמִּדְבָּר שֶׁעָלָיו נִתְּנָה הַתּוֹרָה  ←  הַר סִינַי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חַג קָדוֹשׁ שֶׁבּוֹ לֹא עוֹשִׂים מְלָאכָה  ←  יוֹם טוֹב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עֲבוֹדָה שֶׁאָסוּר לַעֲשׂוֹת בְּשַׁבָּת וּבְיוֹם טוֹב  ←  מְלָאכָה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E67E22"/>
              <w:left w:val="single" w:sz="8" w:space="0" w:color="E67E22"/>
              <w:bottom w:val="single" w:sz="8" w:space="0" w:color="E67E22"/>
              <w:right w:val="single" w:sz="8" w:space="0" w:color="E67E22"/>
            </w:tcBorders>
            <w:shd w:val="clear" w:color="auto" w:fill="E67E22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: דִּינֵי יוֹם טוֹב  ·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7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9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מֻתָּר אוֹ אָסוּר?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כִּתְבוּ כָּל מַעֲשֶׂה בַּמָּקוֹם הַנָּכוֹן.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מֻתָּר בְּיוֹם טוֹב: לְבַשֵּׁל מָרָק · לֶאֱכֹל עוּגַת גְּבִינָה · לְהַגִּיד קִדּוּשׁ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אָסוּר בְּיוֹם טוֹב: לִכְתֹּב מִכְתָּב · לִנְסֹעַ בִּמְכוֹנִית · לִגְזֹר נְיָר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עַל מָה עוֹשִׂים קִדּוּשׁ?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color w:val="1E8449"/>
                <w:sz w:val="32"/>
                <w:szCs w:val="32"/>
                <w:rtl/>
              </w:rPr>
              <w:t>✔ עַל יַיִן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מָה מֻתָּר בְּיוֹם טוֹב?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color w:val="1E8449"/>
                <w:sz w:val="32"/>
                <w:szCs w:val="32"/>
                <w:rtl/>
              </w:rPr>
              <w:t>✔ לְבַשֵּׁל אֹכֶל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אֵיךְ מַרְגִּישִׁים בֶּחָג?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color w:val="1E8449"/>
                <w:sz w:val="32"/>
                <w:szCs w:val="32"/>
                <w:rtl/>
              </w:rPr>
              <w:t>✔ שְׂמֵחִים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7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שֻׁלְחַן הֶחָג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מִתְחוּ קַו בֵּין שְׁנֵי הַחֲלָקִים.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קִדּוּשׁ  ←  בְּרָכָה עַל הַיַּיִן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שְׁתֵּי חַלּוֹת  ←  בּוֹצְעִים בַּסְּעוּדָה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בְּגָדִים יָפִים  ←  לוֹבְשִׁים לִכְבוֹד הֶחָג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עוּגַת גְּבִינָה  ←  מַאֲכַל חָלָב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8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 תְּמוּנוֹת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גִּזְרוּ אֶת הַתְּמוּנוֹת מִדַּף הַגְּזִירָה וְהַדְבִּיקוּ כָּל תְּמוּנָה מֵעַל הַמִּשְׁפָּט הַמַּתְאִים.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403200" cy="39586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19c6eb6fb1_330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200" cy="39586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 פְּרָחִים  ←  מְקַשְּׁטִים אֶת בֵּית הַכְּנֶסֶת בִּפְרָחִים.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60000" cy="394366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2_t14_col1_70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9436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 הַר סִינַי  ←  בְּהַר סִינַי קִבַּלְנוּ אֶת הַתּוֹרָה.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406799" cy="395704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5e6ec57f38_33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799" cy="3957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 לוֹמְדִים  ←  בְּלֵיל שָׁבוּעוֹת לוֹמְדִים תּוֹרָה.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442800" cy="394725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2_t14_col2_70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800" cy="3947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 מַאַכְלֵי חָלָב וּבִכּוּרִים  ←  בְּשָׁבוּעוֹת אוֹכְלִים עוּגַת גְּבִינָה טְעִימָה.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מָה לָמַדְנוּ?  ·  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10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9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שָׁבוּעוֹת הוּא חַג מַתַּן תּוֹרָה.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בְּיוֹם טוֹב מֻתָּר לִכְתֹּב.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בְּיוֹם טוֹב עוֹשִׂים קִדּוּשׁ עַל יַיִן.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בְּשָׁבוּעוֹת אוֹכְלִים מַצָּה.  ←  לֹא נָכוֹן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10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מְצַיְּרִים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צַיְּרוּ אֶת שֻׁלְחַן הֶחָג שֶׁלָּכֶם בְּשָׁבוּעוֹת.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color w:val="1E8449"/>
                <w:sz w:val="32"/>
                <w:szCs w:val="32"/>
                <w:rtl/>
              </w:rPr>
              <w:t>תשובה אישית.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David Libre" w:hAnsi="David Libre" w:cs="David Libre" w:eastAsia="David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David Libre" w:hAnsi="David Libre" w:cs="David Libre" w:eastAsia="David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