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סֻכּוֹת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סֻכָּה  (סוכה)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לוּלָב  (לולב)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אֶתְרוֹג  (אתרוג)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הֲדַס  (הדס)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עֲרָבָה  (ערבה)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סְכָךְ  (סכך)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הַקָּפוֹת  (הקפות)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שִׂמְחָה  (שמחה)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מַיִם  (מים)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