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Assistant" w:hAnsi="Assistant" w:cs="Assistant" w:eastAsia="Assistant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E2C47A"/>
                <w:sz w:val="36"/>
                <w:szCs w:val="36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סֻכּוֹת – מַחְוֶן לַמּוֹרֶה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color w:val="FFFFFF"/>
                <w:sz w:val="38"/>
                <w:szCs w:val="38"/>
                <w:rtl/>
              </w:rPr>
              <w:t>זְמַן שִׂמְחָתֵנוּ: סֻכָּה, לוּלָב וְשִׂמְחָה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Assistant" w:hAnsi="Assistant" w:cs="Assistant" w:eastAsia="Assistant"/>
          <w:sz w:val="34"/>
          <w:szCs w:val="34"/>
          <w:rtl/>
        </w:rPr>
        <w:t>תשובות לכל המשימות בחוברת, לפי מספרי העמודים. במשימות פתוחות – תשובה אפשרית; מקבלים כל תשובה מנומקת.</w:t>
      </w:r>
    </w:p>
    <w:p>
      <w:pPr>
        <w:bidi/>
        <w:spacing w:before="0" w:after="0" w:line="2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B7950B"/>
              <w:left w:val="single" w:sz="8" w:space="0" w:color="B7950B"/>
              <w:bottom w:val="single" w:sz="8" w:space="0" w:color="B7950B"/>
              <w:right w:val="single" w:sz="8" w:space="0" w:color="B7950B"/>
            </w:tcBorders>
            <w:shd w:val="clear" w:color="auto" w:fill="B7950B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rtl/>
              </w:rPr>
              <w:t xml:space="preserve">: סֻכָּה כְּשֵׁרָה וְאַרְבַּעַת הַמִּינִים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4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6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. סְכָךְ עוֹשִׂים מֵעֲנָפִים אוֹ מִקָּנִים.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. סֻכָּה מִתַּחַת לְעֵץ הִיא כְּשֵׁרָה.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. בַּסֻּכָּה צָרִיךְ יוֹתֵר צֵל מִשֶּׁמֶשׁ.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. בְּאַרְבַּעַת הַמִּינִים יֵשׁ תַּפּוּחַ.  ←  לֹא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כְּשֵׁרָה אוֹ פְּסוּלָה?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כִּתְבוּ כָּל מִשְׁפָּט בַּטּוּר הַמַּתְאִים.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סֻכָּה כְּשֵׁרָה: סְכָךְ מֵעֲנָפִים · הַרְבֵּה צֵל · דְּפָנוֹת חֲזָקוֹת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סֻכָּה פְּסוּלָה: סֻכָּה תַּחַת עֵץ · הַרְבֵּה שֶׁמֶשׁ · סְכָךְ מִשְּׂמִיכָה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3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בּוֹנִים סֻכָּה לְפִי הַסֵּדֶר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– אַחֲרֵי יוֹם הַכִּפּוּרִים מַתְחִילִים לִבְנוֹת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– בּוֹנִים דְּפָנוֹת חֲזָקוֹת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– שָׂמִים סְכָךְ עַל הַדְּפָנוֹת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– יוֹשְׁבִים וְאוֹכְלִים בַּסֻּכָּה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4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413999" cy="39643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ad24a0659b_330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999" cy="39643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 גֶּשֶׁם  ←  אִם יוֹרֵד גֶּשֶׁם חָזָק, אֶפְשָׁר לָצֵאת מֵהַסֻּכָּה.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56400" cy="394123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03_col1_70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400" cy="39412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 סֻכָּה כְּשֵׁרָה  ←  בַּסֻּכָּה יֵשׁ דְּפָנוֹת חֲזָקוֹת וּסְכָךְ שֶׁל עֲנָפִים.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417600" cy="396087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ada7298642_33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600" cy="39608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 שִׂמְחַת תּוֹרָה  ←  בְּשִׂמְחַת תּוֹרָה רוֹקְדִים עִם סֵפֶר הַתּוֹרָה.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413999" cy="394482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03_col2_70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999" cy="39448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 אַרְבַּעַת הַמִּינִים  ←  לוּלָב, אֶתְרוֹג, הֲדַסִּים וַעֲרָבוֹת – כֻּלָּם יַחַד לְמִצְוָה.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1F618D"/>
              <w:left w:val="single" w:sz="8" w:space="0" w:color="1F618D"/>
              <w:bottom w:val="single" w:sz="8" w:space="0" w:color="1F618D"/>
              <w:right w:val="single" w:sz="8" w:space="0" w:color="1F618D"/>
            </w:tcBorders>
            <w:shd w:val="clear" w:color="auto" w:fill="1F618D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rtl/>
              </w:rPr>
              <w:t xml:space="preserve">: שְׂמֵחִים בֶּחָג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7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9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5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מָה שָׁפְכוּ עַל הַמִּזְבֵּחַ בְּסֻכּוֹת?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✔ מַיִם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מָה עוֹשִׂים בְּשִׂמְחַת תּוֹרָה?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✔ רוֹקְדִים עִם הַתּוֹרָה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אֵיפֹה הָיְתָה שִׂמְחַת בֵּית הַשּׁוֹאֵבָה?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✔ בְּבֵית הַמִּקְדָּשׁ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6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מָה מַתְאִים?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מִתְחוּ קַו בֵּין הַמִּלָּה לְמָה שֶׁמַּתְאִים לָהּ.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שׁוֹאֲבִים  ←  מַיִם מִן הַמַּעְיָן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רוֹקְדִים  ←  הַקָּפוֹת עִם הַתּוֹרָה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מְסַיְּמִים  ←  אֶת פָּרָשַׁת «וְזֹאת הַבְּרָכָה»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מַתְחִילִים  ←  מִבְּרֵאשִׁית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7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בַּחֲרוּ מִלָּה מִן הַמַּחְסָן.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בְּבֵית הַמִּקְדָּשׁ שָׁאֲבוּ [מַיִם] לַמִּזְבֵּחַ.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בְּשִׂמְחַת [תּוֹרָה] מְסַיְּמִים אֶת הַתּוֹרָה.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בַּהַקָּפוֹת [רוֹקְדִים] עִם סִפְרֵי הַתּוֹרָה.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מַתְחִילִים שׁוּב מִפָּרָשַׁת [בְּרֵאשִׁית].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8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מִתְחוּ קַו בֵּין כָּל תְּמוּנָה לַמִּשְׁפָּט הַמַּתְאִים לָהּ.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96000" cy="3336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3c3bd526d9_33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3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 ←  הָאֶתְרוֹג צָרִיךְ לִהְיוֹת שָׁלֵם וְיָפֶה.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34800" cy="394586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c5ea5b4980_33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800" cy="39458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 ←  הַלּוּלָב הוּא עָנָף שֶׁל עֵץ תָּמָר.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96000" cy="3756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6989058904_33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75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 ←  רוֹאִים כּוֹכָבִים דֶּרֶךְ הַסְּכָךְ.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96000" cy="3336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1bf99567e7_33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3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 ←  בַּסֻּכָּה אוֹכְלִים אֶת הַסְּעוּדוֹת.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rtl/>
              </w:rPr>
              <w:t xml:space="preserve">מָה לָמַדְנוּ?  ·  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10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כַּמָּה הֲדַסִּים יֵשׁ בַּלּוּלָב?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✔ שְׁלוֹשָׁה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מָה קוֹנֶה אַבָּא לְיֶלֶד שֶׁיּוֹדֵעַ לְנַעְנֵעַ?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✔ לוּלָב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מָה שָׂמִים עַל הַסֻּכָּה?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✔ סְכָךְ מֵעֲנָפִים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הַסֻּכָּה שֶׁלִּי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צַיְּרוּ סֻכָּה כְּשֵׁרָה עִם סְכָךְ וְקִשּׁוּטִים.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תשובה אישית.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Assistant" w:hAnsi="Assistant" w:cs="Assistant" w:eastAsia="Assistant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ssistant" w:hAnsi="Assistant" w:cs="Assistant" w:eastAsia="Assistant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ssistant" w:hAnsi="Assistant" w:cs="Assistant" w:eastAsia="Assistant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