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תְּפִלָּה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הַסִּדּוּר שֶׁלִּי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8000" cy="6681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13_0.24-0.234-0.737-0.88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8000" cy="6681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מִתּוֹךְ הַסִּדּוּר אֲנִי מִתְפַּלֵּל לַה'.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תְּפִלָּה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שַׁחֲרִית וְעַרְבִית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18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112-1.0-0.89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1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בַּבֹּקֶר וּבַלַּיְלָה מִתְפַּלְּלִים לַה'.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