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תְּפִלָּה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מְדַבְּרִים עִם ה' בְּכָל הַלֵּב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תְּפִלָּה וְכַוָּנָה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שָׁלֹשׁ תְּפִלּוֹת וְהַסִּדּוּר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בַּחוֹבֶרֶת הַזֹּאת נִלְמַד מַהִי תְּפִלָּה.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נִלְמַד אֵיךְ מִתְפַּלְּלִים בְּכַוָּנָה.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נַכִּיר אֶת שָׁלֹשׁ הַתְּפִלּוֹת, אֶת הָאָבוֹת וְאֶת הַסִּדּוּר.</w:t>
      </w:r>
    </w:p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תְּפִלָּה וְכַוָּנָה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6A085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תְּפִלָּה הִיא דִּבּוּר שֶׁלָּנוּ עִם ה'.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בַּתְּפִלָּה אֲנַחְנוּ מְבַקְּשִׁים, מוֹדִים וּמְשַׁבְּחִים אֶת ה'.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כַּוָּנָה הִיא לַחְשֹׁב עַל הַמִּלִּים שֶׁאוֹמְרִים.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בִּשְׁמוֹנֶה עֶשְׂרֵה מִתְפַּלְּלִים בְּלַחַשׁ, כְּמוֹ לִפְנֵי מֶלֶךְ.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כַּוָּנָה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לַחְשֹׁב עַל מָה שֶׁאוֹמְרִים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מְשַׁבְּחִים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אוֹמְרִים דְּבָרִים טוֹבִים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בְּלַחַשׁ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בְּקוֹל שָׁקֵט מְאוֹד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«הַמִּתְפַּלֵּל צָרִיךְ שֶׁיְכַוֵּן בְּלִבּוֹ פֵּרוּשׁ הַמִּלּוֹת שֶׁהוּא מוֹצִיא בִּשְׂפָתָיו»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יח, סָעִיף 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תְּפִלָּה הִיא דִּבּוּר עִם ה'.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כַּוָּנָה הִיא לְהַגִּיד מַהֵר מְאוֹד.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אֶת שְׁמוֹנֶה עֶשְׂרֵה אוֹמְרִים בְּלַחַשׁ.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בַּתְּפִלָּה מֻתָּר לְשַׂחֵק עִם חָבֵר.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תְּפִלָּה וְכַוָּנָה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מֶלֶךְ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מוֹדִים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יְרוּשָׁלַיִם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מִלָּה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בַּתְּפִלָּה אֲנַחְנוּ ____________ לַה' עַל הַטּוֹב.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בְּכַוָּנָה חוֹשְׁבִים עַל כָּל ____________ שֶׁאוֹמְרִים.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עוֹמְדִים בִּתְפִלָּה כְּמוֹ לִפְנֵי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בַּתְּפִלָּה פּוֹנִים לְעֵבֶר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מִתְכּוֹנְנִים לַתְּפִלָּה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תְּפִלָּה וְכַוָּנָה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מִתְפַּלְּלִים בְּמִנְיָן בְּבֵית הַכְּנֶסֶת.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מִתּוֹךְ הַסִּדּוּר אֲנִי מִתְפַּלֵּל לַה'.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לִפְנֵי הַשֵּׁנָה אוֹמְרִים קְרִיאַת שְׁמַע.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בַּבֹּקֶר וּבַלַּיְלָה מִתְפַּלְּלִים לַה'.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שָׁלֹשׁ תְּפִלּוֹת וְהַסִּדּוּר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C0392B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בְּכָל יוֹם מִתְפַּלְּלִים שָׁלֹשׁ תְּפִלּוֹת.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שַׁחֲרִית בַּבֹּקֶר, מִנְחָה אַחַר הַצָּהֳרַיִם, וְעַרְבִית בַּלַּיְלָה.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אַבְרָהָם תִּקֵּן שַׁחֲרִית, יִצְחָק תִּקֵּן מִנְחָה, וְיַעֲקֹב תִּקֵּן עַרְבִית.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הַסִּדּוּר הוּא סֵפֶר הַתְּפִלּוֹת, וְשׁוֹמְרִים עַל כְּבוֹדוֹ.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תִּקֵּן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קָבַע וְהִתְחִיל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הָאָבוֹת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אַבְרָהָם, יִצְחָק וְיַעֲקֹב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סִדּוּר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סֵפֶר שֶׁיֵּשׁ בּוֹ הַתְּפִלּוֹת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«וְאִם מִתְפַּלֵּל מִתּוֹךְ סִדּוּר לֹא יָסִיר עֵינָיו מִן הַסִּדּוּר»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יח, סָעִיף ה)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תְּפִלּוֹת יֵשׁ בְּכָל יוֹם?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שְׁתַּיִם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שָׁלֹשׁ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אַרְבַּע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מִתְפַּלְּלִים עַרְבִית?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בַּבֹּקֶר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בַּצָּהֳרַיִם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בַּלַּיְלָה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תִּקֵּן אֶת תְּפִלַּת שַׁחֲרִית?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אַבְרָהָם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יִצְחָק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יַעֲקֹב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שָׁלֹשׁ תְּפִלּוֹת וְהַסִּדּוּר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מִי תִּקֵּן אֵיזוֹ תְּפִלָּה?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הַמִּלִּים הַמַּתְאִימוֹת.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אַבְרָהָם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עַרְבִית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יִצְחָק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סֵפֶר הַתְּפִלּוֹת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יַעֲקֹב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שַׁחֲרִית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הַסִּדּוּר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מִנְחָה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כָּבוֹד לַסִּדּוּר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א. מְנַשְּׁקִים סִדּוּר שֶׁנָּפַל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ב. מַנִּיחִים סִדּוּר עַל הָרִצְפָּה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ג. מַחְזִירִים סִדּוּר לַמַּדָּף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ד. זוֹרְקִים סִדּוּר לְחָבֵר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ה. סוֹגְרִים סִדּוּר בְּסוֹף הַתְּפִלָּה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ו. מְקַשְׁקְשִׁים בְּתוֹךְ הַסִּדּוּר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שׁוֹמְרִים עַל כְּבוֹד הַסִּדּוּר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שׁוֹמְרִים עַל כְּבוֹדוֹ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שָׁלֹשׁ תְּפִלּוֹת וְהַסִּדּוּר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0000" cy="90000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611abd5bc1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אַחַר הַצָּהֳרַיִם מִתְפַּלְּלִים מִנְחָה.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0000" cy="900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660721210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אַחֲרֵי הָאֹכֶל מְבָרְכִים בִּרְכַּת הַמָּזוֹן.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7200" cy="898953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3f1112351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7200" cy="8989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בַּבֹּקֶר מִתְפַּלְּלִים שַׁחֲרִית.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788509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bf99567e7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78850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בַּלַּיְלָה מִתְפַּלְּלִים עַרְבִית.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מִנְחָה הִיא הַתְּפִלָּה שֶׁל אַחַר הַצָּהֳרַיִם.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יַעֲקֹב תִּקֵּן אֶת תְּפִלַּת שַׁחֲרִית.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אֶפְשָׁר לְדַבֵּר עִם ה' בְּכָל מָקוֹם.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בִּשְׁמוֹנֶה עֶשְׂרֵה צוֹעֲקִים בְּקוֹל רָם.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אֲנִי מִתְפַּלֵּל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הַסִּדּוּר שֶׁלָּכֶם, וְכִתְבוּ עַל מָה תִּתְפַּלְּלוּ הַיּוֹם.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6"/>
                <w:szCs w:val="36"/>
                <w:rtl/>
              </w:rPr>
              <w:t>סִיַּמְתִּי לִלְמֹד אֶת הַיְּחִידָה «תְּפִלָּה».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4000" cy="2054676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5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20546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הַסִּדּוּר שֶׁלִּי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2052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5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שַׁחֲרִית וְעַרְבִית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96400" cy="2051252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400" cy="20512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מִנְיָן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591855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906cfe7eb7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5918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קְרִיאַת שְׁמַע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מִתְכּוֹנְנִים לַתְּפִלָּה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עוֹמְדִים וּפוֹנִים לִירוּשָׁלַיִם.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רוֹחֲצִים אֶת הַיָּדַיִם.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מִתְפַּלְּלִים בְּלַחַשׁ וּבְכַוָּנָה.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לוֹקְחִים סִדּוּר וּפוֹתְחִים בַּמָּקוֹם.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