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תְּפִלָּה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מְדַבְּרִים עִם ה' בְּכָל הַלֵּב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תְּפִלָּה וְכַוָּנָה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תְּפִלָּה הִיא דִּבּוּר עִם ה'.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כַּוָּנָה הִיא לְהַגִּיד מַהֵר מְאוֹד.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אֶת שְׁמוֹנֶה עֶשְׂרֵה אוֹמְרִים בְּלַחַשׁ.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בַּתְּפִלָּה מֻתָּר לְשַׂחֵק עִם חָבֵר.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בַּתְּפִלָּה אֲנַחְנוּ [מוֹדִים] לַה' עַל הַטּוֹב.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בְּכַוָּנָה חוֹשְׁבִים עַל כָּל [מִלָּה] שֶׁאוֹמְרִים.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עוֹמְדִים בִּתְפִלָּה כְּמוֹ לִפְנֵי [מֶלֶךְ].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בַּתְּפִלָּה פּוֹנִים לְעֵבֶר [יְרוּשָׁלַיִם].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מִתְכּוֹנְנִים לַתְּפִלָּה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רוֹחֲצִים יָדַיִם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לוֹקְחִים סִדּוּר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פּוֹנִים לִירוּשָׁלַיִם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מִתְפַּלְּלִים בְּכַוָּנָה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5600" cy="39463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00" cy="394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מִנְיָן  ←  מִתְפַּלְּלִים בְּמִנְיָן בְּבֵית הַכְּנֶסֶת.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37600" cy="39884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5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3988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הַסִּדּוּר שֶׁלִּי  ←  מִתּוֹךְ הַסִּדּוּר אֲנִי מִתְפַּלֵּל לַה'.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3512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06cfe7eb7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51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קְרִיאַת שְׁמַע  ←  לִפְנֵי הַשֵּׁנָה אוֹמְרִים קְרִיאַת שְׁמַע.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672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5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6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שַׁחֲרִית וְעַרְבִית  ←  בַּבֹּקֶר וּבַלַּיְלָה מִתְפַּלְּלִים לַה'.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שָׁלֹשׁ תְּפִלּוֹת וְהַסִּדּוּר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תְּפִלּוֹת יֵשׁ בְּכָל יוֹם?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שָׁלֹשׁ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מִתְפַּלְּלִים עַרְבִית?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בַּלַּיְלָה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תִּקֵּן אֶת תְּפִלַּת שַׁחֲרִית?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אַבְרָהָם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מִי תִּקֵּן אֵיזוֹ תְּפִלָּה?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הַמִּלִּים הַמַּתְאִימוֹת.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אַבְרָהָם  ←  שַׁחֲרִית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יִצְחָק  ←  מִנְחָה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יַעֲקֹב  ←  עַרְבִית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הַסִּדּוּר  ←  סֵפֶר הַתְּפִלּוֹת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כָּבוֹד לַסִּדּוּר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שׁוֹמְרִים עַל כְּבוֹד הַסִּדּוּר: מְנַשְּׁקִים סִדּוּר שֶׁנָּפַל · מַחְזִירִים סִדּוּר לַמַּדָּף · סוֹגְרִים סִדּוּר בְּסוֹף הַתְּפִלָּה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לֹא שׁוֹמְרִים עַל כְּבוֹדוֹ: מַנִּיחִים סִדּוּר עַל הָרִצְפָּה · זוֹרְקִים סִדּוּר לְחָבֵר · מְקַשְׁקְשִׁים בְּתוֹךְ הַסִּדּוּר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11abd5bc1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בַּבֹּקֶר מִתְפַּלְּלִים שַׁחֲרִית.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660721210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אַחַר הַצָּהֳרַיִם מִתְפַּלְּלִים מִנְחָה.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24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3f1112351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בַּלַּיְלָה מִתְפַּלְּלִים עַרְבִית.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33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bf99567e7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3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אַחֲרֵי הָאֹכֶל מְבָרְכִים בִּרְכַּת הַמָּזוֹן.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מִנְחָה הִיא הַתְּפִלָּה שֶׁל אַחַר הַצָּהֳרַיִם.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יַעֲקֹב תִּקֵּן אֶת תְּפִלַּת שַׁחֲרִית.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אֶפְשָׁר לְדַבֵּר עִם ה' בְּכָל מָקוֹם.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בִּשְׁמוֹנֶה עֶשְׂרֵה צוֹעֲקִים בְּקוֹל רָם.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אֲנִי מִתְפַּלֵּל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הַסִּדּוּר שֶׁלָּכֶם, וְכִתְבוּ עַל מָה תִּתְפַּלְּלוּ הַיּוֹם.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