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</w:pPr>
      <w:r>
        <w:rPr>
          <w:rFonts w:ascii="David Libre" w:hAnsi="David Libre" w:cs="David Libre" w:eastAsia="David Libre"/>
          <w:b/>
          <w:bCs/>
          <w:color w:val="555555"/>
          <w:sz w:val="24"/>
          <w:szCs w:val="24"/>
          <w:rtl/>
        </w:rPr>
        <w:t/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E2C47A"/>
                <w:sz w:val="32"/>
                <w:szCs w:val="32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בּוֹחַן – ט״ו בִּשְׁבָט</w:t>
            </w:r>
          </w:p>
        </w:tc>
      </w:tr>
    </w:tbl>
    <w:p>
      <w:pPr>
        <w:bidi/>
        <w:spacing w:before="0" w:after="0" w:line="12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5159"/>
        <w:gridCol w:w="5159"/>
      </w:tblGrid>
      <w:tr>
        <w:trPr>
          <w:cantSplit/>
        </w:trPr>
        <w:tc>
          <w:tcPr>
            <w:tcW w:type="dxa" w:w="5159"/>
            <w:tcW w:w="515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F6EED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b/>
                <w:bCs/>
                <w:sz w:val="32"/>
                <w:szCs w:val="32"/>
                <w:rtl/>
              </w:rPr>
              <w:t>שֵׁם: ______________________</w:t>
            </w:r>
          </w:p>
        </w:tc>
        <w:tc>
          <w:tcPr>
            <w:tcW w:type="dxa" w:w="5159"/>
            <w:tcW w:w="515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F6EED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b/>
                <w:bCs/>
                <w:sz w:val="32"/>
                <w:szCs w:val="32"/>
                <w:rtl/>
              </w:rPr>
              <w:t xml:space="preserve">תַּאֲרִיךְ: ____________   צִיּוּן: ______ / </w:t>
            </w:r>
            <w:r>
              <w:rPr>
                <w:rFonts w:ascii="Noto Sans" w:hAnsi="Noto Sans" w:cs="Noto Sans" w:eastAsia="Noto Sans"/>
                <w:b/>
                <w:bCs/>
                <w:sz w:val="32"/>
                <w:szCs w:val="32"/>
                <w:rtl/>
              </w:rPr>
              <w:t>100</w:t>
            </w:r>
          </w:p>
        </w:tc>
      </w:tr>
    </w:tbl>
    <w:p>
      <w:pPr>
        <w:bidi/>
        <w:spacing w:before="0" w:after="0" w:line="16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א. נָכוֹן אוֹ לֹא נָכוֹן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הַתְּאֵנָה הִיא מִשִּׁבְעַת הַמִּינִים.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" name="Picture 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4" name="Picture 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עַל תָּמָר מְבָרְכִים בּוֹרֵא פְּרִי הָאֲדָמָה.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5" name="Picture 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ט״ו בִּשְׁבָט הוּא רֹאשׁ הַשָּׁנָה לָאִילָנוֹת.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8" name="Picture 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אַחֲרֵי רִמּוֹן מְבָרְכִים ״בּוֹרֵא נְפָשׁוֹת״.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ב. הַקִּיפוּ אֶת הַתְּשׁוּבָה הַנְּכוֹנָה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כַּמָּה מִינִים יֵשׁ בְּשִׁבְעַת הַמִּינִים?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חֲמִשָּׁה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שִׁבְעָה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עֲשָׂרָה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מָה מְבָרְכִים עַל זַיִת?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פְּרִי הָעֵץ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פְּרִי הָאֲדָמָה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שֶׁהַכֹּל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מָה מְבָרְכִים עַל גֶּזֶר?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פְּרִי הָעֵץ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פְּרִי הָאֲדָמָה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הַגֶּפֶן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אוֹהֲבִים אֶת כֻּלָּם. עַל מָה מְבָרְכִים קֹדֶם?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תַּפּוּחַ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תְּאֵנָה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אַגָּס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ג. מִתְחוּ קַו בֵּין הַמַּאֲכָל לַבְּרָכָה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מתחו קו מכל מילה אל ההסבר המתאים.</w:t>
            </w:r>
          </w:p>
          <w:tbl>
            <w:tblPr>
              <w:bidiVisual/>
              <w:tblW w:w="1065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309"/>
              <w:gridCol w:w="567"/>
              <w:gridCol w:w="1247"/>
              <w:gridCol w:w="567"/>
              <w:gridCol w:w="3969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עֲנָבִים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הַמּוֹצִיא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גֶּזֶר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שֶׁהַכֹּל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מַיִם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בּוֹרֵא פְּרִי הָעֵץ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לֶחֶם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בּוֹרֵא פְּרִי הָאֲדָמָה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ד. הַשְׁלִימוּ אֶת הַמִּשְׁפָּטִים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40"/>
            </w:pPr>
            <w:r>
              <w:rPr>
                <w:rFonts w:ascii="David Libre" w:hAnsi="David Libre" w:cs="David Libre" w:eastAsia="David Libre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רִמּוֹן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תּוֹדָה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עֵץ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שֶׁמֶן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מִן הַזַּיִת עוֹשִׂים ____________.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הַתְּאֵנָה גְּדֵלָה עַל ____________.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בַּבְּרָכָה אָנוּ אוֹמְרִים ____________ לַה׳.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____________ הוּא פְּרִי אָדֹם מִשִּׁבְעַת הַמִּינִים.</w:t>
            </w:r>
          </w:p>
        </w:tc>
      </w:tr>
    </w:tbl>
    <w:p>
      <w:pPr>
        <w:bidi/>
        <w:spacing w:before="0" w:after="0" w:line="16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ה. עֲנוּ בְּמִשְׁפָּט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12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נְקוּדוֹת)</w:t>
            </w:r>
          </w:p>
          <w:p>
            <w:pPr>
              <w:bidi/>
              <w:spacing w:before="0" w:after="40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לָמָּה חָשׁוּב לְבָרֵךְ לִפְנֵי שֶׁאוֹכְלִים פְּרִי?</w:t>
            </w:r>
          </w:p>
          <w:tbl>
            <w:tblPr>
              <w:bidiVisual/>
              <w:tblW w:w="963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639"/>
            </w:tblGrid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David Libre" w:hAnsi="David Libre" w:cs="David Libre" w:eastAsia="David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David Libre" w:hAnsi="David Libre" w:cs="David Libre" w:eastAsia="David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David Libre" w:hAnsi="David Libre" w:cs="David Libre" w:eastAsia="David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120" w:after="0"/>
        <w:jc w:val="center"/>
      </w:pPr>
      <w:r>
        <w:rPr>
          <w:rFonts w:ascii="David Libre" w:hAnsi="David Libre" w:cs="David Libre" w:eastAsia="David Libre"/>
          <w:b/>
          <w:bCs/>
          <w:color w:val="B8902F"/>
          <w:sz w:val="40"/>
          <w:szCs w:val="40"/>
          <w:rtl/>
        </w:rPr>
        <w:t>בְּהַצְלָחָה!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David Libre" w:hAnsi="David Libre" w:cs="David Libre" w:eastAsia="David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</w:pPr>
    <w:r>
      <w:rPr>
        <w:rFonts w:ascii="David Libre" w:hAnsi="David Libre" w:cs="David Libre" w:eastAsia="David Libre"/>
        <w:b/>
        <w:bCs/>
        <w:color w:val="555555"/>
        <w:sz w:val="24"/>
        <w:szCs w:val="24"/>
        <w:rtl/>
      </w:rPr>
      <w:t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David Libre" w:hAnsi="David Libre" w:cs="David Libre" w:eastAsia="David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