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0"/>
        <w:jc w:val="right"/>
      </w:pPr>
      <w:r>
        <w:rPr>
          <w:rFonts w:ascii="David Libre" w:hAnsi="David Libre" w:cs="David Libre" w:eastAsia="David Libre"/>
          <w:b/>
          <w:bCs/>
          <w:color w:val="555555"/>
          <w:sz w:val="24"/>
          <w:szCs w:val="24"/>
          <w:rtl/>
        </w:rPr>
        <w:t>בס"ד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4" w:space="0" w:color="B8902F"/>
              <w:left w:val="double" w:sz="24" w:space="0" w:color="B8902F"/>
              <w:bottom w:val="double" w:sz="24" w:space="0" w:color="B8902F"/>
              <w:right w:val="double" w:sz="24" w:space="0" w:color="B8902F"/>
            </w:tcBorders>
            <w:shd w:val="clear" w:color="auto" w:fill="1F3A5F"/>
            <w:tcMar>
              <w:top w:w="198" w:type="dxa"/>
              <w:left w:w="198" w:type="dxa"/>
              <w:bottom w:w="198" w:type="dxa"/>
              <w:right w:w="19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E2C47A"/>
                <w:sz w:val="36"/>
                <w:szCs w:val="36"/>
                <w:rtl/>
              </w:rPr>
              <w:t>הֲלָכָה · כִּתָּה ב'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Suez One" w:hAnsi="Suez One" w:cs="Suez One" w:eastAsia="Suez One"/>
                <w:b/>
                <w:bCs/>
                <w:color w:val="FFFFFF"/>
                <w:sz w:val="80"/>
                <w:szCs w:val="80"/>
                <w:rtl/>
              </w:rPr>
              <w:t>ט״ו בִּשְׁבָט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color w:val="FFFFFF"/>
                <w:sz w:val="38"/>
                <w:szCs w:val="38"/>
                <w:rtl/>
              </w:rPr>
              <w:t>שִׁבְעַת הַמִּינִים וּבִרְכוֹתֵיהֶם</w:t>
            </w:r>
          </w:p>
        </w:tc>
      </w:tr>
    </w:tbl>
    <w:p>
      <w:pPr>
        <w:bidi/>
        <w:spacing w:before="0" w:after="0" w:line="20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6192000" cy="423663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ver_172_None_Fals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92000" cy="423663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10" w:space="0" w:color="B8902F"/>
              <w:left w:val="single" w:sz="10" w:space="0" w:color="B8902F"/>
              <w:bottom w:val="single" w:sz="10" w:space="0" w:color="B8902F"/>
              <w:right w:val="single" w:sz="10" w:space="0" w:color="B8902F"/>
            </w:tcBorders>
            <w:shd w:val="clear" w:color="auto" w:fill="F6EEDD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F3A5F"/>
                <w:sz w:val="34"/>
                <w:szCs w:val="34"/>
                <w:rtl/>
              </w:rPr>
              <w:t>חוֹבֶרֶת עֲבוֹדָה לַתַּלְמִיד · לְפִי תּוֹכְנִית הַלִּימוּדִים בַּהֲלָכָה – חמ"ד</w:t>
            </w:r>
          </w:p>
        </w:tc>
      </w:tr>
    </w:tbl>
    <w:p>
      <w:pPr>
        <w:bidi/>
        <w:spacing w:before="200" w:after="0"/>
        <w:jc w:val="center"/>
      </w:pPr>
      <w:r>
        <w:rPr>
          <w:rFonts w:ascii="David Libre" w:hAnsi="David Libre" w:cs="David Libre" w:eastAsia="David Libre"/>
          <w:b/>
          <w:bCs/>
          <w:color w:val="1F3A5F"/>
          <w:sz w:val="34"/>
          <w:szCs w:val="34"/>
          <w:rtl/>
        </w:rPr>
        <w:t>שֵׁם פְּרָטִי ___________   שֵׁם מִשְׁפָּחָה ___________   כִּתָּה _____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793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1F3A5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52"/>
                <w:szCs w:val="52"/>
                <w:rtl/>
              </w:rPr>
              <w:t>תּוֹכֶן הָעִנְיָנִים</w:t>
            </w:r>
          </w:p>
        </w:tc>
      </w:tr>
    </w:tbl>
    <w:p>
      <w:pPr>
        <w:bidi/>
        <w:spacing w:before="0" w:after="0" w:line="20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092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680"/>
        <w:gridCol w:w="7711"/>
        <w:gridCol w:w="1701"/>
      </w:tblGrid>
      <w:tr>
        <w:trPr>
          <w:trHeight w:val="765" w:hRule="atLeast"/>
          <w:cantSplit/>
        </w:trPr>
        <w:tc>
          <w:tcPr>
            <w:tcW w:type="dxa" w:w="3439"/>
            <w:tcW w:w="68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1F3A5F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20"/>
                <w:szCs w:val="20"/>
                <w:rtl/>
              </w:rPr>
              <w:t xml:space="preserve"> </w:t>
            </w:r>
          </w:p>
        </w:tc>
        <w:tc>
          <w:tcPr>
            <w:tcW w:type="dxa" w:w="3439"/>
            <w:tcW w:w="771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sz w:val="38"/>
                <w:szCs w:val="38"/>
                <w:rtl/>
              </w:rPr>
              <w:t>מָבוֹא</w:t>
            </w:r>
          </w:p>
        </w:tc>
        <w:tc>
          <w:tcPr>
            <w:tcW w:type="dxa" w:w="3439"/>
            <w:tcW w:w="170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F3A5F"/>
                <w:sz w:val="36"/>
                <w:szCs w:val="36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b/>
                <w:bCs/>
                <w:color w:val="1F3A5F"/>
                <w:sz w:val="36"/>
                <w:szCs w:val="36"/>
                <w:rtl/>
              </w:rPr>
              <w:t>3</w:t>
            </w:r>
          </w:p>
        </w:tc>
      </w:tr>
      <w:tr>
        <w:trPr>
          <w:trHeight w:val="765" w:hRule="atLeast"/>
          <w:cantSplit/>
        </w:trPr>
        <w:tc>
          <w:tcPr>
            <w:tcW w:type="dxa" w:w="3439"/>
            <w:tcW w:w="680" w:type="dxa"/>
            <w:tcBorders>
              <w:top w:val="single" w:sz="8" w:space="0" w:color="2E86DE"/>
              <w:left w:val="single" w:sz="8" w:space="0" w:color="2E86DE"/>
              <w:bottom w:val="single" w:sz="8" w:space="0" w:color="2E86DE"/>
              <w:right w:val="single" w:sz="8" w:space="0" w:color="2E86DE"/>
            </w:tcBorders>
            <w:shd w:val="clear" w:color="auto" w:fill="2E86DE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20"/>
                <w:szCs w:val="20"/>
                <w:rtl/>
              </w:rPr>
              <w:t xml:space="preserve"> </w:t>
            </w:r>
          </w:p>
        </w:tc>
        <w:tc>
          <w:tcPr>
            <w:tcW w:type="dxa" w:w="3439"/>
            <w:tcW w:w="771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sz w:val="38"/>
                <w:szCs w:val="38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sz w:val="38"/>
                <w:szCs w:val="38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sz w:val="38"/>
                <w:szCs w:val="38"/>
                <w:rtl/>
              </w:rPr>
              <w:t>: שִׁבְעַת הַמִּינִים</w:t>
            </w:r>
          </w:p>
        </w:tc>
        <w:tc>
          <w:tcPr>
            <w:tcW w:type="dxa" w:w="3439"/>
            <w:tcW w:w="170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2E86DE"/>
                <w:sz w:val="36"/>
                <w:szCs w:val="36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b/>
                <w:bCs/>
                <w:color w:val="2E86DE"/>
                <w:sz w:val="36"/>
                <w:szCs w:val="36"/>
                <w:rtl/>
              </w:rPr>
              <w:t>4</w:t>
            </w:r>
          </w:p>
        </w:tc>
      </w:tr>
      <w:tr>
        <w:trPr>
          <w:trHeight w:val="765" w:hRule="atLeast"/>
          <w:cantSplit/>
        </w:trPr>
        <w:tc>
          <w:tcPr>
            <w:tcW w:type="dxa" w:w="3439"/>
            <w:tcW w:w="680" w:type="dxa"/>
            <w:tcBorders>
              <w:top w:val="single" w:sz="8" w:space="0" w:color="E67E22"/>
              <w:left w:val="single" w:sz="8" w:space="0" w:color="E67E22"/>
              <w:bottom w:val="single" w:sz="8" w:space="0" w:color="E67E22"/>
              <w:right w:val="single" w:sz="8" w:space="0" w:color="E67E22"/>
            </w:tcBorders>
            <w:shd w:val="clear" w:color="auto" w:fill="E67E22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20"/>
                <w:szCs w:val="20"/>
                <w:rtl/>
              </w:rPr>
              <w:t xml:space="preserve"> </w:t>
            </w:r>
          </w:p>
        </w:tc>
        <w:tc>
          <w:tcPr>
            <w:tcW w:type="dxa" w:w="3439"/>
            <w:tcW w:w="771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sz w:val="38"/>
                <w:szCs w:val="38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sz w:val="38"/>
                <w:szCs w:val="38"/>
                <w:rtl/>
              </w:rPr>
              <w:t>2</w:t>
            </w:r>
            <w:r>
              <w:rPr>
                <w:rFonts w:ascii="David Libre" w:hAnsi="David Libre" w:cs="David Libre" w:eastAsia="David Libre"/>
                <w:b/>
                <w:bCs/>
                <w:sz w:val="38"/>
                <w:szCs w:val="38"/>
                <w:rtl/>
              </w:rPr>
              <w:t>: בִּרְכוֹת הַפֵּרוֹת</w:t>
            </w:r>
          </w:p>
        </w:tc>
        <w:tc>
          <w:tcPr>
            <w:tcW w:type="dxa" w:w="3439"/>
            <w:tcW w:w="170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E67E22"/>
                <w:sz w:val="36"/>
                <w:szCs w:val="36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b/>
                <w:bCs/>
                <w:color w:val="E67E22"/>
                <w:sz w:val="36"/>
                <w:szCs w:val="36"/>
                <w:rtl/>
              </w:rPr>
              <w:t>7</w:t>
            </w:r>
          </w:p>
        </w:tc>
      </w:tr>
      <w:tr>
        <w:trPr>
          <w:trHeight w:val="765" w:hRule="atLeast"/>
          <w:cantSplit/>
        </w:trPr>
        <w:tc>
          <w:tcPr>
            <w:tcW w:type="dxa" w:w="3439"/>
            <w:tcW w:w="680" w:type="dxa"/>
            <w:tcBorders>
              <w:top w:val="single" w:sz="8" w:space="0" w:color="7D3C98"/>
              <w:left w:val="single" w:sz="8" w:space="0" w:color="7D3C98"/>
              <w:bottom w:val="single" w:sz="8" w:space="0" w:color="7D3C98"/>
              <w:right w:val="single" w:sz="8" w:space="0" w:color="7D3C98"/>
            </w:tcBorders>
            <w:shd w:val="clear" w:color="auto" w:fill="7D3C98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20"/>
                <w:szCs w:val="20"/>
                <w:rtl/>
              </w:rPr>
              <w:t xml:space="preserve"> </w:t>
            </w:r>
          </w:p>
        </w:tc>
        <w:tc>
          <w:tcPr>
            <w:tcW w:type="dxa" w:w="3439"/>
            <w:tcW w:w="771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sz w:val="38"/>
                <w:szCs w:val="38"/>
                <w:rtl/>
              </w:rPr>
              <w:t>מָה לָמַדְנוּ? – חֲזָרָה וּתְעוּדָה</w:t>
            </w:r>
          </w:p>
        </w:tc>
        <w:tc>
          <w:tcPr>
            <w:tcW w:type="dxa" w:w="3439"/>
            <w:tcW w:w="170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7D3C98"/>
                <w:sz w:val="36"/>
                <w:szCs w:val="36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b/>
                <w:bCs/>
                <w:color w:val="7D3C98"/>
                <w:sz w:val="36"/>
                <w:szCs w:val="36"/>
                <w:rtl/>
              </w:rPr>
              <w:t>10</w:t>
            </w:r>
          </w:p>
        </w:tc>
      </w:tr>
      <w:tr>
        <w:trPr>
          <w:trHeight w:val="765" w:hRule="atLeast"/>
          <w:cantSplit/>
        </w:trPr>
        <w:tc>
          <w:tcPr>
            <w:tcW w:type="dxa" w:w="3439"/>
            <w:tcW w:w="680" w:type="dxa"/>
            <w:tcBorders>
              <w:top w:val="single" w:sz="8" w:space="0" w:color="566573"/>
              <w:left w:val="single" w:sz="8" w:space="0" w:color="566573"/>
              <w:bottom w:val="single" w:sz="8" w:space="0" w:color="566573"/>
              <w:right w:val="single" w:sz="8" w:space="0" w:color="566573"/>
            </w:tcBorders>
            <w:shd w:val="clear" w:color="auto" w:fill="566573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20"/>
                <w:szCs w:val="20"/>
                <w:rtl/>
              </w:rPr>
              <w:t xml:space="preserve"> </w:t>
            </w:r>
          </w:p>
        </w:tc>
        <w:tc>
          <w:tcPr>
            <w:tcW w:type="dxa" w:w="3439"/>
            <w:tcW w:w="771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sz w:val="38"/>
                <w:szCs w:val="38"/>
                <w:rtl/>
              </w:rPr>
              <w:t>דַּף גְּזִירָה</w:t>
            </w:r>
          </w:p>
        </w:tc>
        <w:tc>
          <w:tcPr>
            <w:tcW w:type="dxa" w:w="3439"/>
            <w:tcW w:w="170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566573"/>
                <w:sz w:val="36"/>
                <w:szCs w:val="36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b/>
                <w:bCs/>
                <w:color w:val="566573"/>
                <w:sz w:val="36"/>
                <w:szCs w:val="36"/>
                <w:rtl/>
              </w:rPr>
              <w:t>11</w:t>
            </w:r>
          </w:p>
        </w:tc>
      </w:tr>
    </w:tbl>
    <w:p>
      <w:pPr>
        <w:bidi/>
        <w:spacing w:before="0" w:after="0" w:line="28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3780000" cy="4725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l2_105_None_Fals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780000" cy="472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80" w:after="0"/>
        <w:jc w:val="center"/>
      </w:pPr>
      <w:r>
        <w:rPr>
          <w:rFonts w:ascii="David Libre" w:hAnsi="David Libre" w:cs="David Libre" w:eastAsia="David Libre"/>
          <w:b/>
          <w:bCs/>
          <w:color w:val="1F3A5F"/>
          <w:sz w:val="34"/>
          <w:szCs w:val="34"/>
          <w:rtl/>
        </w:rPr>
        <w:t>פִּנַּת צְבִיעָה: צַבְּעוּ אֶת הַתְּמוּנָה!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793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B8902F"/>
              <w:left w:val="single" w:sz="8" w:space="0" w:color="B8902F"/>
              <w:bottom w:val="single" w:sz="8" w:space="0" w:color="B8902F"/>
              <w:right w:val="single" w:sz="8" w:space="0" w:color="B8902F"/>
            </w:tcBorders>
            <w:shd w:val="clear" w:color="auto" w:fill="B8902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52"/>
                <w:szCs w:val="52"/>
                <w:rtl/>
              </w:rPr>
              <w:t>מָבוֹא</w:t>
            </w:r>
          </w:p>
        </w:tc>
      </w:tr>
    </w:tbl>
    <w:p>
      <w:pPr>
        <w:bidi/>
        <w:spacing w:before="0" w:after="0" w:line="20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bidi/>
        <w:spacing w:before="0" w:after="120" w:line="276" w:lineRule="auto"/>
        <w:jc w:val="both"/>
      </w:pPr>
      <w:r>
        <w:rPr>
          <w:rFonts w:ascii="David Libre" w:hAnsi="David Libre" w:cs="David Libre" w:eastAsia="David Libre"/>
          <w:sz w:val="36"/>
          <w:szCs w:val="36"/>
          <w:rtl/>
        </w:rPr>
        <w:t>בְּט״ו בִּשְׁבָט חוֹגְגִים רֹאשׁ הַשָּׁנָה לָאִילָנוֹת.</w:t>
      </w:r>
    </w:p>
    <w:p>
      <w:pPr>
        <w:bidi/>
        <w:spacing w:before="0" w:after="120" w:line="276" w:lineRule="auto"/>
        <w:jc w:val="both"/>
      </w:pPr>
      <w:r>
        <w:rPr>
          <w:rFonts w:ascii="David Libre" w:hAnsi="David Libre" w:cs="David Libre" w:eastAsia="David Libre"/>
          <w:sz w:val="36"/>
          <w:szCs w:val="36"/>
          <w:rtl/>
        </w:rPr>
        <w:t>נִלְמַד עַל שִׁבְעַת הַמִּינִים שֶׁל אֶרֶץ יִשְׂרָאֵל.</w:t>
      </w:r>
    </w:p>
    <w:p>
      <w:pPr>
        <w:bidi/>
        <w:spacing w:before="0" w:after="120" w:line="276" w:lineRule="auto"/>
        <w:jc w:val="both"/>
      </w:pPr>
      <w:r>
        <w:rPr>
          <w:rFonts w:ascii="David Libre" w:hAnsi="David Libre" w:cs="David Libre" w:eastAsia="David Libre"/>
          <w:sz w:val="36"/>
          <w:szCs w:val="36"/>
          <w:rtl/>
        </w:rPr>
        <w:t>נִלְמַד גַּם אֵיזוֹ בְּרָכָה מְבָרְכִים עַל כָּל פְּרִי.</w:t>
      </w:r>
    </w:p>
    <w:p>
      <w:pPr>
        <w:bidi/>
        <w:spacing w:before="0" w:after="0" w:line="12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6300000" cy="4310526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ntro_175_None_Fals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300000" cy="431052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ashed" w:sz="14" w:space="0" w:color="E67E22"/>
              <w:left w:val="dashed" w:sz="14" w:space="0" w:color="E67E22"/>
              <w:bottom w:val="dashed" w:sz="14" w:space="0" w:color="E67E22"/>
              <w:right w:val="dashed" w:sz="14" w:space="0" w:color="E67E22"/>
            </w:tcBorders>
            <w:shd w:val="clear" w:color="auto" w:fill="FFF3E0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ejaVu Sans" w:hAnsi="DejaVu Sans" w:cs="DejaVu Sans" w:eastAsia="DejaVu Sans"/>
                <w:b/>
                <w:bCs/>
                <w:color w:val="A04000"/>
                <w:sz w:val="34"/>
                <w:szCs w:val="34"/>
                <w:rtl/>
              </w:rPr>
              <w:t xml:space="preserve">✂ </w:t>
            </w:r>
            <w:r>
              <w:rPr>
                <w:rFonts w:ascii="David Libre" w:hAnsi="David Libre" w:cs="David Libre" w:eastAsia="David Libre"/>
                <w:b/>
                <w:bCs/>
                <w:color w:val="A04000"/>
                <w:sz w:val="34"/>
                <w:szCs w:val="34"/>
                <w:rtl/>
              </w:rPr>
              <w:t xml:space="preserve">דַּף הַגְּזִירָה נִמְצָא בְּסוֹף הַחוֹבֶרֶת. מַדְפִּיסִים אוֹתוֹ בְּצַד אֶחָד שֶׁל הַדַּף. דַּף הַגְּזִירָה: עַמּוּד </w:t>
            </w:r>
            <w:r>
              <w:rPr>
                <w:rFonts w:ascii="Noto Sans" w:hAnsi="Noto Sans" w:cs="Noto Sans" w:eastAsia="Noto Sans"/>
                <w:b/>
                <w:bCs/>
                <w:color w:val="A04000"/>
                <w:sz w:val="34"/>
                <w:szCs w:val="34"/>
                <w:rtl/>
              </w:rPr>
              <w:t>11</w:t>
            </w:r>
            <w:r>
              <w:rPr>
                <w:rFonts w:ascii="David Libre" w:hAnsi="David Libre" w:cs="David Libre" w:eastAsia="David Libre"/>
                <w:b/>
                <w:bCs/>
                <w:color w:val="A04000"/>
                <w:sz w:val="34"/>
                <w:szCs w:val="34"/>
                <w:rtl/>
              </w:rPr>
              <w:t>.</w:t>
            </w:r>
          </w:p>
        </w:tc>
      </w:tr>
    </w:tbl>
    <w:p>
      <w:pPr>
        <w:pageBreakBefore/>
        <w:bidi/>
        <w:spacing w:before="0" w:after="0" w:line="20" w:lineRule="exact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2041"/>
        <w:gridCol w:w="8278"/>
      </w:tblGrid>
      <w:tr>
        <w:trPr>
          <w:trHeight w:val="1247" w:hRule="atLeast"/>
          <w:cantSplit/>
        </w:trPr>
        <w:tc>
          <w:tcPr>
            <w:tcW w:type="dxa" w:w="5159"/>
            <w:tcW w:w="2041" w:type="dxa"/>
            <w:tcBorders>
              <w:top w:val="single" w:sz="14" w:space="0" w:color="2E86DE"/>
              <w:left w:val="single" w:sz="14" w:space="0" w:color="2E86DE"/>
              <w:bottom w:val="single" w:sz="14" w:space="0" w:color="2E86DE"/>
              <w:right w:val="single" w:sz="14" w:space="0" w:color="2E86DE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188000" cy="519511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1_33_None_False.jp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51951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59"/>
            <w:tcW w:w="8278" w:type="dxa"/>
            <w:tcBorders>
              <w:top w:val="single" w:sz="14" w:space="0" w:color="2E86DE"/>
              <w:left w:val="single" w:sz="14" w:space="0" w:color="2E86DE"/>
              <w:bottom w:val="single" w:sz="14" w:space="0" w:color="2E86DE"/>
              <w:right w:val="single" w:sz="14" w:space="0" w:color="2E86DE"/>
            </w:tcBorders>
            <w:shd w:val="clear" w:color="auto" w:fill="2E86DE"/>
            <w:tcMar>
              <w:top w:w="56" w:type="dxa"/>
              <w:left w:w="198" w:type="dxa"/>
              <w:bottom w:w="56" w:type="dxa"/>
              <w:right w:w="198" w:type="dxa"/>
            </w:tcMar>
            <w:vAlign w:val="center"/>
          </w:tcPr>
          <w:p>
            <w:pPr>
              <w:bidi/>
              <w:spacing w:before="0" w:after="2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2"/>
                <w:szCs w:val="32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2"/>
                <w:szCs w:val="32"/>
                <w:rtl/>
              </w:rPr>
              <w:t>1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48"/>
                <w:szCs w:val="48"/>
                <w:rtl/>
              </w:rPr>
              <w:t>שִׁבְעַת הַמִּינִים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16" w:space="0" w:color="F0B429"/>
              <w:left w:val="single" w:sz="16" w:space="0" w:color="F0B429"/>
              <w:bottom w:val="single" w:sz="16" w:space="0" w:color="F0B429"/>
              <w:right w:val="single" w:sz="16" w:space="0" w:color="F0B429"/>
            </w:tcBorders>
            <w:shd w:val="clear" w:color="auto" w:fill="FFFBEA"/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>
            <w:pPr>
              <w:bidi/>
              <w:spacing w:before="0" w:after="40"/>
              <w:jc w:val="both"/>
            </w:pPr>
            <w:r>
              <w:rPr>
                <w:rFonts w:ascii="DejaVu Sans" w:hAnsi="DejaVu Sans" w:cs="DejaVu Sans" w:eastAsia="DejaVu Sans"/>
                <w:b/>
                <w:bCs/>
                <w:color w:val="2E86DE"/>
                <w:sz w:val="38"/>
                <w:szCs w:val="38"/>
                <w:rtl/>
              </w:rPr>
              <w:t xml:space="preserve">✦ </w:t>
            </w:r>
            <w:r>
              <w:rPr>
                <w:rFonts w:ascii="David Libre" w:hAnsi="David Libre" w:cs="David Libre" w:eastAsia="David Libre"/>
                <w:b/>
                <w:bCs/>
                <w:color w:val="2E86DE"/>
                <w:sz w:val="38"/>
                <w:szCs w:val="38"/>
                <w:rtl/>
              </w:rPr>
              <w:t>לוֹמְדִים</w:t>
            </w:r>
          </w:p>
          <w:p>
            <w:pPr>
              <w:bidi/>
              <w:spacing w:before="0" w:after="60" w:line="264" w:lineRule="auto"/>
              <w:jc w:val="both"/>
            </w:pPr>
            <w:r>
              <w:rPr>
                <w:rFonts w:ascii="David Libre" w:hAnsi="David Libre" w:cs="David Libre" w:eastAsia="David Libre"/>
                <w:sz w:val="34"/>
                <w:szCs w:val="34"/>
                <w:rtl/>
              </w:rPr>
              <w:t>ט״ו בִּשְׁבָט הוּא רֹאשׁ הַשָּׁנָה לָאִילָנוֹת.</w:t>
            </w:r>
          </w:p>
          <w:p>
            <w:pPr>
              <w:bidi/>
              <w:spacing w:before="0" w:after="60" w:line="264" w:lineRule="auto"/>
              <w:jc w:val="both"/>
            </w:pPr>
            <w:r>
              <w:rPr>
                <w:rFonts w:ascii="David Libre" w:hAnsi="David Libre" w:cs="David Libre" w:eastAsia="David Libre"/>
                <w:sz w:val="34"/>
                <w:szCs w:val="34"/>
                <w:rtl/>
              </w:rPr>
              <w:t>בַּתּוֹרָה כְּתוּבִים שִׁבְעָה מִינִים שֶׁל אֶרֶץ יִשְׂרָאֵל.</w:t>
            </w:r>
          </w:p>
          <w:p>
            <w:pPr>
              <w:bidi/>
              <w:spacing w:before="0" w:after="60" w:line="264" w:lineRule="auto"/>
              <w:jc w:val="both"/>
            </w:pPr>
            <w:r>
              <w:rPr>
                <w:rFonts w:ascii="David Libre" w:hAnsi="David Libre" w:cs="David Libre" w:eastAsia="David Libre"/>
                <w:sz w:val="34"/>
                <w:szCs w:val="34"/>
                <w:rtl/>
              </w:rPr>
              <w:t>הֵם: חִטָּה, שְׂעוֹרָה, גֶּפֶן, תְּאֵנָה, רִמּוֹן, זַיִת וְתָמָר.</w:t>
            </w:r>
          </w:p>
          <w:p>
            <w:pPr>
              <w:bidi/>
              <w:spacing w:before="0" w:after="60" w:line="264" w:lineRule="auto"/>
              <w:jc w:val="both"/>
            </w:pPr>
            <w:r>
              <w:rPr>
                <w:rFonts w:ascii="David Libre" w:hAnsi="David Libre" w:cs="David Libre" w:eastAsia="David Libre"/>
                <w:sz w:val="34"/>
                <w:szCs w:val="34"/>
                <w:rtl/>
              </w:rPr>
              <w:t>בְּט״ו בִּשְׁבָט נוֹהֲגִים לֶאֱכֹל מֵהֶם וּלְהוֹדוֹת לַה׳.</w:t>
            </w:r>
          </w:p>
          <w:tbl>
            <w:tblPr>
              <w:bidiVisual/>
              <w:tblW w:w="9752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1814"/>
              <w:gridCol w:w="7938"/>
            </w:tblGrid>
            <w:tr>
              <w:trPr>
                <w:cantSplit/>
              </w:trPr>
              <w:tc>
                <w:tcPr>
                  <w:tcW w:type="dxa" w:w="5159"/>
                  <w:tcW w:w="1814" w:type="dxa"/>
                  <w:tcBorders>
                    <w:top w:val="single" w:sz="8" w:space="0" w:color="2E86DE"/>
                    <w:left w:val="single" w:sz="8" w:space="0" w:color="2E86DE"/>
                    <w:bottom w:val="single" w:sz="8" w:space="0" w:color="2E86DE"/>
                    <w:right w:val="single" w:sz="8" w:space="0" w:color="2E86DE"/>
                  </w:tcBorders>
                  <w:shd w:val="clear" w:color="auto" w:fill="2E86DE"/>
                  <w:tcMar>
                    <w:top w:w="28" w:type="dxa"/>
                    <w:left w:w="56" w:type="dxa"/>
                    <w:bottom w:w="28" w:type="dxa"/>
                    <w:right w:w="56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color w:val="FFFFFF"/>
                      <w:sz w:val="30"/>
                      <w:szCs w:val="30"/>
                      <w:rtl/>
                    </w:rPr>
                    <w:t>מִלִּים קָשׁוֹת</w:t>
                  </w:r>
                </w:p>
              </w:tc>
              <w:tc>
                <w:tcPr>
                  <w:tcW w:type="dxa" w:w="5159"/>
                  <w:tcW w:w="7938" w:type="dxa"/>
                  <w:tcBorders>
                    <w:top w:val="dashed" w:sz="8" w:space="0" w:color="2E86DE"/>
                    <w:left w:val="dashed" w:sz="8" w:space="0" w:color="2E86DE"/>
                    <w:bottom w:val="dashed" w:sz="8" w:space="0" w:color="2E86DE"/>
                    <w:right w:val="dashed" w:sz="8" w:space="0" w:color="2E86DE"/>
                  </w:tcBorders>
                  <w:shd w:val="clear" w:color="auto" w:fill="FFFFFF"/>
                  <w:tcMar>
                    <w:top w:w="28" w:type="dxa"/>
                    <w:left w:w="113" w:type="dxa"/>
                    <w:bottom w:w="28" w:type="dxa"/>
                    <w:right w:w="113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2"/>
                      <w:szCs w:val="32"/>
                      <w:rtl/>
                    </w:rPr>
                    <w:t>אִילָנוֹת</w:t>
                  </w:r>
                  <w:r>
                    <w:rPr>
                      <w:rFonts w:ascii="David Libre" w:hAnsi="David Libre" w:cs="David Libre" w:eastAsia="David Libre"/>
                      <w:sz w:val="32"/>
                      <w:szCs w:val="32"/>
                      <w:rtl/>
                    </w:rPr>
                    <w:t xml:space="preserve"> – עֵצִים</w:t>
                  </w:r>
                </w:p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2"/>
                      <w:szCs w:val="32"/>
                      <w:rtl/>
                    </w:rPr>
                    <w:t>נִשְׁתַּבְּחָה</w:t>
                  </w:r>
                  <w:r>
                    <w:rPr>
                      <w:rFonts w:ascii="David Libre" w:hAnsi="David Libre" w:cs="David Libre" w:eastAsia="David Libre"/>
                      <w:sz w:val="32"/>
                      <w:szCs w:val="32"/>
                      <w:rtl/>
                    </w:rPr>
                    <w:t xml:space="preserve"> – קִבְּלָה שֶׁבַח, הִתְפָּאֲרָה</w:t>
                  </w:r>
                </w:p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2"/>
                      <w:szCs w:val="32"/>
                      <w:rtl/>
                    </w:rPr>
                    <w:t>דְּבַשׁ</w:t>
                  </w:r>
                  <w:r>
                    <w:rPr>
                      <w:rFonts w:ascii="David Libre" w:hAnsi="David Libre" w:cs="David Libre" w:eastAsia="David Libre"/>
                      <w:sz w:val="32"/>
                      <w:szCs w:val="32"/>
                      <w:rtl/>
                    </w:rPr>
                    <w:t xml:space="preserve"> – בַּפָּסוּק: דְּבַשׁ שֶׁל תְּמָרִים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18" w:space="0" w:color="1F618D"/>
              <w:left w:val="double" w:sz="18" w:space="0" w:color="1F618D"/>
              <w:bottom w:val="double" w:sz="18" w:space="0" w:color="1F618D"/>
              <w:right w:val="double" w:sz="18" w:space="0" w:color="1F618D"/>
            </w:tcBorders>
            <w:shd w:val="clear" w:color="auto" w:fill="EEF6FF"/>
            <w:tcMar>
              <w:top w:w="158" w:type="dxa"/>
              <w:left w:w="158" w:type="dxa"/>
              <w:bottom w:w="158" w:type="dxa"/>
              <w:right w:w="15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F618D"/>
                <w:sz w:val="32"/>
                <w:szCs w:val="32"/>
                <w:rtl/>
              </w:rPr>
              <w:t>מִן הַמְּקוֹרוֹת</w:t>
            </w:r>
          </w:p>
          <w:p>
            <w:pPr>
              <w:bidi/>
              <w:spacing w:before="0" w:after="0" w:line="252" w:lineRule="auto"/>
              <w:jc w:val="center"/>
            </w:pPr>
            <w:r>
              <w:rPr>
                <w:rFonts w:ascii="Frank Ruhl Libre" w:hAnsi="Frank Ruhl Libre" w:cs="Frank Ruhl Libre" w:eastAsia="Frank Ruhl Libre"/>
                <w:color w:val="1B2631"/>
                <w:sz w:val="34"/>
                <w:szCs w:val="34"/>
                <w:rtl/>
              </w:rPr>
              <w:t>«בְּשִׁבְעָה מִינִים נִשְׁתַּבְּחָה אֶרֶץ יִשְׂרָאֵל, דִּכְתִיב, אֶרֶץ חִטָּה וּשְׂעוֹרָה וְגֶפֶן וּתְאֵנָה וְרִמּוֹן, אֶרֶץ זֵית שֶׁמֶן וּדְבָשׁ»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color w:val="555555"/>
                <w:sz w:val="26"/>
                <w:szCs w:val="26"/>
                <w:rtl/>
              </w:rPr>
              <w:t>(קִצּוּר שֻׁלְחָן עָרוּךְ, סִימָן נא, סָעִיף ז)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E86DE"/>
              <w:left w:val="single" w:sz="24" w:space="0" w:color="2E86DE"/>
              <w:bottom w:val="single" w:sz="24" w:space="0" w:color="2E86DE"/>
              <w:right w:val="single" w:sz="24" w:space="0" w:color="2E86DE"/>
            </w:tcBorders>
            <w:shd w:val="clear" w:color="auto" w:fill="EAF3FC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נָכוֹן אוֹ לֹא נָכוֹן?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 xml:space="preserve">הַקִּיפוּ </w:t>
            </w:r>
            <w:r>
              <w:drawing>
                <wp:inline xmlns:a="http://schemas.openxmlformats.org/drawingml/2006/main" xmlns:pic="http://schemas.openxmlformats.org/drawingml/2006/picture">
                  <wp:extent cx="198000" cy="198000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happy_5_None_False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" cy="19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 xml:space="preserve"> אִם נָכוֹן;   </w:t>
            </w:r>
            <w:r>
              <w:drawing>
                <wp:inline xmlns:a="http://schemas.openxmlformats.org/drawingml/2006/main" xmlns:pic="http://schemas.openxmlformats.org/drawingml/2006/picture">
                  <wp:extent cx="198000" cy="198000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sad_5_None_False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" cy="19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 xml:space="preserve"> אִם לֹא נָכוֹן.</w:t>
            </w:r>
          </w:p>
          <w:tbl>
            <w:tblPr>
              <w:bidiVisual/>
              <w:tblW w:w="980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7314"/>
              <w:gridCol w:w="1247"/>
              <w:gridCol w:w="1247"/>
            </w:tblGrid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1</w:t>
                  </w: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>. ט״ו בִּשְׁבָט הוּא רֹאשׁ הַשָּׁנָה לָאִילָנוֹת.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7" name="Picture 7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8" name="Picture 8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2</w:t>
                  </w: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>. בְּשִׁבְעַת הַמִּינִים יֵשׁ תַּפּוּחַ.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9" name="Picture 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10" name="Picture 10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3</w:t>
                  </w: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>. הַזַּיִת הוּא מִשִּׁבְעַת הַמִּינִים.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11" name="Picture 1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12" name="Picture 12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4</w:t>
                  </w: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>. בַּתּוֹרָה כְּתוּבִים חֲמִשָּׁה מִינִים.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13" name="Picture 13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14" name="Picture 14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2041"/>
        <w:gridCol w:w="8278"/>
      </w:tblGrid>
      <w:tr>
        <w:trPr>
          <w:trHeight w:val="1247" w:hRule="atLeast"/>
          <w:cantSplit/>
        </w:trPr>
        <w:tc>
          <w:tcPr>
            <w:tcW w:type="dxa" w:w="5159"/>
            <w:tcW w:w="2041" w:type="dxa"/>
            <w:tcBorders>
              <w:top w:val="single" w:sz="14" w:space="0" w:color="2E86DE"/>
              <w:left w:val="single" w:sz="14" w:space="0" w:color="2E86DE"/>
              <w:bottom w:val="single" w:sz="14" w:space="0" w:color="2E86DE"/>
              <w:right w:val="single" w:sz="14" w:space="0" w:color="2E86DE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188000" cy="519511"/>
                  <wp:docPr id="15" name="Picture 1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1_33_None_False.jp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51951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59"/>
            <w:tcW w:w="8278" w:type="dxa"/>
            <w:tcBorders>
              <w:top w:val="single" w:sz="14" w:space="0" w:color="2E86DE"/>
              <w:left w:val="single" w:sz="14" w:space="0" w:color="2E86DE"/>
              <w:bottom w:val="single" w:sz="14" w:space="0" w:color="2E86DE"/>
              <w:right w:val="single" w:sz="14" w:space="0" w:color="2E86DE"/>
            </w:tcBorders>
            <w:shd w:val="clear" w:color="auto" w:fill="2E86DE"/>
            <w:tcMar>
              <w:top w:w="56" w:type="dxa"/>
              <w:left w:w="198" w:type="dxa"/>
              <w:bottom w:w="56" w:type="dxa"/>
              <w:right w:w="198" w:type="dxa"/>
            </w:tcMar>
            <w:vAlign w:val="center"/>
          </w:tcPr>
          <w:p>
            <w:pPr>
              <w:bidi/>
              <w:spacing w:before="0" w:after="2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2"/>
                <w:szCs w:val="32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2"/>
                <w:szCs w:val="32"/>
                <w:rtl/>
              </w:rPr>
              <w:t>1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48"/>
                <w:szCs w:val="48"/>
                <w:rtl/>
              </w:rPr>
              <w:t>שִׁבְעַת הַמִּינִים  ·  מַמְשִׁיכִים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E86DE"/>
              <w:left w:val="single" w:sz="24" w:space="0" w:color="2E86DE"/>
              <w:bottom w:val="single" w:sz="24" w:space="0" w:color="2E86DE"/>
              <w:right w:val="single" w:sz="24" w:space="0" w:color="2E86DE"/>
            </w:tcBorders>
            <w:shd w:val="clear" w:color="auto" w:fill="EAF3FC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>2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מָה עוֹשִׂים מִמֶּנּוּ?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color w:val="444444"/>
                <w:sz w:val="34"/>
                <w:szCs w:val="34"/>
                <w:rtl/>
              </w:rPr>
              <w:t>מִתְחוּ קַו מִן הַמִּין אֶל מָה שֶׁעוֹשִׂים מִמֶּנּוּ.</w:t>
            </w:r>
          </w:p>
          <w:tbl>
            <w:tblPr>
              <w:bidiVisual/>
              <w:tblW w:w="1065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4309"/>
              <w:gridCol w:w="567"/>
              <w:gridCol w:w="1247"/>
              <w:gridCol w:w="567"/>
              <w:gridCol w:w="3969"/>
            </w:tblGrid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309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גֶּפֶן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96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עוֹשִׂים מִמֶּנָּה לֶחֶם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309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זַיִת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96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עוֹשִׂים מִמֶּנּוּ שֶׁמֶן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309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חִטָּה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96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עוֹשִׂים מִמֶּנָּה יַיִן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309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תָּמָר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96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עוֹשִׂים מִמֶּנּוּ דְּבַשׁ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E86DE"/>
              <w:left w:val="single" w:sz="24" w:space="0" w:color="2E86DE"/>
              <w:bottom w:val="single" w:sz="24" w:space="0" w:color="2E86DE"/>
              <w:right w:val="single" w:sz="24" w:space="0" w:color="2E86DE"/>
            </w:tcBorders>
            <w:shd w:val="clear" w:color="auto" w:fill="EAF3FC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>3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מִיְּנוּ לַטּוּר הַנָּכוֹן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color w:val="444444"/>
                <w:sz w:val="34"/>
                <w:szCs w:val="34"/>
                <w:rtl/>
              </w:rPr>
              <w:t>כִּתְבוּ כָּל מִין בַּטּוּר הַנָּכוֹן.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sz w:val="32"/>
                <w:szCs w:val="32"/>
                <w:rtl/>
              </w:rPr>
              <w:t>מִשְׁפָּטִים: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א. רִמּוֹן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ב. בָּנָנָה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ג. תְּאֵנָה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ד. תַּפּוּחַ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ה. שְׂעוֹרָה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ו. אֲבַטִּיחַ</w:t>
            </w:r>
          </w:p>
          <w:tbl>
            <w:tblPr>
              <w:bidiVisual/>
              <w:tblW w:w="997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4989"/>
              <w:gridCol w:w="4989"/>
            </w:tblGrid>
            <w:tr>
              <w:trPr>
                <w:trHeight w:val="510" w:hRule="atLeast"/>
                <w:cantSplit/>
              </w:trPr>
              <w:tc>
                <w:tcPr>
                  <w:tcW w:type="dxa" w:w="5159"/>
                  <w:tcW w:w="4989" w:type="dxa"/>
                  <w:tcBorders>
                    <w:top w:val="single" w:sz="8" w:space="0" w:color="2E86DE"/>
                    <w:left w:val="single" w:sz="8" w:space="0" w:color="2E86DE"/>
                    <w:bottom w:val="single" w:sz="8" w:space="0" w:color="2E86DE"/>
                    <w:right w:val="single" w:sz="8" w:space="0" w:color="2E86DE"/>
                  </w:tcBorders>
                  <w:shd w:val="clear" w:color="auto" w:fill="2E86DE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color w:val="FFFFFF"/>
                      <w:sz w:val="32"/>
                      <w:szCs w:val="32"/>
                      <w:rtl/>
                    </w:rPr>
                    <w:t>מִשִּׁבְעַת הַמִּינִים</w:t>
                  </w:r>
                </w:p>
              </w:tc>
              <w:tc>
                <w:tcPr>
                  <w:tcW w:type="dxa" w:w="5159"/>
                  <w:tcW w:w="4989" w:type="dxa"/>
                  <w:tcBorders>
                    <w:top w:val="single" w:sz="8" w:space="0" w:color="2E86DE"/>
                    <w:left w:val="single" w:sz="8" w:space="0" w:color="2E86DE"/>
                    <w:bottom w:val="single" w:sz="8" w:space="0" w:color="2E86DE"/>
                    <w:right w:val="single" w:sz="8" w:space="0" w:color="2E86DE"/>
                  </w:tcBorders>
                  <w:shd w:val="clear" w:color="auto" w:fill="2E86DE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color w:val="FFFFFF"/>
                      <w:sz w:val="32"/>
                      <w:szCs w:val="32"/>
                      <w:rtl/>
                    </w:rPr>
                    <w:t>לֹא מִשִּׁבְעַת הַמִּינִים</w:t>
                  </w:r>
                </w:p>
              </w:tc>
            </w:tr>
            <w:tr>
              <w:trPr>
                <w:trHeight w:val="2041" w:hRule="atLeast"/>
                <w:cantSplit/>
              </w:trPr>
              <w:tc>
                <w:tcPr>
                  <w:tcW w:type="dxa" w:w="5159"/>
                  <w:tcW w:w="4989" w:type="dxa"/>
                  <w:tcBorders>
                    <w:top w:val="single" w:sz="8" w:space="0" w:color="2E86DE"/>
                    <w:left w:val="single" w:sz="8" w:space="0" w:color="2E86DE"/>
                    <w:bottom w:val="single" w:sz="8" w:space="0" w:color="2E86DE"/>
                    <w:right w:val="single" w:sz="8" w:space="0" w:color="2E86DE"/>
                  </w:tcBorders>
                  <w:shd w:val="clear" w:color="auto" w:fill="FFFFFF"/>
                  <w:vAlign w:val="top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20"/>
                      <w:szCs w:val="20"/>
                      <w:rtl/>
                    </w:rPr>
                    <w:t xml:space="preserve"> </w:t>
                  </w:r>
                </w:p>
              </w:tc>
              <w:tc>
                <w:tcPr>
                  <w:tcW w:type="dxa" w:w="5159"/>
                  <w:tcW w:w="4989" w:type="dxa"/>
                  <w:tcBorders>
                    <w:top w:val="single" w:sz="8" w:space="0" w:color="2E86DE"/>
                    <w:left w:val="single" w:sz="8" w:space="0" w:color="2E86DE"/>
                    <w:bottom w:val="single" w:sz="8" w:space="0" w:color="2E86DE"/>
                    <w:right w:val="single" w:sz="8" w:space="0" w:color="2E86DE"/>
                  </w:tcBorders>
                  <w:shd w:val="clear" w:color="auto" w:fill="FFFFFF"/>
                  <w:vAlign w:val="top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20"/>
                      <w:szCs w:val="20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2041"/>
        <w:gridCol w:w="8278"/>
      </w:tblGrid>
      <w:tr>
        <w:trPr>
          <w:trHeight w:val="1247" w:hRule="atLeast"/>
          <w:cantSplit/>
        </w:trPr>
        <w:tc>
          <w:tcPr>
            <w:tcW w:type="dxa" w:w="5159"/>
            <w:tcW w:w="2041" w:type="dxa"/>
            <w:tcBorders>
              <w:top w:val="single" w:sz="14" w:space="0" w:color="2E86DE"/>
              <w:left w:val="single" w:sz="14" w:space="0" w:color="2E86DE"/>
              <w:bottom w:val="single" w:sz="14" w:space="0" w:color="2E86DE"/>
              <w:right w:val="single" w:sz="14" w:space="0" w:color="2E86DE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188000" cy="519511"/>
                  <wp:docPr id="16" name="Picture 1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1_33_None_False.jp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51951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59"/>
            <w:tcW w:w="8278" w:type="dxa"/>
            <w:tcBorders>
              <w:top w:val="single" w:sz="14" w:space="0" w:color="2E86DE"/>
              <w:left w:val="single" w:sz="14" w:space="0" w:color="2E86DE"/>
              <w:bottom w:val="single" w:sz="14" w:space="0" w:color="2E86DE"/>
              <w:right w:val="single" w:sz="14" w:space="0" w:color="2E86DE"/>
            </w:tcBorders>
            <w:shd w:val="clear" w:color="auto" w:fill="2E86DE"/>
            <w:tcMar>
              <w:top w:w="56" w:type="dxa"/>
              <w:left w:w="198" w:type="dxa"/>
              <w:bottom w:w="56" w:type="dxa"/>
              <w:right w:w="198" w:type="dxa"/>
            </w:tcMar>
            <w:vAlign w:val="center"/>
          </w:tcPr>
          <w:p>
            <w:pPr>
              <w:bidi/>
              <w:spacing w:before="0" w:after="2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2"/>
                <w:szCs w:val="32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2"/>
                <w:szCs w:val="32"/>
                <w:rtl/>
              </w:rPr>
              <w:t>1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48"/>
                <w:szCs w:val="48"/>
                <w:rtl/>
              </w:rPr>
              <w:t>שִׁבְעַת הַמִּינִים  ·  מַמְשִׁיכִים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E86DE"/>
              <w:left w:val="single" w:sz="24" w:space="0" w:color="2E86DE"/>
              <w:bottom w:val="single" w:sz="24" w:space="0" w:color="2E86DE"/>
              <w:right w:val="single" w:sz="24" w:space="0" w:color="2E86DE"/>
            </w:tcBorders>
            <w:shd w:val="clear" w:color="auto" w:fill="EAF3FC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>4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גּוֹזְרִים וּמַדְבִּיקִים תְּמוּנוֹת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color w:val="444444"/>
                <w:sz w:val="34"/>
                <w:szCs w:val="34"/>
                <w:rtl/>
              </w:rPr>
              <w:t>גִּזְרוּ אֶת הַתְּמוּנוֹת מִדַּף הַגְּזִירָה וְהַדְבִּיקוּ כָּל תְּמוּנָה מֵעַל הַמִּשְׁפָּט הַמַּתְאִים.</w:t>
            </w:r>
          </w:p>
          <w:tbl>
            <w:tblPr>
              <w:bidiVisual/>
              <w:tblW w:w="5103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5103"/>
            </w:tblGrid>
            <w:tr>
              <w:trPr>
                <w:trHeight w:val="652" w:hRule="atLeast"/>
                <w:cantSplit/>
              </w:trPr>
              <w:tc>
                <w:tcPr>
                  <w:tcW w:type="dxa" w:w="10318"/>
                  <w:tcW w:w="5103" w:type="dxa"/>
                  <w:tcBorders>
                    <w:top w:val="dashed" w:sz="14" w:space="0" w:color="E67E22"/>
                    <w:left w:val="dashed" w:sz="14" w:space="0" w:color="E67E22"/>
                    <w:bottom w:val="dashed" w:sz="14" w:space="0" w:color="E67E22"/>
                    <w:right w:val="dashed" w:sz="14" w:space="0" w:color="E67E22"/>
                  </w:tcBorders>
                  <w:shd w:val="clear" w:color="auto" w:fill="FFF3E0"/>
                  <w:tcMar>
                    <w:top w:w="28" w:type="dxa"/>
                    <w:left w:w="113" w:type="dxa"/>
                    <w:bottom w:w="28" w:type="dxa"/>
                    <w:right w:w="113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ejaVu Sans" w:hAnsi="DejaVu Sans" w:cs="DejaVu Sans" w:eastAsia="DejaVu Sans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 xml:space="preserve">✂ </w:t>
                  </w:r>
                  <w:r>
                    <w:rPr>
                      <w:rFonts w:ascii="David Libre" w:hAnsi="David Libre" w:cs="David Libre" w:eastAsia="David Libre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 xml:space="preserve">גּוֹזְרִים מֵעַמּוּד </w:t>
                  </w:r>
                  <w:r>
                    <w:rPr>
                      <w:rFonts w:ascii="Noto Sans" w:hAnsi="Noto Sans" w:cs="Noto Sans" w:eastAsia="Noto Sans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>11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  <w:tbl>
            <w:tblPr>
              <w:bidiVisual/>
              <w:tblW w:w="10092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5046"/>
              <w:gridCol w:w="5046"/>
            </w:tblGrid>
            <w:tr>
              <w:trPr>
                <w:trHeight w:val="4082" w:hRule="atLeast"/>
                <w:cantSplit/>
              </w:trPr>
              <w:tc>
                <w:tcPr>
                  <w:tcW w:type="dxa" w:w="5159"/>
                  <w:tcW w:w="5046" w:type="dxa"/>
                  <w:tcBorders>
                    <w:top w:val="dashed" w:sz="10" w:space="0" w:color="999999"/>
                    <w:left w:val="dashed" w:sz="10" w:space="0" w:color="999999"/>
                    <w:bottom w:val="dashed" w:sz="10" w:space="0" w:color="999999"/>
                    <w:right w:val="dashed" w:sz="10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BBBBBB"/>
                      <w:sz w:val="26"/>
                      <w:szCs w:val="26"/>
                      <w:rtl/>
                    </w:rPr>
                    <w:t>הַדְבִּיקוּ כָּאן</w:t>
                  </w:r>
                </w:p>
              </w:tc>
              <w:tc>
                <w:tcPr>
                  <w:tcW w:type="dxa" w:w="5159"/>
                  <w:tcW w:w="5046" w:type="dxa"/>
                  <w:tcBorders>
                    <w:top w:val="dashed" w:sz="10" w:space="0" w:color="999999"/>
                    <w:left w:val="dashed" w:sz="10" w:space="0" w:color="999999"/>
                    <w:bottom w:val="dashed" w:sz="10" w:space="0" w:color="999999"/>
                    <w:right w:val="dashed" w:sz="10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BBBBBB"/>
                      <w:sz w:val="26"/>
                      <w:szCs w:val="26"/>
                      <w:rtl/>
                    </w:rPr>
                    <w:t>הַדְבִּיקוּ כָּאן</w:t>
                  </w:r>
                </w:p>
              </w:tc>
            </w:tr>
            <w:tr>
              <w:trPr>
                <w:trHeight w:val="708" w:hRule="atLeast"/>
                <w:cantSplit/>
              </w:trPr>
              <w:tc>
                <w:tcPr>
                  <w:tcW w:type="dxa" w:w="5159"/>
                  <w:tcW w:w="5046" w:type="dxa"/>
                  <w:tcBorders>
                    <w:top w:val="single" w:sz="8" w:space="0" w:color="2E86DE"/>
                    <w:left w:val="single" w:sz="8" w:space="0" w:color="2E86DE"/>
                    <w:bottom w:val="single" w:sz="8" w:space="0" w:color="2E86DE"/>
                    <w:right w:val="single" w:sz="8" w:space="0" w:color="2E86DE"/>
                  </w:tcBorders>
                  <w:shd w:val="clear" w:color="auto" w:fill="FFFBEA"/>
                  <w:tcMar>
                    <w:top w:w="17" w:type="dxa"/>
                    <w:left w:w="68" w:type="dxa"/>
                    <w:bottom w:w="17" w:type="dxa"/>
                    <w:right w:w="6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2"/>
                      <w:szCs w:val="32"/>
                      <w:rtl/>
                    </w:rPr>
                    <w:t>בְּט״ו בִּשְׁבָט נוֹטְעִים עֵצִים.</w:t>
                  </w:r>
                </w:p>
              </w:tc>
              <w:tc>
                <w:tcPr>
                  <w:tcW w:type="dxa" w:w="5159"/>
                  <w:tcW w:w="5046" w:type="dxa"/>
                  <w:tcBorders>
                    <w:top w:val="single" w:sz="8" w:space="0" w:color="2E86DE"/>
                    <w:left w:val="single" w:sz="8" w:space="0" w:color="2E86DE"/>
                    <w:bottom w:val="single" w:sz="8" w:space="0" w:color="2E86DE"/>
                    <w:right w:val="single" w:sz="8" w:space="0" w:color="2E86DE"/>
                  </w:tcBorders>
                  <w:shd w:val="clear" w:color="auto" w:fill="FFFBEA"/>
                  <w:tcMar>
                    <w:top w:w="17" w:type="dxa"/>
                    <w:left w:w="68" w:type="dxa"/>
                    <w:bottom w:w="17" w:type="dxa"/>
                    <w:right w:w="6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2"/>
                      <w:szCs w:val="32"/>
                      <w:rtl/>
                    </w:rPr>
                    <w:t>הָעֲנָבִים וְהָרִמּוֹן הֵם מִשִּׁבְעַת הַמִּינִים.</w:t>
                  </w:r>
                </w:p>
              </w:tc>
            </w:tr>
            <w:tr>
              <w:trPr>
                <w:trHeight w:val="4082" w:hRule="atLeast"/>
                <w:cantSplit/>
              </w:trPr>
              <w:tc>
                <w:tcPr>
                  <w:tcW w:type="dxa" w:w="5159"/>
                  <w:tcW w:w="5046" w:type="dxa"/>
                  <w:tcBorders>
                    <w:top w:val="dashed" w:sz="10" w:space="0" w:color="999999"/>
                    <w:left w:val="dashed" w:sz="10" w:space="0" w:color="999999"/>
                    <w:bottom w:val="dashed" w:sz="10" w:space="0" w:color="999999"/>
                    <w:right w:val="dashed" w:sz="10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BBBBBB"/>
                      <w:sz w:val="26"/>
                      <w:szCs w:val="26"/>
                      <w:rtl/>
                    </w:rPr>
                    <w:t>הַדְבִּיקוּ כָּאן</w:t>
                  </w:r>
                </w:p>
              </w:tc>
              <w:tc>
                <w:tcPr>
                  <w:tcW w:type="dxa" w:w="5159"/>
                  <w:tcW w:w="5046" w:type="dxa"/>
                  <w:tcBorders>
                    <w:top w:val="dashed" w:sz="10" w:space="0" w:color="999999"/>
                    <w:left w:val="dashed" w:sz="10" w:space="0" w:color="999999"/>
                    <w:bottom w:val="dashed" w:sz="10" w:space="0" w:color="999999"/>
                    <w:right w:val="dashed" w:sz="10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BBBBBB"/>
                      <w:sz w:val="26"/>
                      <w:szCs w:val="26"/>
                      <w:rtl/>
                    </w:rPr>
                    <w:t>הַדְבִּיקוּ כָּאן</w:t>
                  </w:r>
                </w:p>
              </w:tc>
            </w:tr>
            <w:tr>
              <w:trPr>
                <w:trHeight w:val="708" w:hRule="atLeast"/>
                <w:cantSplit/>
              </w:trPr>
              <w:tc>
                <w:tcPr>
                  <w:tcW w:type="dxa" w:w="5159"/>
                  <w:tcW w:w="5046" w:type="dxa"/>
                  <w:tcBorders>
                    <w:top w:val="single" w:sz="8" w:space="0" w:color="2E86DE"/>
                    <w:left w:val="single" w:sz="8" w:space="0" w:color="2E86DE"/>
                    <w:bottom w:val="single" w:sz="8" w:space="0" w:color="2E86DE"/>
                    <w:right w:val="single" w:sz="8" w:space="0" w:color="2E86DE"/>
                  </w:tcBorders>
                  <w:shd w:val="clear" w:color="auto" w:fill="FFFBEA"/>
                  <w:tcMar>
                    <w:top w:w="17" w:type="dxa"/>
                    <w:left w:w="68" w:type="dxa"/>
                    <w:bottom w:w="17" w:type="dxa"/>
                    <w:right w:w="6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2"/>
                      <w:szCs w:val="32"/>
                      <w:rtl/>
                    </w:rPr>
                    <w:t>הַחִטָּה וְהַשְּׂעוֹרָה הֵן מִשִּׁבְעַת הַמִּינִים.</w:t>
                  </w:r>
                </w:p>
              </w:tc>
              <w:tc>
                <w:tcPr>
                  <w:tcW w:type="dxa" w:w="5159"/>
                  <w:tcW w:w="5046" w:type="dxa"/>
                  <w:tcBorders>
                    <w:top w:val="single" w:sz="8" w:space="0" w:color="2E86DE"/>
                    <w:left w:val="single" w:sz="8" w:space="0" w:color="2E86DE"/>
                    <w:bottom w:val="single" w:sz="8" w:space="0" w:color="2E86DE"/>
                    <w:right w:val="single" w:sz="8" w:space="0" w:color="2E86DE"/>
                  </w:tcBorders>
                  <w:shd w:val="clear" w:color="auto" w:fill="FFFBEA"/>
                  <w:tcMar>
                    <w:top w:w="17" w:type="dxa"/>
                    <w:left w:w="68" w:type="dxa"/>
                    <w:bottom w:w="17" w:type="dxa"/>
                    <w:right w:w="6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2"/>
                      <w:szCs w:val="32"/>
                      <w:rtl/>
                    </w:rPr>
                    <w:t>עַל תָּמָר וְזַיִת מְבָרְכִים בּוֹרֵא פְּרִי הָעֵץ.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2041"/>
        <w:gridCol w:w="8278"/>
      </w:tblGrid>
      <w:tr>
        <w:trPr>
          <w:trHeight w:val="1247" w:hRule="atLeast"/>
          <w:cantSplit/>
        </w:trPr>
        <w:tc>
          <w:tcPr>
            <w:tcW w:type="dxa" w:w="5159"/>
            <w:tcW w:w="2041" w:type="dxa"/>
            <w:tcBorders>
              <w:top w:val="single" w:sz="14" w:space="0" w:color="E67E22"/>
              <w:left w:val="single" w:sz="14" w:space="0" w:color="E67E22"/>
              <w:bottom w:val="single" w:sz="14" w:space="0" w:color="E67E22"/>
              <w:right w:val="single" w:sz="14" w:space="0" w:color="E67E22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188000" cy="809826"/>
                  <wp:docPr id="17" name="Picture 1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2_33_None_False.jp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80982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59"/>
            <w:tcW w:w="8278" w:type="dxa"/>
            <w:tcBorders>
              <w:top w:val="single" w:sz="14" w:space="0" w:color="E67E22"/>
              <w:left w:val="single" w:sz="14" w:space="0" w:color="E67E22"/>
              <w:bottom w:val="single" w:sz="14" w:space="0" w:color="E67E22"/>
              <w:right w:val="single" w:sz="14" w:space="0" w:color="E67E22"/>
            </w:tcBorders>
            <w:shd w:val="clear" w:color="auto" w:fill="E67E22"/>
            <w:tcMar>
              <w:top w:w="56" w:type="dxa"/>
              <w:left w:w="198" w:type="dxa"/>
              <w:bottom w:w="56" w:type="dxa"/>
              <w:right w:w="198" w:type="dxa"/>
            </w:tcMar>
            <w:vAlign w:val="center"/>
          </w:tcPr>
          <w:p>
            <w:pPr>
              <w:bidi/>
              <w:spacing w:before="0" w:after="2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2"/>
                <w:szCs w:val="32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2"/>
                <w:szCs w:val="32"/>
                <w:rtl/>
              </w:rPr>
              <w:t>2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48"/>
                <w:szCs w:val="48"/>
                <w:rtl/>
              </w:rPr>
              <w:t>בִּרְכוֹת הַפֵּרוֹת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16" w:space="0" w:color="F0B429"/>
              <w:left w:val="single" w:sz="16" w:space="0" w:color="F0B429"/>
              <w:bottom w:val="single" w:sz="16" w:space="0" w:color="F0B429"/>
              <w:right w:val="single" w:sz="16" w:space="0" w:color="F0B429"/>
            </w:tcBorders>
            <w:shd w:val="clear" w:color="auto" w:fill="FFFBEA"/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>
            <w:pPr>
              <w:bidi/>
              <w:spacing w:before="0" w:after="40"/>
              <w:jc w:val="both"/>
            </w:pPr>
            <w:r>
              <w:rPr>
                <w:rFonts w:ascii="DejaVu Sans" w:hAnsi="DejaVu Sans" w:cs="DejaVu Sans" w:eastAsia="DejaVu Sans"/>
                <w:b/>
                <w:bCs/>
                <w:color w:val="E67E22"/>
                <w:sz w:val="38"/>
                <w:szCs w:val="38"/>
                <w:rtl/>
              </w:rPr>
              <w:t xml:space="preserve">✦ </w:t>
            </w:r>
            <w:r>
              <w:rPr>
                <w:rFonts w:ascii="David Libre" w:hAnsi="David Libre" w:cs="David Libre" w:eastAsia="David Libre"/>
                <w:b/>
                <w:bCs/>
                <w:color w:val="E67E22"/>
                <w:sz w:val="38"/>
                <w:szCs w:val="38"/>
                <w:rtl/>
              </w:rPr>
              <w:t>לוֹמְדִים</w:t>
            </w:r>
          </w:p>
          <w:p>
            <w:pPr>
              <w:bidi/>
              <w:spacing w:before="0" w:after="60" w:line="264" w:lineRule="auto"/>
              <w:jc w:val="both"/>
            </w:pPr>
            <w:r>
              <w:rPr>
                <w:rFonts w:ascii="David Libre" w:hAnsi="David Libre" w:cs="David Libre" w:eastAsia="David Libre"/>
                <w:sz w:val="34"/>
                <w:szCs w:val="34"/>
                <w:rtl/>
              </w:rPr>
              <w:t>עַל פְּרִי שֶׁגָּדֵל עַל עֵץ מְבָרְכִים ״בּוֹרֵא פְּרִי הָעֵץ״.</w:t>
            </w:r>
          </w:p>
          <w:p>
            <w:pPr>
              <w:bidi/>
              <w:spacing w:before="0" w:after="60" w:line="264" w:lineRule="auto"/>
              <w:jc w:val="both"/>
            </w:pPr>
            <w:r>
              <w:rPr>
                <w:rFonts w:ascii="David Libre" w:hAnsi="David Libre" w:cs="David Libre" w:eastAsia="David Libre"/>
                <w:sz w:val="34"/>
                <w:szCs w:val="34"/>
                <w:rtl/>
              </w:rPr>
              <w:t>עַל פְּרִי שֶׁגָּדֵל בָּאֲדָמָה מְבָרְכִים ״בּוֹרֵא פְּרִי הָאֲדָמָה״.</w:t>
            </w:r>
          </w:p>
          <w:p>
            <w:pPr>
              <w:bidi/>
              <w:spacing w:before="0" w:after="60" w:line="264" w:lineRule="auto"/>
              <w:jc w:val="both"/>
            </w:pPr>
            <w:r>
              <w:rPr>
                <w:rFonts w:ascii="David Libre" w:hAnsi="David Libre" w:cs="David Libre" w:eastAsia="David Libre"/>
                <w:sz w:val="34"/>
                <w:szCs w:val="34"/>
                <w:rtl/>
              </w:rPr>
              <w:t>אִם אוֹהֲבִים אֶת כָּל הַפֵּרוֹת, מַקְדִּימִים פְּרִי מִשִּׁבְעַת הַמִּינִים.</w:t>
            </w:r>
          </w:p>
          <w:p>
            <w:pPr>
              <w:bidi/>
              <w:spacing w:before="0" w:after="60" w:line="264" w:lineRule="auto"/>
              <w:jc w:val="both"/>
            </w:pPr>
            <w:r>
              <w:rPr>
                <w:rFonts w:ascii="David Libre" w:hAnsi="David Libre" w:cs="David Libre" w:eastAsia="David Libre"/>
                <w:sz w:val="34"/>
                <w:szCs w:val="34"/>
                <w:rtl/>
              </w:rPr>
              <w:t>אַחֲרֵי עֲנָבִים, תְּאֵנִים, רִמּוֹנִים, זֵיתִים וּתְמָרִים מְבָרְכִים ״עַל הָעֵץ״.</w:t>
            </w:r>
          </w:p>
          <w:tbl>
            <w:tblPr>
              <w:bidiVisual/>
              <w:tblW w:w="9752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1814"/>
              <w:gridCol w:w="7938"/>
            </w:tblGrid>
            <w:tr>
              <w:trPr>
                <w:cantSplit/>
              </w:trPr>
              <w:tc>
                <w:tcPr>
                  <w:tcW w:type="dxa" w:w="5159"/>
                  <w:tcW w:w="1814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E67E22"/>
                  <w:tcMar>
                    <w:top w:w="28" w:type="dxa"/>
                    <w:left w:w="56" w:type="dxa"/>
                    <w:bottom w:w="28" w:type="dxa"/>
                    <w:right w:w="56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color w:val="FFFFFF"/>
                      <w:sz w:val="30"/>
                      <w:szCs w:val="30"/>
                      <w:rtl/>
                    </w:rPr>
                    <w:t>מִלִּים קָשׁוֹת</w:t>
                  </w:r>
                </w:p>
              </w:tc>
              <w:tc>
                <w:tcPr>
                  <w:tcW w:type="dxa" w:w="5159"/>
                  <w:tcW w:w="7938" w:type="dxa"/>
                  <w:tcBorders>
                    <w:top w:val="dashed" w:sz="8" w:space="0" w:color="E67E22"/>
                    <w:left w:val="dashed" w:sz="8" w:space="0" w:color="E67E22"/>
                    <w:bottom w:val="dashed" w:sz="8" w:space="0" w:color="E67E22"/>
                    <w:right w:val="dashed" w:sz="8" w:space="0" w:color="E67E22"/>
                  </w:tcBorders>
                  <w:shd w:val="clear" w:color="auto" w:fill="FFFFFF"/>
                  <w:tcMar>
                    <w:top w:w="28" w:type="dxa"/>
                    <w:left w:w="113" w:type="dxa"/>
                    <w:bottom w:w="28" w:type="dxa"/>
                    <w:right w:w="113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2"/>
                      <w:szCs w:val="32"/>
                      <w:rtl/>
                    </w:rPr>
                    <w:t>מְבָרְכִים</w:t>
                  </w:r>
                  <w:r>
                    <w:rPr>
                      <w:rFonts w:ascii="David Libre" w:hAnsi="David Libre" w:cs="David Libre" w:eastAsia="David Libre"/>
                      <w:sz w:val="32"/>
                      <w:szCs w:val="32"/>
                      <w:rtl/>
                    </w:rPr>
                    <w:t xml:space="preserve"> – אוֹמְרִים תּוֹדָה לַה׳ בִּבְרָכָה</w:t>
                  </w:r>
                </w:p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2"/>
                      <w:szCs w:val="32"/>
                      <w:rtl/>
                    </w:rPr>
                    <w:t>אִילָן</w:t>
                  </w:r>
                  <w:r>
                    <w:rPr>
                      <w:rFonts w:ascii="David Libre" w:hAnsi="David Libre" w:cs="David Libre" w:eastAsia="David Libre"/>
                      <w:sz w:val="32"/>
                      <w:szCs w:val="32"/>
                      <w:rtl/>
                    </w:rPr>
                    <w:t xml:space="preserve"> – עֵץ</w:t>
                  </w:r>
                </w:p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2"/>
                      <w:szCs w:val="32"/>
                      <w:rtl/>
                    </w:rPr>
                    <w:t>מַקְדִּימִים</w:t>
                  </w:r>
                  <w:r>
                    <w:rPr>
                      <w:rFonts w:ascii="David Libre" w:hAnsi="David Libre" w:cs="David Libre" w:eastAsia="David Libre"/>
                      <w:sz w:val="32"/>
                      <w:szCs w:val="32"/>
                      <w:rtl/>
                    </w:rPr>
                    <w:t xml:space="preserve"> – עוֹשִׂים קֹדֶם, רִאשׁוֹן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18" w:space="0" w:color="1F618D"/>
              <w:left w:val="double" w:sz="18" w:space="0" w:color="1F618D"/>
              <w:bottom w:val="double" w:sz="18" w:space="0" w:color="1F618D"/>
              <w:right w:val="double" w:sz="18" w:space="0" w:color="1F618D"/>
            </w:tcBorders>
            <w:shd w:val="clear" w:color="auto" w:fill="EEF6FF"/>
            <w:tcMar>
              <w:top w:w="158" w:type="dxa"/>
              <w:left w:w="158" w:type="dxa"/>
              <w:bottom w:w="158" w:type="dxa"/>
              <w:right w:w="15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F618D"/>
                <w:sz w:val="32"/>
                <w:szCs w:val="32"/>
                <w:rtl/>
              </w:rPr>
              <w:t>מִן הַמְּקוֹרוֹת</w:t>
            </w:r>
          </w:p>
          <w:p>
            <w:pPr>
              <w:bidi/>
              <w:spacing w:before="0" w:after="0" w:line="252" w:lineRule="auto"/>
              <w:jc w:val="center"/>
            </w:pPr>
            <w:r>
              <w:rPr>
                <w:rFonts w:ascii="Frank Ruhl Libre" w:hAnsi="Frank Ruhl Libre" w:cs="Frank Ruhl Libre" w:eastAsia="Frank Ruhl Libre"/>
                <w:color w:val="1B2631"/>
                <w:sz w:val="34"/>
                <w:szCs w:val="34"/>
                <w:rtl/>
              </w:rPr>
              <w:t>«עַל פֵּרוֹת הַגְּדֵלִים בָּאִילָן, מְבָרְכִין בּוֹרֵא פְּרִי הָעֵץ.»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color w:val="555555"/>
                <w:sz w:val="26"/>
                <w:szCs w:val="26"/>
                <w:rtl/>
              </w:rPr>
              <w:t>(קִצּוּר שֻׁלְחָן עָרוּךְ, סִימָן נב, סָעִיף א)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E67E22"/>
              <w:left w:val="single" w:sz="24" w:space="0" w:color="E67E22"/>
              <w:bottom w:val="single" w:sz="24" w:space="0" w:color="E67E22"/>
              <w:right w:val="single" w:sz="24" w:space="0" w:color="E67E22"/>
            </w:tcBorders>
            <w:shd w:val="clear" w:color="auto" w:fill="FDF2E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>5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אֵיזוֹ בְּרָכָה?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color w:val="444444"/>
                <w:sz w:val="34"/>
                <w:szCs w:val="34"/>
                <w:rtl/>
              </w:rPr>
              <w:t>הַקִּיפוּ אֶת הַתְּשׁוּבָה הַנְּכוֹנָה.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. מָה מְבָרְכִים עַל רִמּוֹן?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sz w:val="30"/>
                      <w:szCs w:val="30"/>
                      <w:rtl/>
                    </w:rPr>
                    <w:t>פְּרִי הָעֵץ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sz w:val="30"/>
                      <w:szCs w:val="30"/>
                      <w:rtl/>
                    </w:rPr>
                    <w:t>פְּרִי הָאֲדָמָה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sz w:val="30"/>
                      <w:szCs w:val="30"/>
                      <w:rtl/>
                    </w:rPr>
                    <w:t>שֶׁהַכֹּל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2</w:t>
            </w: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. מָה מְבָרְכִים עַל מְלָפְפוֹן?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sz w:val="30"/>
                      <w:szCs w:val="30"/>
                      <w:rtl/>
                    </w:rPr>
                    <w:t>פְּרִי הָעֵץ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sz w:val="30"/>
                      <w:szCs w:val="30"/>
                      <w:rtl/>
                    </w:rPr>
                    <w:t>פְּרִי הָאֲדָמָה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sz w:val="30"/>
                      <w:szCs w:val="30"/>
                      <w:rtl/>
                    </w:rPr>
                    <w:t>הַמּוֹצִיא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3</w:t>
            </w: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. מָה מְבָרְכִים אַחֲרֵי תְּמָרִים?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sz w:val="30"/>
                      <w:szCs w:val="30"/>
                      <w:rtl/>
                    </w:rPr>
                    <w:t>עַל הָעֵץ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sz w:val="30"/>
                      <w:szCs w:val="30"/>
                      <w:rtl/>
                    </w:rPr>
                    <w:t>בּוֹרֵא נְפָשׁוֹת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sz w:val="30"/>
                      <w:szCs w:val="30"/>
                      <w:rtl/>
                    </w:rPr>
                    <w:t>הַמּוֹצִיא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2041"/>
        <w:gridCol w:w="8278"/>
      </w:tblGrid>
      <w:tr>
        <w:trPr>
          <w:trHeight w:val="1247" w:hRule="atLeast"/>
          <w:cantSplit/>
        </w:trPr>
        <w:tc>
          <w:tcPr>
            <w:tcW w:type="dxa" w:w="5159"/>
            <w:tcW w:w="2041" w:type="dxa"/>
            <w:tcBorders>
              <w:top w:val="single" w:sz="14" w:space="0" w:color="E67E22"/>
              <w:left w:val="single" w:sz="14" w:space="0" w:color="E67E22"/>
              <w:bottom w:val="single" w:sz="14" w:space="0" w:color="E67E22"/>
              <w:right w:val="single" w:sz="14" w:space="0" w:color="E67E22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188000" cy="809826"/>
                  <wp:docPr id="18" name="Picture 1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2_33_None_False.jp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80982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59"/>
            <w:tcW w:w="8278" w:type="dxa"/>
            <w:tcBorders>
              <w:top w:val="single" w:sz="14" w:space="0" w:color="E67E22"/>
              <w:left w:val="single" w:sz="14" w:space="0" w:color="E67E22"/>
              <w:bottom w:val="single" w:sz="14" w:space="0" w:color="E67E22"/>
              <w:right w:val="single" w:sz="14" w:space="0" w:color="E67E22"/>
            </w:tcBorders>
            <w:shd w:val="clear" w:color="auto" w:fill="E67E22"/>
            <w:tcMar>
              <w:top w:w="56" w:type="dxa"/>
              <w:left w:w="198" w:type="dxa"/>
              <w:bottom w:w="56" w:type="dxa"/>
              <w:right w:w="198" w:type="dxa"/>
            </w:tcMar>
            <w:vAlign w:val="center"/>
          </w:tcPr>
          <w:p>
            <w:pPr>
              <w:bidi/>
              <w:spacing w:before="0" w:after="2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2"/>
                <w:szCs w:val="32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2"/>
                <w:szCs w:val="32"/>
                <w:rtl/>
              </w:rPr>
              <w:t>2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48"/>
                <w:szCs w:val="48"/>
                <w:rtl/>
              </w:rPr>
              <w:t>בִּרְכוֹת הַפֵּרוֹת  ·  מַמְשִׁיכִים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E67E22"/>
              <w:left w:val="single" w:sz="24" w:space="0" w:color="E67E22"/>
              <w:bottom w:val="single" w:sz="24" w:space="0" w:color="E67E22"/>
              <w:right w:val="single" w:sz="24" w:space="0" w:color="E67E22"/>
            </w:tcBorders>
            <w:shd w:val="clear" w:color="auto" w:fill="FDF2E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>6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סֵדֶר אֲכִילַת פְּרִי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color w:val="444444"/>
                <w:sz w:val="34"/>
                <w:szCs w:val="34"/>
                <w:rtl/>
              </w:rPr>
              <w:t>גִּזְרוּ אֶת הַכַּרְטִיסִים מִדַּף הַגְּזִירָה וְהַדְבִּיקוּ לְפִי הַסֵּדֶר.</w:t>
            </w:r>
          </w:p>
          <w:tbl>
            <w:tblPr>
              <w:bidiVisual/>
              <w:tblW w:w="5103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5103"/>
            </w:tblGrid>
            <w:tr>
              <w:trPr>
                <w:trHeight w:val="652" w:hRule="atLeast"/>
                <w:cantSplit/>
              </w:trPr>
              <w:tc>
                <w:tcPr>
                  <w:tcW w:type="dxa" w:w="10318"/>
                  <w:tcW w:w="5103" w:type="dxa"/>
                  <w:tcBorders>
                    <w:top w:val="dashed" w:sz="14" w:space="0" w:color="E67E22"/>
                    <w:left w:val="dashed" w:sz="14" w:space="0" w:color="E67E22"/>
                    <w:bottom w:val="dashed" w:sz="14" w:space="0" w:color="E67E22"/>
                    <w:right w:val="dashed" w:sz="14" w:space="0" w:color="E67E22"/>
                  </w:tcBorders>
                  <w:shd w:val="clear" w:color="auto" w:fill="FFF3E0"/>
                  <w:tcMar>
                    <w:top w:w="28" w:type="dxa"/>
                    <w:left w:w="113" w:type="dxa"/>
                    <w:bottom w:w="28" w:type="dxa"/>
                    <w:right w:w="113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ejaVu Sans" w:hAnsi="DejaVu Sans" w:cs="DejaVu Sans" w:eastAsia="DejaVu Sans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 xml:space="preserve">✂ </w:t>
                  </w:r>
                  <w:r>
                    <w:rPr>
                      <w:rFonts w:ascii="David Libre" w:hAnsi="David Libre" w:cs="David Libre" w:eastAsia="David Libre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 xml:space="preserve">גּוֹזְרִים מֵעַמּוּד </w:t>
                  </w:r>
                  <w:r>
                    <w:rPr>
                      <w:rFonts w:ascii="Noto Sans" w:hAnsi="Noto Sans" w:cs="Noto Sans" w:eastAsia="Noto Sans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>11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  <w:tbl>
            <w:tblPr>
              <w:bidiVisual/>
              <w:tblW w:w="997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9979"/>
            </w:tblGrid>
            <w:tr>
              <w:trPr>
                <w:trHeight w:val="850" w:hRule="atLeast"/>
                <w:cantSplit/>
              </w:trPr>
              <w:tc>
                <w:tcPr>
                  <w:tcW w:type="dxa" w:w="10318"/>
                  <w:tcW w:w="9979" w:type="dxa"/>
                  <w:tcBorders>
                    <w:top w:val="dashed" w:sz="8" w:space="0" w:color="999999"/>
                    <w:left w:val="dashed" w:sz="8" w:space="0" w:color="999999"/>
                    <w:bottom w:val="dashed" w:sz="8" w:space="0" w:color="999999"/>
                    <w:right w:val="dashed" w:sz="8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b/>
                      <w:bCs/>
                      <w:color w:val="E67E22"/>
                      <w:sz w:val="36"/>
                      <w:szCs w:val="36"/>
                      <w:rtl/>
                    </w:rPr>
                    <w:t>1</w:t>
                  </w:r>
                  <w:r>
                    <w:rPr>
                      <w:rFonts w:ascii="David Libre" w:hAnsi="David Libre" w:cs="David Libre" w:eastAsia="David Libre"/>
                      <w:b/>
                      <w:bCs/>
                      <w:color w:val="E67E22"/>
                      <w:sz w:val="36"/>
                      <w:szCs w:val="36"/>
                      <w:rtl/>
                    </w:rPr>
                    <w:t>.</w:t>
                  </w:r>
                </w:p>
              </w:tc>
            </w:tr>
            <w:tr>
              <w:trPr>
                <w:trHeight w:val="850" w:hRule="atLeast"/>
                <w:cantSplit/>
              </w:trPr>
              <w:tc>
                <w:tcPr>
                  <w:tcW w:type="dxa" w:w="10318"/>
                  <w:tcW w:w="9979" w:type="dxa"/>
                  <w:tcBorders>
                    <w:top w:val="dashed" w:sz="8" w:space="0" w:color="999999"/>
                    <w:left w:val="dashed" w:sz="8" w:space="0" w:color="999999"/>
                    <w:bottom w:val="dashed" w:sz="8" w:space="0" w:color="999999"/>
                    <w:right w:val="dashed" w:sz="8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b/>
                      <w:bCs/>
                      <w:color w:val="E67E22"/>
                      <w:sz w:val="36"/>
                      <w:szCs w:val="36"/>
                      <w:rtl/>
                    </w:rPr>
                    <w:t>2</w:t>
                  </w:r>
                  <w:r>
                    <w:rPr>
                      <w:rFonts w:ascii="David Libre" w:hAnsi="David Libre" w:cs="David Libre" w:eastAsia="David Libre"/>
                      <w:b/>
                      <w:bCs/>
                      <w:color w:val="E67E22"/>
                      <w:sz w:val="36"/>
                      <w:szCs w:val="36"/>
                      <w:rtl/>
                    </w:rPr>
                    <w:t>.</w:t>
                  </w:r>
                </w:p>
              </w:tc>
            </w:tr>
            <w:tr>
              <w:trPr>
                <w:trHeight w:val="850" w:hRule="atLeast"/>
                <w:cantSplit/>
              </w:trPr>
              <w:tc>
                <w:tcPr>
                  <w:tcW w:type="dxa" w:w="10318"/>
                  <w:tcW w:w="9979" w:type="dxa"/>
                  <w:tcBorders>
                    <w:top w:val="dashed" w:sz="8" w:space="0" w:color="999999"/>
                    <w:left w:val="dashed" w:sz="8" w:space="0" w:color="999999"/>
                    <w:bottom w:val="dashed" w:sz="8" w:space="0" w:color="999999"/>
                    <w:right w:val="dashed" w:sz="8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b/>
                      <w:bCs/>
                      <w:color w:val="E67E22"/>
                      <w:sz w:val="36"/>
                      <w:szCs w:val="36"/>
                      <w:rtl/>
                    </w:rPr>
                    <w:t>3</w:t>
                  </w:r>
                  <w:r>
                    <w:rPr>
                      <w:rFonts w:ascii="David Libre" w:hAnsi="David Libre" w:cs="David Libre" w:eastAsia="David Libre"/>
                      <w:b/>
                      <w:bCs/>
                      <w:color w:val="E67E22"/>
                      <w:sz w:val="36"/>
                      <w:szCs w:val="36"/>
                      <w:rtl/>
                    </w:rPr>
                    <w:t>.</w:t>
                  </w:r>
                </w:p>
              </w:tc>
            </w:tr>
            <w:tr>
              <w:trPr>
                <w:trHeight w:val="850" w:hRule="atLeast"/>
                <w:cantSplit/>
              </w:trPr>
              <w:tc>
                <w:tcPr>
                  <w:tcW w:type="dxa" w:w="10318"/>
                  <w:tcW w:w="9979" w:type="dxa"/>
                  <w:tcBorders>
                    <w:top w:val="dashed" w:sz="8" w:space="0" w:color="999999"/>
                    <w:left w:val="dashed" w:sz="8" w:space="0" w:color="999999"/>
                    <w:bottom w:val="dashed" w:sz="8" w:space="0" w:color="999999"/>
                    <w:right w:val="dashed" w:sz="8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b/>
                      <w:bCs/>
                      <w:color w:val="E67E22"/>
                      <w:sz w:val="36"/>
                      <w:szCs w:val="36"/>
                      <w:rtl/>
                    </w:rPr>
                    <w:t>4</w:t>
                  </w:r>
                  <w:r>
                    <w:rPr>
                      <w:rFonts w:ascii="David Libre" w:hAnsi="David Libre" w:cs="David Libre" w:eastAsia="David Libre"/>
                      <w:b/>
                      <w:bCs/>
                      <w:color w:val="E67E22"/>
                      <w:sz w:val="36"/>
                      <w:szCs w:val="36"/>
                      <w:rtl/>
                    </w:rPr>
                    <w:t>.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E67E22"/>
              <w:left w:val="single" w:sz="24" w:space="0" w:color="E67E22"/>
              <w:bottom w:val="single" w:sz="24" w:space="0" w:color="E67E22"/>
              <w:right w:val="single" w:sz="24" w:space="0" w:color="E67E22"/>
            </w:tcBorders>
            <w:shd w:val="clear" w:color="auto" w:fill="FDF2E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>7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הַשְׁלִימוּ אֶת הַמִּשְׁפָּטִים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color w:val="444444"/>
                <w:sz w:val="34"/>
                <w:szCs w:val="34"/>
                <w:rtl/>
              </w:rPr>
              <w:t>בַּחֲרוּ מִלָּה מִן הַמַּחְסָן.</w:t>
            </w:r>
          </w:p>
          <w:p>
            <w:pPr>
              <w:bidi/>
              <w:spacing w:before="0" w:after="4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7D6608"/>
                <w:sz w:val="34"/>
                <w:szCs w:val="34"/>
                <w:rtl/>
              </w:rPr>
              <w:t>מַחְסַן מִלִּים:</w:t>
            </w:r>
          </w:p>
          <w:tbl>
            <w:tblPr>
              <w:bidiVisual/>
              <w:tblW w:w="8164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2041"/>
              <w:gridCol w:w="2041"/>
              <w:gridCol w:w="2041"/>
              <w:gridCol w:w="2041"/>
            </w:tblGrid>
            <w:tr>
              <w:trPr>
                <w:trHeight w:val="652" w:hRule="atLeast"/>
                <w:cantSplit/>
              </w:trPr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40"/>
                      <w:szCs w:val="40"/>
                      <w:rtl/>
                    </w:rPr>
                    <w:t>הָעֵץ</w:t>
                  </w:r>
                </w:p>
              </w:tc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40"/>
                      <w:szCs w:val="40"/>
                      <w:rtl/>
                    </w:rPr>
                    <w:t>הָאֲדָמָה</w:t>
                  </w:r>
                </w:p>
              </w:tc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40"/>
                      <w:szCs w:val="40"/>
                      <w:rtl/>
                    </w:rPr>
                    <w:t>שִׁבְעַת</w:t>
                  </w:r>
                </w:p>
              </w:tc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40"/>
                      <w:szCs w:val="40"/>
                      <w:rtl/>
                    </w:rPr>
                    <w:t>בְּרָכָה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80" w:after="0" w:line="300" w:lineRule="auto"/>
              <w:jc w:val="both"/>
            </w:pPr>
            <w:r>
              <w:rPr>
                <w:rFonts w:ascii="David Libre" w:hAnsi="David Libre" w:cs="David Libre" w:eastAsia="David Libre"/>
                <w:sz w:val="34"/>
                <w:szCs w:val="34"/>
                <w:rtl/>
              </w:rPr>
              <w:t>עַל תְּאֵנָה מְבָרְכִים בּוֹרֵא פְּרִי ____________.</w:t>
            </w:r>
          </w:p>
          <w:p>
            <w:pPr>
              <w:bidi/>
              <w:spacing w:before="80" w:after="0" w:line="300" w:lineRule="auto"/>
              <w:jc w:val="both"/>
            </w:pPr>
            <w:r>
              <w:rPr>
                <w:rFonts w:ascii="David Libre" w:hAnsi="David Libre" w:cs="David Libre" w:eastAsia="David Libre"/>
                <w:sz w:val="34"/>
                <w:szCs w:val="34"/>
                <w:rtl/>
              </w:rPr>
              <w:t>עַל עַגְבָנִיָּה מְבָרְכִים בּוֹרֵא פְּרִי ____________.</w:t>
            </w:r>
          </w:p>
          <w:p>
            <w:pPr>
              <w:bidi/>
              <w:spacing w:before="80" w:after="0" w:line="300" w:lineRule="auto"/>
              <w:jc w:val="both"/>
            </w:pPr>
            <w:r>
              <w:rPr>
                <w:rFonts w:ascii="David Libre" w:hAnsi="David Libre" w:cs="David Libre" w:eastAsia="David Libre"/>
                <w:sz w:val="34"/>
                <w:szCs w:val="34"/>
                <w:rtl/>
              </w:rPr>
              <w:t>מַקְדִּימִים פֵּרוֹת שֶׁל ____________ הַמִּינִים.</w:t>
            </w:r>
          </w:p>
          <w:p>
            <w:pPr>
              <w:bidi/>
              <w:spacing w:before="80" w:after="0" w:line="300" w:lineRule="auto"/>
              <w:jc w:val="both"/>
            </w:pPr>
            <w:r>
              <w:rPr>
                <w:rFonts w:ascii="David Libre" w:hAnsi="David Libre" w:cs="David Libre" w:eastAsia="David Libre"/>
                <w:sz w:val="34"/>
                <w:szCs w:val="34"/>
                <w:rtl/>
              </w:rPr>
              <w:t>לִפְנֵי שֶׁאוֹכְלִים אוֹמְרִים ____________.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2041"/>
        <w:gridCol w:w="8278"/>
      </w:tblGrid>
      <w:tr>
        <w:trPr>
          <w:trHeight w:val="1247" w:hRule="atLeast"/>
          <w:cantSplit/>
        </w:trPr>
        <w:tc>
          <w:tcPr>
            <w:tcW w:type="dxa" w:w="5159"/>
            <w:tcW w:w="2041" w:type="dxa"/>
            <w:tcBorders>
              <w:top w:val="single" w:sz="14" w:space="0" w:color="E67E22"/>
              <w:left w:val="single" w:sz="14" w:space="0" w:color="E67E22"/>
              <w:bottom w:val="single" w:sz="14" w:space="0" w:color="E67E22"/>
              <w:right w:val="single" w:sz="14" w:space="0" w:color="E67E22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188000" cy="809826"/>
                  <wp:docPr id="19" name="Picture 1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2_33_None_False.jp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80982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59"/>
            <w:tcW w:w="8278" w:type="dxa"/>
            <w:tcBorders>
              <w:top w:val="single" w:sz="14" w:space="0" w:color="E67E22"/>
              <w:left w:val="single" w:sz="14" w:space="0" w:color="E67E22"/>
              <w:bottom w:val="single" w:sz="14" w:space="0" w:color="E67E22"/>
              <w:right w:val="single" w:sz="14" w:space="0" w:color="E67E22"/>
            </w:tcBorders>
            <w:shd w:val="clear" w:color="auto" w:fill="E67E22"/>
            <w:tcMar>
              <w:top w:w="56" w:type="dxa"/>
              <w:left w:w="198" w:type="dxa"/>
              <w:bottom w:w="56" w:type="dxa"/>
              <w:right w:w="198" w:type="dxa"/>
            </w:tcMar>
            <w:vAlign w:val="center"/>
          </w:tcPr>
          <w:p>
            <w:pPr>
              <w:bidi/>
              <w:spacing w:before="0" w:after="2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2"/>
                <w:szCs w:val="32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2"/>
                <w:szCs w:val="32"/>
                <w:rtl/>
              </w:rPr>
              <w:t>2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48"/>
                <w:szCs w:val="48"/>
                <w:rtl/>
              </w:rPr>
              <w:t>בִּרְכוֹת הַפֵּרוֹת  ·  מַמְשִׁיכִים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E67E22"/>
              <w:left w:val="single" w:sz="24" w:space="0" w:color="E67E22"/>
              <w:bottom w:val="single" w:sz="24" w:space="0" w:color="E67E22"/>
              <w:right w:val="single" w:sz="24" w:space="0" w:color="E67E22"/>
            </w:tcBorders>
            <w:shd w:val="clear" w:color="auto" w:fill="FDF2E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>8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תְּמוּנָה וּמִשְׁפָּט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color w:val="444444"/>
                <w:sz w:val="34"/>
                <w:szCs w:val="34"/>
                <w:rtl/>
              </w:rPr>
              <w:t>מִתְחוּ קַו בֵּין כָּל תְּמוּנָה לַמִּשְׁפָּט הַמַּתְאִים לָהּ.</w:t>
            </w:r>
          </w:p>
          <w:tbl>
            <w:tblPr>
              <w:bidiVisual/>
              <w:tblW w:w="9865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1927"/>
              <w:gridCol w:w="510"/>
              <w:gridCol w:w="1247"/>
              <w:gridCol w:w="510"/>
              <w:gridCol w:w="5670"/>
            </w:tblGrid>
            <w:tr>
              <w:trPr>
                <w:trHeight w:val="1701" w:hRule="atLeast"/>
                <w:cantSplit/>
              </w:trPr>
              <w:tc>
                <w:tcPr>
                  <w:tcW w:type="dxa" w:w="2064"/>
                  <w:tcW w:w="1927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802800" cy="901102"/>
                        <wp:docPr id="20" name="Picture 20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emo_ebb63b50a3_330.png"/>
                                <pic:cNvPicPr/>
                              </pic:nvPicPr>
                              <pic:blipFill>
                                <a:blip r:embed="rId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02800" cy="901102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2064"/>
                  <w:tcW w:w="510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10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5670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4"/>
                      <w:szCs w:val="34"/>
                      <w:rtl/>
                    </w:rPr>
                    <w:t>עַל הַתַּפּוּחַ מְבָרְכִים בּוֹרֵא פְּרִי הָעֵץ.</w:t>
                  </w:r>
                </w:p>
              </w:tc>
            </w:tr>
            <w:tr>
              <w:trPr>
                <w:trHeight w:val="1701" w:hRule="atLeast"/>
                <w:cantSplit/>
              </w:trPr>
              <w:tc>
                <w:tcPr>
                  <w:tcW w:type="dxa" w:w="2064"/>
                  <w:tcW w:w="1927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838800" cy="898714"/>
                        <wp:docPr id="21" name="Picture 2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emo_cf4f41aa9c_330.png"/>
                                <pic:cNvPicPr/>
                              </pic:nvPicPr>
                              <pic:blipFill>
                                <a:blip r:embed="rId2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38800" cy="89871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2064"/>
                  <w:tcW w:w="510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10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5670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4"/>
                      <w:szCs w:val="34"/>
                      <w:rtl/>
                    </w:rPr>
                    <w:t>עַל תּוּת שָׂדֶה מְבָרְכִים בּוֹרֵא פְּרִי הָאֲדָמָה.</w:t>
                  </w:r>
                </w:p>
              </w:tc>
            </w:tr>
            <w:tr>
              <w:trPr>
                <w:trHeight w:val="1701" w:hRule="atLeast"/>
                <w:cantSplit/>
              </w:trPr>
              <w:tc>
                <w:tcPr>
                  <w:tcW w:type="dxa" w:w="2064"/>
                  <w:tcW w:w="1927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917999" cy="901308"/>
                        <wp:docPr id="22" name="Picture 22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emo_19c6eb6fb1_330.png"/>
                                <pic:cNvPicPr/>
                              </pic:nvPicPr>
                              <pic:blipFill>
                                <a:blip r:embed="rId2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17999" cy="901308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2064"/>
                  <w:tcW w:w="510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10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5670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4"/>
                      <w:szCs w:val="34"/>
                      <w:rtl/>
                    </w:rPr>
                    <w:t>ט״ו בִּשְׁבָט הוּא רֹאשׁ הַשָּׁנָה לָאִילָנוֹת.</w:t>
                  </w:r>
                </w:p>
              </w:tc>
            </w:tr>
            <w:tr>
              <w:trPr>
                <w:trHeight w:val="1701" w:hRule="atLeast"/>
                <w:cantSplit/>
              </w:trPr>
              <w:tc>
                <w:tcPr>
                  <w:tcW w:type="dxa" w:w="2064"/>
                  <w:tcW w:w="1927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795600" cy="899137"/>
                        <wp:docPr id="23" name="Picture 23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emo_444c463ec2_330.png"/>
                                <pic:cNvPicPr/>
                              </pic:nvPicPr>
                              <pic:blipFill>
                                <a:blip r:embed="rId2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95600" cy="899137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2064"/>
                  <w:tcW w:w="510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10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5670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4"/>
                      <w:szCs w:val="34"/>
                      <w:rtl/>
                    </w:rPr>
                    <w:t>הַשְּׁקֵדִיָּה פּוֹרַחַת בְּט״ו בִּשְׁבָט.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793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7D3C98"/>
              <w:left w:val="single" w:sz="8" w:space="0" w:color="7D3C98"/>
              <w:bottom w:val="single" w:sz="8" w:space="0" w:color="7D3C98"/>
              <w:right w:val="single" w:sz="8" w:space="0" w:color="7D3C98"/>
            </w:tcBorders>
            <w:shd w:val="clear" w:color="auto" w:fill="7D3C98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52"/>
                <w:szCs w:val="52"/>
                <w:rtl/>
              </w:rPr>
              <w:t>מָה לָמַדְנוּ?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7D3C98"/>
              <w:left w:val="single" w:sz="24" w:space="0" w:color="7D3C98"/>
              <w:bottom w:val="single" w:sz="24" w:space="0" w:color="7D3C98"/>
              <w:right w:val="single" w:sz="24" w:space="0" w:color="7D3C98"/>
            </w:tcBorders>
            <w:shd w:val="clear" w:color="auto" w:fill="FFFFF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>9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נָכוֹן אוֹ לֹא נָכוֹן?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 xml:space="preserve">הַקִּיפוּ </w:t>
            </w:r>
            <w:r>
              <w:drawing>
                <wp:inline xmlns:a="http://schemas.openxmlformats.org/drawingml/2006/main" xmlns:pic="http://schemas.openxmlformats.org/drawingml/2006/picture">
                  <wp:extent cx="198000" cy="198000"/>
                  <wp:docPr id="24" name="Picture 2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happy_5_None_False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" cy="19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 xml:space="preserve"> אִם נָכוֹן;   </w:t>
            </w:r>
            <w:r>
              <w:drawing>
                <wp:inline xmlns:a="http://schemas.openxmlformats.org/drawingml/2006/main" xmlns:pic="http://schemas.openxmlformats.org/drawingml/2006/picture">
                  <wp:extent cx="198000" cy="198000"/>
                  <wp:docPr id="25" name="Picture 2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sad_5_None_False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" cy="19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 xml:space="preserve"> אִם לֹא נָכוֹן.</w:t>
            </w:r>
          </w:p>
          <w:tbl>
            <w:tblPr>
              <w:bidiVisual/>
              <w:tblW w:w="980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7314"/>
              <w:gridCol w:w="1247"/>
              <w:gridCol w:w="1247"/>
            </w:tblGrid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1</w:t>
                  </w: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>. הָרִמּוֹן גָּדֵל עַל עֵץ.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26" name="Picture 26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27" name="Picture 27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2</w:t>
                  </w: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>. עַל עֲנָבִים מְבָרְכִים פְּרִי הָאֲדָמָה.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28" name="Picture 28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29" name="Picture 2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3</w:t>
                  </w: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>. אַחֲרֵי זֵיתִים מְבָרְכִים ״עַל הָעֵץ״.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30" name="Picture 30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31" name="Picture 3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4</w:t>
                  </w: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>. בְּט״ו בִּשְׁבָט אוֹכְלִים פֵּרוֹת.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32" name="Picture 32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33" name="Picture 33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7D3C98"/>
              <w:left w:val="single" w:sz="24" w:space="0" w:color="7D3C98"/>
              <w:bottom w:val="single" w:sz="24" w:space="0" w:color="7D3C98"/>
              <w:right w:val="single" w:sz="24" w:space="0" w:color="7D3C98"/>
            </w:tcBorders>
            <w:shd w:val="clear" w:color="auto" w:fill="FFFFF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>10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הַצַּלַּחַת שֶׁלִּי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sz w:val="34"/>
                <w:szCs w:val="34"/>
                <w:rtl/>
              </w:rPr>
              <w:t>צַיְּרוּ צַלַּחַת עִם פֵּרוֹת מִשִּׁבְעַת הַמִּינִים. כִּתְבוּ אֶת הַבְּרָכָה.</w:t>
            </w:r>
          </w:p>
          <w:tbl>
            <w:tblPr>
              <w:bidiVisual/>
              <w:tblW w:w="9752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9752"/>
            </w:tblGrid>
            <w:tr>
              <w:trPr>
                <w:trHeight w:val="2835" w:hRule="exact"/>
                <w:cantSplit/>
              </w:trPr>
              <w:tc>
                <w:tcPr>
                  <w:tcW w:type="dxa" w:w="10318"/>
                  <w:tcW w:w="9752" w:type="dxa"/>
                  <w:tcBorders>
                    <w:top w:val="dashed" w:sz="8" w:space="0" w:color="999999"/>
                    <w:left w:val="dashed" w:sz="8" w:space="0" w:color="999999"/>
                    <w:bottom w:val="dashed" w:sz="8" w:space="0" w:color="999999"/>
                    <w:right w:val="dashed" w:sz="8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20"/>
                      <w:szCs w:val="20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4" w:space="0" w:color="B8902F"/>
              <w:left w:val="double" w:sz="24" w:space="0" w:color="B8902F"/>
              <w:bottom w:val="double" w:sz="24" w:space="0" w:color="B8902F"/>
              <w:right w:val="double" w:sz="24" w:space="0" w:color="B8902F"/>
            </w:tcBorders>
            <w:shd w:val="clear" w:color="auto" w:fill="FEF9E7"/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uez One" w:hAnsi="Suez One" w:cs="Suez One" w:eastAsia="Suez One"/>
                <w:b/>
                <w:bCs/>
                <w:color w:val="B8902F"/>
                <w:sz w:val="48"/>
                <w:szCs w:val="48"/>
                <w:rtl/>
              </w:rPr>
              <w:t>★ תְּעוּדַת הִצְטַיְּנוּת ★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sz w:val="36"/>
                <w:szCs w:val="36"/>
                <w:rtl/>
              </w:rPr>
              <w:t>סִיַּמְתִּי לִלְמֹד אֶת הַיְּחִידָה «ט״ו בִּשְׁבָט». כׇּל הַכָּבוֹד!</w:t>
            </w:r>
          </w:p>
          <w:p>
            <w:pPr>
              <w:bidi/>
              <w:spacing w:before="160" w:after="0"/>
              <w:jc w:val="center"/>
            </w:pP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חֲתִימַת הַמּוֹרֶה: ____________________</w:t>
            </w:r>
          </w:p>
        </w:tc>
      </w:tr>
    </w:tbl>
    <w:p>
      <w:pPr>
        <w:pageBreakBefore/>
        <w:bidi/>
        <w:spacing w:before="0" w:after="0" w:line="20" w:lineRule="exact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567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566573"/>
              <w:left w:val="single" w:sz="8" w:space="0" w:color="566573"/>
              <w:bottom w:val="single" w:sz="8" w:space="0" w:color="566573"/>
              <w:right w:val="single" w:sz="8" w:space="0" w:color="566573"/>
            </w:tcBorders>
            <w:shd w:val="clear" w:color="auto" w:fill="566573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ejaVu Sans" w:hAnsi="DejaVu Sans" w:cs="DejaVu Sans" w:eastAsia="DejaVu Sans"/>
                <w:b/>
                <w:bCs/>
                <w:color w:val="FFFFFF"/>
                <w:sz w:val="36"/>
                <w:szCs w:val="36"/>
                <w:rtl/>
              </w:rPr>
              <w:t xml:space="preserve">✂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6"/>
                <w:szCs w:val="36"/>
                <w:rtl/>
              </w:rPr>
              <w:t xml:space="preserve">גִּזְרוּ וְהַדְבִּיקוּ בְּעַמּוּד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6"/>
                <w:szCs w:val="36"/>
                <w:rtl/>
              </w:rPr>
              <w:t>6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6"/>
                <w:szCs w:val="36"/>
                <w:rtl/>
              </w:rPr>
              <w:t xml:space="preserve">,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6"/>
                <w:szCs w:val="36"/>
                <w:rtl/>
              </w:rPr>
              <w:t>4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2"/>
                <w:szCs w:val="32"/>
                <w:rtl/>
              </w:rPr>
              <w:t xml:space="preserve">  ·  גּוֹזְרִים וּמַדְבִּיקִים תְּמוּנוֹת</w:t>
            </w:r>
          </w:p>
        </w:tc>
      </w:tr>
    </w:tbl>
    <w:p>
      <w:pPr>
        <w:bidi/>
        <w:spacing w:before="0" w:after="0" w:line="10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9752" w:type="dxa"/>
        <w:jc w:val="center"/>
        <w:tblCellSpacing w:w="141" w:type="dxa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4876"/>
        <w:gridCol w:w="4876"/>
      </w:tblGrid>
      <w:tr>
        <w:trPr>
          <w:cantSplit/>
        </w:trPr>
        <w:tc>
          <w:tcPr>
            <w:tcW w:type="dxa" w:w="5159"/>
            <w:tcW w:w="4876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610000" cy="2050714"/>
                  <wp:docPr id="34" name="Picture 3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a_g2_t09_col1_700.png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10000" cy="205071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גֶּפֶן וְרִמּוֹן</w:t>
            </w:r>
          </w:p>
        </w:tc>
        <w:tc>
          <w:tcPr>
            <w:tcW w:type="dxa" w:w="5159"/>
            <w:tcW w:w="4876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565999" cy="2052808"/>
                  <wp:docPr id="35" name="Picture 3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a_g2_t09_col2_700.png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5999" cy="205280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תָּמָר וְזַיִת</w:t>
            </w:r>
          </w:p>
        </w:tc>
      </w:tr>
      <w:tr>
        <w:trPr>
          <w:cantSplit/>
        </w:trPr>
        <w:tc>
          <w:tcPr>
            <w:tcW w:type="dxa" w:w="5159"/>
            <w:tcW w:w="4876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124000" cy="2053200"/>
                  <wp:docPr id="36" name="Picture 3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mo_1b2b8cd8bb_330.png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24000" cy="20532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נְטִיעָה</w:t>
            </w:r>
          </w:p>
        </w:tc>
        <w:tc>
          <w:tcPr>
            <w:tcW w:type="dxa" w:w="5159"/>
            <w:tcW w:w="4876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199600" cy="2052960"/>
                  <wp:docPr id="37" name="Picture 3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mo_405d3defad_330.png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9600" cy="205296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חִטָּה</w:t>
            </w:r>
          </w:p>
        </w:tc>
      </w:tr>
    </w:tbl>
    <w:p>
      <w:pPr>
        <w:bidi/>
        <w:spacing w:before="0" w:after="0" w:line="24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567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566573"/>
              <w:left w:val="single" w:sz="8" w:space="0" w:color="566573"/>
              <w:bottom w:val="single" w:sz="8" w:space="0" w:color="566573"/>
              <w:right w:val="single" w:sz="8" w:space="0" w:color="566573"/>
            </w:tcBorders>
            <w:shd w:val="clear" w:color="auto" w:fill="566573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ejaVu Sans" w:hAnsi="DejaVu Sans" w:cs="DejaVu Sans" w:eastAsia="DejaVu Sans"/>
                <w:b/>
                <w:bCs/>
                <w:color w:val="FFFFFF"/>
                <w:sz w:val="36"/>
                <w:szCs w:val="36"/>
                <w:rtl/>
              </w:rPr>
              <w:t xml:space="preserve">✂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6"/>
                <w:szCs w:val="36"/>
                <w:rtl/>
              </w:rPr>
              <w:t xml:space="preserve">גִּזְרוּ וְהַדְבִּיקוּ בְּעַמּוּד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6"/>
                <w:szCs w:val="36"/>
                <w:rtl/>
              </w:rPr>
              <w:t>8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6"/>
                <w:szCs w:val="36"/>
                <w:rtl/>
              </w:rPr>
              <w:t xml:space="preserve">,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6"/>
                <w:szCs w:val="36"/>
                <w:rtl/>
              </w:rPr>
              <w:t>6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2"/>
                <w:szCs w:val="32"/>
                <w:rtl/>
              </w:rPr>
              <w:t xml:space="preserve">  ·  סֵדֶר אֲכִילַת פְּרִי</w:t>
            </w:r>
          </w:p>
        </w:tc>
      </w:tr>
    </w:tbl>
    <w:p>
      <w:pPr>
        <w:bidi/>
        <w:spacing w:before="0" w:after="0" w:line="10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9979" w:type="dxa"/>
        <w:jc w:val="center"/>
        <w:tblCellSpacing w:w="113" w:type="dxa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4989"/>
        <w:gridCol w:w="4989"/>
      </w:tblGrid>
      <w:tr>
        <w:trPr>
          <w:trHeight w:val="907" w:hRule="atLeast"/>
          <w:cantSplit/>
        </w:trPr>
        <w:tc>
          <w:tcPr>
            <w:tcW w:type="dxa" w:w="5159"/>
            <w:tcW w:w="4989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אוֹכְלִים אֶת הַפְּרִי בְּשִׂמְחָה.</w:t>
            </w:r>
          </w:p>
        </w:tc>
        <w:tc>
          <w:tcPr>
            <w:tcW w:type="dxa" w:w="5159"/>
            <w:tcW w:w="4989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לוֹקְחִים אֶת הַפְּרִי בַּיָּד.</w:t>
            </w:r>
          </w:p>
        </w:tc>
      </w:tr>
      <w:tr>
        <w:trPr>
          <w:trHeight w:val="907" w:hRule="atLeast"/>
          <w:cantSplit/>
        </w:trPr>
        <w:tc>
          <w:tcPr>
            <w:tcW w:type="dxa" w:w="5159"/>
            <w:tcW w:w="4989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מְבָרְכִים בְּרָכָה אַחֲרוֹנָה.</w:t>
            </w:r>
          </w:p>
        </w:tc>
        <w:tc>
          <w:tcPr>
            <w:tcW w:type="dxa" w:w="5159"/>
            <w:tcW w:w="4989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מְבָרְכִים ״בּוֹרֵא פְּרִי הָעֵץ״.</w:t>
            </w:r>
          </w:p>
        </w:tc>
      </w:tr>
    </w:tbl>
    <w:p>
      <w:pPr>
        <w:bidi/>
        <w:spacing w:before="0" w:after="0" w:line="24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titlePg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  <w:r>
      <w:rPr>
        <w:rFonts w:ascii="David Libre" w:hAnsi="David Libre" w:cs="David Libre" w:eastAsia="David Libre"/>
        <w:color w:val="777777"/>
        <w:sz w:val="24"/>
        <w:szCs w:val="24"/>
        <w:rtl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  <w:jc w:val="both"/>
    </w:pPr>
    <w:r>
      <w:rPr>
        <w:rFonts w:ascii="David Libre" w:hAnsi="David Libre" w:cs="David Libre" w:eastAsia="David Libre"/>
        <w:b/>
        <w:bCs/>
        <w:color w:val="555555"/>
        <w:sz w:val="24"/>
        <w:szCs w:val="24"/>
        <w:rtl/>
      </w:rPr>
      <w:t>בס"ד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David Libre" w:hAnsi="David Libre" w:cs="David Libre" w:eastAsia="David Libre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Relationship Id="rId12" Type="http://schemas.openxmlformats.org/officeDocument/2006/relationships/image" Target="media/image2.jpg"/><Relationship Id="rId13" Type="http://schemas.openxmlformats.org/officeDocument/2006/relationships/image" Target="media/image3.jpg"/><Relationship Id="rId14" Type="http://schemas.openxmlformats.org/officeDocument/2006/relationships/image" Target="media/image4.jp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Relationship Id="rId19" Type="http://schemas.openxmlformats.org/officeDocument/2006/relationships/image" Target="media/image9.jpg"/><Relationship Id="rId20" Type="http://schemas.openxmlformats.org/officeDocument/2006/relationships/image" Target="media/image10.png"/><Relationship Id="rId21" Type="http://schemas.openxmlformats.org/officeDocument/2006/relationships/image" Target="media/image11.png"/><Relationship Id="rId22" Type="http://schemas.openxmlformats.org/officeDocument/2006/relationships/image" Target="media/image12.png"/><Relationship Id="rId23" Type="http://schemas.openxmlformats.org/officeDocument/2006/relationships/image" Target="media/image13.png"/><Relationship Id="rId24" Type="http://schemas.openxmlformats.org/officeDocument/2006/relationships/image" Target="media/image14.png"/><Relationship Id="rId25" Type="http://schemas.openxmlformats.org/officeDocument/2006/relationships/image" Target="media/image15.png"/><Relationship Id="rId26" Type="http://schemas.openxmlformats.org/officeDocument/2006/relationships/image" Target="media/image16.png"/><Relationship Id="rId27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