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ט״ו בִּשְׁבָט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שִׁבְעַת הַמִּינִים וּבִרְכוֹתֵיהֶם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שִׁבְעַת הַמִּינִים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ט״ו בִּשְׁבָט הוּא רֹאשׁ הַשָּׁנָה לָאִילָנוֹת.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בְּשִׁבְעַת הַמִּינִים יֵשׁ תַּפּוּחַ.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הַזַּיִת הוּא מִשִּׁבְעַת הַמִּינִים.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בַּתּוֹרָה כְּתוּבִים חֲמִשָּׁה מִינִים.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מִמֶּנּוּ?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מִן הַמִּין אֶל מָה שֶׁעוֹשִׂים מִמֶּנּוּ.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גֶּפֶן  ←  עוֹשִׂים מִמֶּנָּה יַיִן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זַיִת  ←  עוֹשִׂים מִמֶּנּוּ שֶׁמֶן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חִטָּה  ←  עוֹשִׂים מִמֶּנָּה לֶחֶם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תָּמָר  ←  עוֹשִׂים מִמֶּנּוּ דְּבַשׁ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מִיְּנוּ לַטּוּר הַנָּכוֹן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מִין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מִשִּׁבְעַת הַמִּינִים: רִמּוֹן · תְּאֵנָה · שְׂעוֹרָה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לֹא מִשִּׁבְעַת הַמִּינִים: בָּנָנָה · תַּפּוּחַ · אֲבַטִּיחַ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0399" cy="39671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2b8cd8bb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99" cy="3967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נְטִיעָה  ←  בְּט״ו בִּשְׁבָט נוֹטְעִים עֵצִים.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03999" cy="395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9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395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גֶּפֶן וְרִמּוֹן  ←  הָעֲנָבִים וְהָרִמּוֹן הֵם מִשִּׁבְעַת הַמִּינִים.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24800" cy="3964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05d3defad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00" cy="396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חִטָּה  ←  הַחִטָּה וְהַשְּׂעוֹרָה הֵן מִשִּׁבְעַת הַמִּינִים.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02400" cy="39640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9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" cy="3964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תָּמָר וְזַיִת  ←  עַל תָּמָר וְזַיִת מְבָרְכִים בּוֹרֵא פְּרִי הָעֵץ.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בִּרְכוֹת הַפֵּרוֹת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אֵיזוֹ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רִמּוֹן?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פְּרִי הָעֵץ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מְלָפְפוֹן?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פְּרִי הָאֲדָמָה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אַחֲרֵי תְּמָרִים?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עַל הָעֵץ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סֵדֶר אֲכִילַת פְּרִי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לוֹקְחִים אֶת הַפְּרִי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מְבָרְכִים בּוֹרֵא פְּרִי הָעֵץ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אוֹכְלִים בְּשִׂמְחָה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בְּרָכָה אַחֲרוֹנָה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עַל תְּאֵנָה מְבָרְכִים בּוֹרֵא פְּרִי [הָעֵץ].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עַל עַגְבָנִיָּה מְבָרְכִים בּוֹרֵא פְּרִי [הָאֲדָמָה].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מַקְדִּימִים פֵּרוֹת שֶׁל [שִׁבְעַת] הַמִּינִים.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לִפְנֵי שֶׁאוֹכְלִים אוֹמְרִים [בְּרָכָה].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52800" cy="3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bb63b50a3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8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ט״ו בִּשְׁבָט הוּא רֹאשׁ הַשָּׁנָה לָאִילָנוֹת.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0800" cy="39728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f4f41aa9c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00" cy="3972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עַל הַתַּפּוּחַ מְבָרְכִים בּוֹרֵא פְּרִי הָעֵץ.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888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9c6eb6fb1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8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הַשְּׁקֵדִיָּה פּוֹרַחַת בְּט״ו בִּשְׁבָט.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9200" cy="394644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44c463ec2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00" cy="39464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עַל תּוּת שָׂדֶה מְבָרְכִים בּוֹרֵא פְּרִי הָאֲדָמָה.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הָרִמּוֹן גָּדֵל עַל עֵץ.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עַל עֲנָבִים מְבָרְכִים פְּרִי הָאֲדָמָה.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אַחֲרֵי זֵיתִים מְבָרְכִים ״עַל הָעֵץ״.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בְּט״ו בִּשְׁבָט אוֹכְלִים פֵּרוֹת.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הַצַּלַּחַת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צַלַּחַת עִם פֵּרוֹת מִשִּׁבְעַת הַמִּינִים. כִּתְבוּ אֶת הַבְּרָכָה.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