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צִיצִית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טַלִּית קָטָן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9874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99-0.213-0.898-0.817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9874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לַטַּלִּית יֵשׁ אַרְבַּע כְּנָפוֹת עִם צִיצִית.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צִיצִית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אֲנִי זוֹכֵר אֶת הַמִּצְוֹת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66597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10_0.318-0.093-0.922-0.907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6659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כְּשֶׁאֲנִי רוֹאֶה אֶת הַצִּיצִית, אֲנִי זוֹכֵר אֶת הַמִּצְוֹת.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