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צִיצִית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ה' צִוָּה עַל מִצְוַת צִיצִית.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מְבָרְכִים עַל צִיצִית בַּלַּיְלָה.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מֻתָּר לִגְרֹר אֶת הַצִּיצִית עַל הָאָרֶץ.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בּוֹדְקִים אֶת הַצִּיצִית לִפְנֵי שֶׁלּוֹבְשִׁים.  ← 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בְּאֵיזֶה בֶּגֶד שָׂמִים צִיצִית?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בֶּגֶד עִם אַרְבַּע כְּנָפוֹת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מְבָרְכִים עַל טַלִּית קָטָן?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עַל מִצְוַת צִיצִית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בְּצִיצִית יְשָׁנָה?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שָׂמִים בְּסֵפֶר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זוֹכְרִים כְּשֶׁרוֹאִים צִיצִית?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אֶת הַמִּצְוֹת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שֶׁל הַמִּשְׁפָּט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לַטַּלִּית יֵשׁ  ←  אַרְבַּע כְּנָפוֹת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בְּכָל כָּנָף יֵשׁ  ←  שְׁמוֹנָה חוּטִים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מְבָרְכִים רַק  ←  בַּיּוֹם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הַצִּיצִית מַזְכִּירוֹת  ←  אֶת הַמִּצְוֹת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לַטַּלִּית יֵשׁ אַרְבַּע [כְּנָפוֹת].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בְּכָל כָּנָף תְּלוּיִים שְׁמוֹנָה [חוּטִים].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מְבָרְכִים עַל צִיצִית רַק [בַּיּוֹם].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שׁוֹמְרִים עַל הַצִּיצִית וְנוֹתְנִים לָהֶן [כָּבוֹד].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ה' נָתַן לָנוּ מִצְוַת צִיצִית? כִּתְבוּ בְּמִלִּים שֶׁלָּכֶם.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אפשרית: כְּשֶׁרוֹאִים אֶת הַצִּיצִית, זוֹכְרִים אֶת כָּל מִצְוֹת ה' וְעוֹשִׂים אוֹתָן.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