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צִיצִית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ף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צִיצִית  (ציצית)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טַלִּית  (טלית)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כָּנָף  (כנף)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חוּטִים  (חוטים)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קֶשֶׁר  (קשר)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מִצְוָה  (מצווה)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כָּבוֹד  (כבוד)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תְּכֵלֶת  (תכלת)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בֶּגֶד  (בגד)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