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צִיצִית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מִצְוָה שֶׁעוֹזֶרֶת לָנוּ לִזְכֹּר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מִצְוַת צִיצִית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לוֹבְשִׁים צִיצִית בְּכָבוֹד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עַל מִצְוַת צִיצִית.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נֵדַע לָמָּה ה' צִוָּה לָנוּ לִלְבֹּשׁ צִיצִית.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אֵיךְ לוֹבְשִׁים צִיצִית וְאֵיךְ שׁוֹמְרִים עָלֶיהָ בְּכָבוֹד.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מִצְוַת צִיצִית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ה' צִוָּה לָשִׂים צִיצִית בְּבֶגֶד שֶׁיֵּשׁ לוֹ אַרְבַּע כְּנָפוֹת.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כָּנָף יֵשׁ שְׁמוֹנָה חוּטִים וַחֲמִשָּׁה קְשָׁרִים.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כְּשֶׁאָנוּ רוֹאִים אֶת הַצִּיצִית, אָנוּ זוֹכְרִים אֶת כָּל מִצְוֹת ה'.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בָּנִים לוֹבְשִׁים טַלִּית קָטָן כָּל יוֹם, וּגְבָרִים מִתְעַטְּפִים בְּטַלִּית גָּדוֹל בַּתְּפִלָּה.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כְּנָפוֹת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פִּנּוֹת שֶׁל בֶּגֶד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טַלִּית קָטָן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בֶּגֶד עִם צִיצִית שֶׁלּוֹבְשִׁים כָּל הַיּוֹם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וּזְכַרְתֶּם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וְתִזְכְּרוּ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«כְּדֵי שֶׁנִּזְכֹּר אֶת כָּל מִצְוֹתָיו לַעֲשׂוֹתָם, שֶׁנֶּאֱמַר: "וּרְאִיתֶם אֹתוֹ וּזְכַרְתֶּם אֶת כָּל מִצְוֹת ה'".»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ט, סָעִיף ח)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לְבֶגֶד שֶׁל צִיצִית יֵשׁ אַרְבַּע כְּנָפוֹת.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בְּכָל כָּנָף יֵשׁ חוּט אֶחָד בִּלְבַד.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הַצִּיצִית עוֹזֶרֶת לָנוּ לִזְכֹּר אֶת הַמִּצְוֹת.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לוֹבְשִׁים טַלִּית קָטָן רַק בְּשַׁבָּת.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מִצְוַת צִיצִית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הַפֵּרוּשׁ?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מִן הַמִּלָּה אֶל הַהֶסְבֵּר.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כָּנָף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לוֹבְשִׁים כָּל הַיּוֹם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קֶשֶׁר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פִּנָּה שֶׁל בֶּגֶד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טַלִּית קָטָן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מִתְעַטְּפִים בַּתְּפִלָּה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טַלִּית גָּדוֹל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קוֹשְׁרִים אֶת הַחוּטִים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אַרְבַּע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שְׁמוֹנָה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זוֹכְרִים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לַטַּלִּית יֵשׁ ____________ כְּנָפוֹת.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כָּנָף יֵשׁ ____________ חוּטִים.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כְּשֶׁרוֹאִים צִיצִית, ____________ אֶת הַמִּצְוֹת.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מִצְוַת צִיצִית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הַצִּיצִית עֲשׂוּיָה מֵחוּטִים.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לַטַּלִּית יֵשׁ אַרְבַּע כְּנָפוֹת עִם צִיצִית.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מְבָרְכִים עַל הַצִּיצִית בַּבֹּקֶר.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כְּשֶׁאֲנִי רוֹאֶה אֶת הַצִּיצִית, אֲנִי זוֹכֵר אֶת הַמִּצְוֹת.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לוֹבְשִׁים צִיצִית בְּכָבוֹד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לִפְנֵי שֶׁלּוֹבְשִׁים, בּוֹדְקִים שֶׁהַצִּיצִית שְׁלֵמוֹת וּכְשֵׁרוֹת.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מְבָרְכִים עַל הַצִּיצִית רַק בַּיּוֹם, לֹא בַּלַּיְלָה.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עַל טַלִּית קָטָן מְבָרְכִים «עַל מִצְוַת צִיצִית».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שׁוֹמְרִים שֶׁהַצִּיצִית לֹא יִגָּרְרוּ עַל הָרִצְפָּה, כִּי הֵן מִצְוָה.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כְּשֵׁרוֹת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שְׁלֵמוֹת וְטוֹבוֹת לַמִּצְוָה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לְהִתְעַטֵּף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לְהִתְכַּסּוֹת בַּטַּלִּית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בִּזּוּי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חֹסֶר כָּבוֹד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«קֹדֶם שֶׁיִּתְעַטֵּף בַּטַּלִּית, יִבְדֹּק אֶת הַצִּיצִית אִם הֵן כְּשֵׁרוֹת.»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ט,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לִפְנֵי שֶׁלּוֹבְשִׁים צִיצִית?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בּוֹדְקִים אֶת הַחוּטִים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קוֹרְעִים חוּט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הוֹלְכִים לִישֹׁן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מְבָרְכִים עַל הַצִּיצִית?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בַּלַּיְלָה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בַּיּוֹם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אַף פַּעַם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הַצִּיצִית נוֹגְעוֹת בָּרִצְפָּה. מָה עוֹשִׂים?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מַשְׁאִירִים אוֹתָן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מַגְבִּיהִים אוֹתָן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גּוֹרְרִים אוֹתָן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לוֹבְשִׁים צִיצִית בְּכָבוֹד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הַסֵּדֶר שֶׁל לְבִישַׁת הַטַּלִּית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C0392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מְכַבְּדִים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מַעֲשֶׂה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מַגְבִּיהִים אֶת הַחוּטִים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גּוֹרְרִים עַל הָרִצְפָּה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זוֹרְקִים צִיצִית יְשָׁנָה לַפַּח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שָׂמִים צִיצִית יְשָׁנָה בְּסֵפֶר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בּוֹדְקִים כָּל בֹּקֶר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מְשַׂחֲקִים בַּחוּטִים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מְכַבְּדִים אֶת הַצִּיצִית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מְכַבְּדִים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לוֹבְשִׁים צִיצִית בְּכָבוֹד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900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f25f491f05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בַּלַּיְלָה אֵין מִצְוַת צִיצִית.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7200" cy="898953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3f1112351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7200" cy="898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בַּצִּיצִית יֵשׁ קְשָׁרִים.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900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58d29095bc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הַתְּכֵלֶת הִיא צֶבַע כָּחֹל.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464400" cy="901482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64a664c062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400" cy="9014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4"/>
                      <w:szCs w:val="34"/>
                      <w:rtl/>
                    </w:rPr>
                    <w:t>בְּכָל כָּנָף יֵשׁ שְׁמוֹנָה חוּטִים.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כְּנָפוֹת יֵשׁ לַטַּלִּית?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חָמֵשׁ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לָמָּה לוֹבְשִׁים צִיצִית?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לִזְכֹּר אֶת הַמִּצְוֹת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כְּדֵי לְשַׂחֵק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כִּי קַר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טַלִּית קָטָן עִם צִיצִית בְּאַרְבַּע הַכְּנָפוֹת.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«צִיצִית».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78000" cy="2050431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5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00" cy="20504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טַלִּית קָטָן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91600" cy="2049435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5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600" cy="20494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אֲנִי זוֹכֵר אֶת הַמִּצְוֹת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3600" cy="2054128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8374359cf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00" cy="205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חוּטִים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2000" cy="205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בֹּקֶר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הַסֵּדֶר שֶׁל לְבִישַׁת הַטַּלִּית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מְבָרְכִים אֶת הַבְּרָכָה.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בּוֹדְקִים שֶׁהַצִּיצִית כְּשֵׁרוֹת.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מִתְעַטְּפִים בַּטַּלִּית.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אוֹחֲזִים אֶת הַטַּלִּית בִּשְׁתֵּי הַיָּדַיִם.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