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צִיצִית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מִצְוָה שֶׁעוֹזֶרֶת לָנוּ לִזְכֹּר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מִצְוַת צִיצִית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לְבֶגֶד שֶׁל צִיצִית יֵשׁ אַרְבַּע כְּנָפוֹת.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בְּכָל כָּנָף יֵשׁ חוּט אֶחָד בִּלְבַד.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הַצִּיצִית עוֹזֶרֶת לָנוּ לִזְכֹּר אֶת הַמִּצְוֹת.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לוֹבְשִׁים טַלִּית קָטָן רַק בְּשַׁבָּת.  ←  לֹא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הַפֵּרוּשׁ?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מִן הַמִּלָּה אֶל הַהֶסְבֵּר.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כָּנָף  ←  פִּנָּה שֶׁל בֶּגֶד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קֶשֶׁר  ←  קוֹשְׁרִים אֶת הַחוּטִים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טַלִּית קָטָן  ←  לוֹבְשִׁים כָּל הַיּוֹם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טַלִּית גָּדוֹל  ←  מִתְעַטְּפִים בַּתְּפִלָּה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לַטַּלִּית יֵשׁ [אַרְבַּע] כְּנָפוֹת.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בְּכָל כָּנָף יֵשׁ [שְׁמוֹנָה] חוּטִים.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כְּשֶׁרוֹאִים צִיצִית, [זוֹכְרִים] אֶת הַמִּצְוֹת.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44800" cy="39795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88374359cf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" cy="3979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חוּטִים  ←  הַצִּיצִית עֲשׂוּיָה מֵחוּטִים.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421200" cy="39653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5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200" cy="3965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טַלִּית קָטָן  ←  לַטַּלִּית יֵשׁ אַרְבַּע כְּנָפוֹת עִם צִיצִית.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11abd5bc1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בֹּקֶר  ←  מְבָרְכִים עַל הַצִּיצִית בַּבֹּקֶר.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30400" cy="39626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5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" cy="3962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אֲנִי זוֹכֵר אֶת הַמִּצְוֹת  ←  כְּשֶׁאֲנִי רוֹאֶה אֶת הַצִּיצִית, אֲנִי זוֹכֵר אֶת הַמִּצְוֹת.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לוֹבְשִׁים צִיצִית בְּכָבוֹד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לִפְנֵי שֶׁלּוֹבְשִׁים צִיצִית?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בּוֹדְקִים אֶת הַחוּטִים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מְבָרְכִים עַל הַצִּיצִית?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בַּיּוֹם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הַצִּיצִית נוֹגְעוֹת בָּרִצְפָּה. מָה עוֹשִׂים?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מַגְבִּיהִים אוֹתָן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הַסֵּדֶר שֶׁל לְבִישַׁת הַטַּלִּית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בּוֹדְקִים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אוֹחֲזִים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מְבָרְכִים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מִתְעַטְּפִים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מְכַבְּדִים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מַעֲשֶׂה בַּמָּקוֹם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מְכַבְּדִים אֶת הַצִּיצִית: מַגְבִּיהִים אֶת הַחוּטִים · שָׂמִים צִיצִית יְשָׁנָה בְּסֵפֶר · בּוֹדְקִים כָּל בֹּקֶר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לֹא מְכַבְּדִים: גּוֹרְרִים עַל הָרִצְפָּה · זוֹרְקִים צִיצִית יְשָׁנָה לַפַּח · מְשַׂחֲקִים בַּחוּטִים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f25f491f05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הַתְּכֵלֶת הִיא צֶבַע כָּחֹל.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24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3f1112351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בַּלַּיְלָה אֵין מִצְוַת צִיצִית.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58d29095bc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בְּכָל כָּנָף יֵשׁ שְׁמוֹנָה חוּטִים.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05199" cy="39832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64a664c062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99" cy="39832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בַּצִּיצִית יֵשׁ קְשָׁרִים.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כְּנָפוֹת יֵשׁ לַטַּלִּית?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אַרְבַּע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לָמָּה לוֹבְשִׁים צִיצִית?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לִזְכֹּר אֶת הַמִּצְוֹת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צַיְּרוּ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טַלִּית קָטָן עִם צִיצִית בְּאַרְבַּע הַכְּנָפוֹת.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