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שׁוֹפָר שֶׁל נְעִילָה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84000" cy="6670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44_0.104-0.111-0.908-0.939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6670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בְּסוֹף יוֹם כִּפּוּר תּוֹקְעִים בַּשּׁוֹפָר.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נַעֲלֵי בַּד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36877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315-1.0-0.78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בְּיוֹם כִּפּוּר נוֹעֲלִים נַעֲלַיִם בְּלִי עוֹר.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יוֹם כִּפּוּר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3798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