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יוֹם כִּפּוּר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כִּפּוּר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סְלִיחָה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צוֹם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נְעִילָה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תְּפִלָּה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סְעוּדָה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חָבֵר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שָׁלוֹם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