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יוֹם כִּפּוּר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FFFFFF"/>
                <w:sz w:val="38"/>
                <w:szCs w:val="38"/>
                <w:rtl/>
              </w:rPr>
              <w:t>יוֹם קָדוֹשׁ שֶׁל סְלִיחָה וּתְשׁוּבָה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Alef" w:hAnsi="Alef" w:cs="Alef" w:eastAsia="Alef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: עֶרֶב יוֹם כִּפּוּר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2980B9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: הַצּוֹם וּתְפִלַּת נְעִילָה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27AE60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Alef" w:hAnsi="Alef" w:cs="Alef" w:eastAsia="Alef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Alef" w:hAnsi="Alef" w:cs="Alef" w:eastAsia="Alef"/>
          <w:sz w:val="36"/>
          <w:szCs w:val="36"/>
          <w:rtl/>
        </w:rPr>
        <w:t>בַּחוֹבֶרֶת הַזֹּאת נִלְמַד עַל יוֹם כִּפּוּר.</w:t>
      </w:r>
    </w:p>
    <w:p>
      <w:pPr>
        <w:bidi/>
        <w:spacing w:before="0" w:after="120" w:line="276" w:lineRule="auto"/>
        <w:jc w:val="both"/>
      </w:pPr>
      <w:r>
        <w:rPr>
          <w:rFonts w:ascii="Alef" w:hAnsi="Alef" w:cs="Alef" w:eastAsia="Alef"/>
          <w:sz w:val="36"/>
          <w:szCs w:val="36"/>
          <w:rtl/>
        </w:rPr>
        <w:t>נִלְמַד מָה עוֹשִׂים בְּעֶרֶב יוֹם כִּפּוּר וְאֵיךְ מְבַקְּשִׁים סְלִיחָה.</w:t>
      </w:r>
    </w:p>
    <w:p>
      <w:pPr>
        <w:bidi/>
        <w:spacing w:before="0" w:after="120" w:line="276" w:lineRule="auto"/>
        <w:jc w:val="both"/>
      </w:pPr>
      <w:r>
        <w:rPr>
          <w:rFonts w:ascii="Alef" w:hAnsi="Alef" w:cs="Alef" w:eastAsia="Alef"/>
          <w:sz w:val="36"/>
          <w:szCs w:val="36"/>
          <w:rtl/>
        </w:rPr>
        <w:t>נִלְמַד גַּם עַל הַצּוֹם וְעַל תְּפִלַּת נְעִילָה.</w:t>
      </w:r>
    </w:p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Alef" w:hAnsi="Alef" w:cs="Alef" w:eastAsia="Alef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Alef" w:hAnsi="Alef" w:cs="Alef" w:eastAsia="Alef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2980B9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עֶרֶב יוֹם כִּפּוּר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980B9"/>
                <w:sz w:val="38"/>
                <w:szCs w:val="38"/>
                <w:rtl/>
              </w:rPr>
              <w:t xml:space="preserve">✦ </w:t>
            </w:r>
            <w:r>
              <w:rPr>
                <w:rFonts w:ascii="Alef" w:hAnsi="Alef" w:cs="Alef" w:eastAsia="Alef"/>
                <w:b/>
                <w:bCs/>
                <w:color w:val="2980B9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בְּעֶרֶב יוֹם כִּפּוּר יֵשׁ מִצְוָה לֶאֱכֹל וְלִשְׁתּוֹת.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לִפְנֵי הַצּוֹם אוֹכְלִים סְעוּדָה מַפְסֶקֶת.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יוֹם כִּפּוּר לֹא מְכַפֵּר עַל מָה שֶׁעָשִׂינוּ לְחָבֵר, עַד שֶׁנְּבַקֵּשׁ מִמֶּנּוּ סְלִיחָה.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לָכֵן מְבַקְּשִׁים סְלִיחָה מֵהַהוֹרִים וּמֵהַחֲבֵרִים, וְסוֹלְחִים בְּלֵב שָׁלֵם.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2980B9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980B9"/>
                    <w:left w:val="dashed" w:sz="8" w:space="0" w:color="2980B9"/>
                    <w:bottom w:val="dashed" w:sz="8" w:space="0" w:color="2980B9"/>
                    <w:right w:val="dashed" w:sz="8" w:space="0" w:color="2980B9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סְעוּדָה מַפְסֶקֶת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הָאֲרוּחָה הָאַחֲרוֹנָה לִפְנֵי הַצּוֹם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פִּיּוּס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לְבַקֵּשׁ סְלִיחָה וְלַעֲשׂוֹת שָׁלוֹם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מְכַפֵּר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מֵבִיא סְלִיחָה עַל הַחֵטְא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Noto Serif Hebrew" w:hAnsi="Noto Serif Hebrew" w:cs="Noto Serif Hebrew" w:eastAsia="Noto Serif Hebrew"/>
                <w:color w:val="1B2631"/>
                <w:sz w:val="34"/>
                <w:szCs w:val="34"/>
                <w:rtl/>
              </w:rPr>
              <w:t>«עֲבֵרוֹת שֶבֵּין אָדָם לַחֲבֵרוֹ, אֵין יוֹם-הַכִּפּוּרִים מְכַפֵּר עַד שֶׁיְרַצֶּה אֶת חֲבֵרוֹ»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6"/>
                <w:szCs w:val="26"/>
                <w:rtl/>
              </w:rPr>
              <w:t>(קִצּוּר שֻׁלְחָן עָרוּךְ, סִימָן קלא, סָעִיף ד)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בְּעֶרֶב יוֹם כִּפּוּר מִצְוָה לֶאֱכֹל.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סְעוּדָה מַפְסֶקֶת אוֹכְלִים אַחֲרֵי הַצּוֹם.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מְבַקְּשִׁים סְלִיחָה גַּם מֵהַהוֹרִים.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כְּשֶׁחָבֵר מְבַקֵּשׁ סְלִיחָה, לֹא סוֹלְחִים לוֹ.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2980B9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עֶרֶב יוֹם כִּפּוּר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סֵדֶר עֶרֶב יוֹם כִּפּוּר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lef" w:hAnsi="Alef" w:cs="Alef" w:eastAsia="Alef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מָתַי אוֹכְלִים סְעוּדָה מַפְסֶקֶת?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לִפְנֵי הַצּוֹם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בְּאֶמְצַע הַצּוֹם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אַחֲרֵי הַצּוֹם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עוֹשִׂים אִם פָּגַעְנוּ בְּחָבֵר?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שׁוֹתְקִים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מְבַקְּשִׁים סְלִיחָה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בּוֹרְחִים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אֵיךְ סוֹלְחִים לְחָבֵר?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בְּלֵב שָׁלֵם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בְּכַעַס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לֹא סוֹלְחִים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2980B9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עֶרֶב יוֹם כִּפּוּר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lef" w:hAnsi="Alef" w:cs="Alef" w:eastAsia="Alef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נְעִילָה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סְעוּדָה מַפְסֶקֶת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עִנּוּי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פִּיּוּס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6463"/>
              <w:gridCol w:w="3402"/>
            </w:tblGrid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מְצַעֲרִים אֶת הַגּוּף: לֹא אוֹכְלִים וְלֹא שׁוֹתִים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הָאֲרוּחָה הָאַחֲרוֹנָה לִפְנֵי הַצּוֹם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הַתְּפִלָּה הָאַחֲרוֹנָה שֶׁל יוֹם כִּפּוּר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לְבַקֵּשׁ סְלִיחָה וְלַעֲשׂוֹת שָׁלוֹם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27AE6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הַצּוֹם וּתְפִלַּת נְעִילָה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7AE60"/>
                <w:sz w:val="38"/>
                <w:szCs w:val="38"/>
                <w:rtl/>
              </w:rPr>
              <w:t xml:space="preserve">✦ </w:t>
            </w:r>
            <w:r>
              <w:rPr>
                <w:rFonts w:ascii="Alef" w:hAnsi="Alef" w:cs="Alef" w:eastAsia="Alef"/>
                <w:b/>
                <w:bCs/>
                <w:color w:val="27AE60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בְּיוֹם כִּפּוּר לֹא אוֹכְלִים וְלֹא שׁוֹתִים.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לֹא רוֹחֲצִים, לֹא מוֹרְחִים קְרֵם, וְלֹא נוֹעֲלִים נַעֲלֵי עוֹר.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יְלָדִים קְטַנִּים אוֹכְלִים, אֲבָל לוֹמְדִים לֹא לִנְעֹל נַעֲלֵי עוֹר.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בְּסוֹף הַיּוֹם מִתְפַּלְּלִים נְעִילָה וְתוֹקְעִים בַּשּׁוֹפָר.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7AE60"/>
                    <w:left w:val="dashed" w:sz="8" w:space="0" w:color="27AE60"/>
                    <w:bottom w:val="dashed" w:sz="8" w:space="0" w:color="27AE60"/>
                    <w:right w:val="dashed" w:sz="8" w:space="0" w:color="27AE6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עִנּוּי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מְצַעֲרִים אֶת הַגּוּף: לֹא אוֹכְלִים וְלֹא שׁוֹתִים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נְעִילָה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הַתְּפִלָּה הָאַחֲרוֹנָה שֶׁל יוֹם כִּפּוּר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לְחַנֵּךְ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לְלַמֵּד יְלָדִים לְאַט לְאַט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Noto Serif Hebrew" w:hAnsi="Noto Serif Hebrew" w:cs="Noto Serif Hebrew" w:eastAsia="Noto Serif Hebrew"/>
                <w:color w:val="1B2631"/>
                <w:sz w:val="34"/>
                <w:szCs w:val="34"/>
                <w:rtl/>
              </w:rPr>
              <w:t>«וּבִנְעִילַת הַסַּנְדָּל וּרְחִיצָה וְסִיכָה, יֵשׁ לְחַנְּכָם גַּם קֹדֶם תֵּשַׁע שָׁנִים»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6"/>
                <w:szCs w:val="26"/>
                <w:rtl/>
              </w:rPr>
              <w:t>(קִצּוּר שֻׁלְחָן עָרוּךְ, סִימָן קלג, סָעִיף יט)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lef" w:hAnsi="Alef" w:cs="Alef" w:eastAsia="Alef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אוֹכְלִים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עוֹר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שׁוֹפָר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נְעִילָה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בְּיוֹם כִּפּוּר לֹא ____________ וְלֹא שׁוֹתִים.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לֹא נוֹעֲלִים נַעֲלֵי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הַתְּפִלָּה הָאַחֲרוֹנָה הִיא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בְּסוֹף הַיּוֹם שׁוֹמְעִים תְּקִיעַת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27AE6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הַצּוֹם וּתְפִלַּת נְעִילָה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מַיְּנוּ: עוֹשִׂים אוֹ לֹא עוֹשִׂים?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כִּתְבוּ כָּל מִשְׁפָּט בַּטּוּר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א. מִתְפַּלְּלִים בְּבֵית הַכְּנֶסֶת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ב. נוֹעֲלִים נַעֲלֵי בַּד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ג. שׁוֹמְעִים אֶת הַשּׁוֹפָר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ד. נוֹעֲלִים נַעֲלֵי עוֹר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ה. רוֹחֲצִים בָּאַמְבַּטְיָה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ו. מוֹרְחִים קְרֵם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עוֹשִׂים בְּיוֹם כִּפּוּר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לֹא עוֹשִׂים בְּיוֹם כִּפּוּר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7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סוֹף תְּפִלַּת נְעִילָה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מִתְחוּ קַו בֵּין הַחֲלָקִים.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שְׁמַע יִשְׂרָאֵל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בִּירוּשָׁלַיִם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ה' הוּא הָאֱלֹהִים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שֶׁבַע פְּעָמִים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תְּקִיעָה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פַּעַם אַחַת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לַשָּׁנָה הַבָּאָה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בַּשּׁוֹפָר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27AE6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הַצּוֹם וּתְפִלַּת נְעִילָה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8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lef" w:hAnsi="Alef" w:cs="Alef" w:eastAsia="Alef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בְּעֶרֶב יוֹם כִּפּוּר אוֹכְלִים סְעוּדָה מַפְסֶקֶת.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בְּסוֹף יוֹם כִּפּוּר תּוֹקְעִים בַּשּׁוֹפָר.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בְּסוֹף הַיּוֹם מִתְפַּלְּלִים תְּפִלַּת נְעִילָה.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בְּיוֹם כִּפּוּר נוֹעֲלִים נַעֲלַיִם בְּלִי עוֹר.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בְּיוֹם כִּפּוּר מְבַקְּשִׁים סְלִיחָה מֵה'.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נְעִילָה הִיא הַתְּפִלָּה הָרִאשׁוֹנָה.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בְּעֶרֶב יוֹם כִּפּוּר עוֹשִׂים שָׁלוֹם עִם חֲבֵרִים.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בְּיוֹם כִּפּוּר נוֹעֲלִים נַעֲלֵי עוֹר.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עוֹשִׂים שָׁלוֹם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צַיְּרוּ אֵיךְ אַתֶּם עוֹשִׂים שָׁלוֹם עִם חָבֵר.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sz w:val="36"/>
                <w:szCs w:val="36"/>
                <w:rtl/>
              </w:rPr>
              <w:t>סִיַּמְתִּי לִלְמֹד אֶת הַיְּחִידָה «יוֹם כִּפּוּר».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9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584000" cy="2053333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2_col1_70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0" cy="20533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שׁוֹפָר שֶׁל נְעִילָה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1539977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2_col2_70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1539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נַעֲלֵי בַּד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343600" cy="2052426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e6ee069f60_33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600" cy="20524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סְעוּדָה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26800" cy="2054386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2138d5406a_33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800" cy="20543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נְעִילָה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  ·  סֵדֶר עֶרֶב יוֹם כִּפּוּר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הַהוֹרִים מְבָרְכִים אֶת הַיְּלָדִים.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מְבַקְּשִׁים סְלִיחָה מֵחֲבֵרִים.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הוֹלְכִים לְבֵית הַכְּנֶסֶת.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אוֹכְלִים סְעוּדָה מַפְסֶקֶת.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