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ג'   |   מחוון למבחן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מבחן מסכם – רמה בסיסית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כישורי חיים · כיתה ג' · סך הכול 100 נקודות · קראו את הסיפור בעיון וענו על כל השאלות.</w:t>
      </w:r>
    </w:p>
    <w:p>
      <w:pPr>
        <w:bidi/>
        <w:spacing w:before="200" w:after="80"/>
        <w:jc w:val="both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מושגים ודרכי התמודדות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ערכים, חשיבה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א': הבנת הנקרא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איתור מידע: בחרו את התשובה הנכונה. (9 נק')</w:t>
      </w:r>
    </w:p>
    <w:p>
      <w:pPr>
        <w:bidi/>
        <w:spacing w:before="0" w:after="20"/>
        <w:jc w:val="both"/>
      </w:pPr>
      <w:r>
        <w:rPr>
          <w:rtl/>
        </w:rPr>
        <w:t>א. מה ציירה נועה?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ים עם סירות</w:t>
      </w:r>
    </w:p>
    <w:p>
      <w:pPr>
        <w:bidi/>
        <w:spacing w:before="0" w:after="20"/>
        <w:jc w:val="both"/>
      </w:pPr>
      <w:r>
        <w:rPr>
          <w:rtl/>
        </w:rPr>
        <w:t>ב. איך נקרע הציור?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עומר רץ, נתקע בשולחן והציור נפל</w:t>
      </w:r>
    </w:p>
    <w:p>
      <w:pPr>
        <w:bidi/>
        <w:spacing w:before="0" w:after="20"/>
        <w:jc w:val="both"/>
      </w:pPr>
      <w:r>
        <w:rPr>
          <w:rtl/>
        </w:rPr>
        <w:t>ג. מי הזמין את נועה ועומר לשיחה?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המורה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לפי הסיפור. (6 נק')</w:t>
      </w:r>
    </w:p>
    <w:p>
      <w:pPr>
        <w:bidi/>
        <w:spacing w:before="0" w:after="40"/>
        <w:jc w:val="both"/>
      </w:pPr>
      <w:r>
        <w:rPr>
          <w:rtl/>
        </w:rPr>
        <w:t>א. לפני שהציור נקרע, נועה הרגישה גאווה גדולה.</w:t>
      </w:r>
    </w:p>
    <w:p>
      <w:pPr>
        <w:bidi/>
        <w:spacing w:before="0" w:after="40"/>
        <w:jc w:val="both"/>
      </w:pPr>
      <w:r>
        <w:rPr>
          <w:rtl/>
        </w:rPr>
        <w:t>ב. הילדים קראו לעומר «ההורס».</w:t>
      </w:r>
    </w:p>
    <w:p>
      <w:pPr>
        <w:bidi/>
        <w:spacing w:before="0" w:after="40"/>
        <w:jc w:val="both"/>
      </w:pPr>
      <w:r>
        <w:rPr>
          <w:rtl/>
        </w:rPr>
        <w:t>ג. את סרט ההדבקה הכחול נועה דמיינה כמו גל בים.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פרשנות: בחרו את התשובה הנכונה. (8 נק')</w:t>
      </w:r>
    </w:p>
    <w:p>
      <w:pPr>
        <w:bidi/>
        <w:spacing w:before="0" w:after="20"/>
        <w:jc w:val="both"/>
      </w:pPr>
      <w:r>
        <w:rPr>
          <w:rtl/>
        </w:rPr>
        <w:t>א. למה עומר «עמד בשקט» אחרי שהציור נקרע?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כי היה נבוך ולא ידע מה לומר</w:t>
      </w:r>
    </w:p>
    <w:p>
      <w:pPr>
        <w:bidi/>
        <w:spacing w:before="0" w:after="20"/>
        <w:jc w:val="both"/>
      </w:pPr>
      <w:r>
        <w:rPr>
          <w:rtl/>
        </w:rPr>
        <w:t>ב. מה מראה המשפט «תיקון של נועה ועומר»?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שהם תיקנו יחד והתפייסו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למה, לדעתכם, נועה הסכימה בסוף לנסות להדביק את הציור עם עומר? הסבירו.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כי עומר הקשיב, ביקש סליחה באמת והציע עזרה; נועה הבינה שזו הייתה טעות ולא כוונה, ורצתה לתקן ולהתפייס.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מה הייתה הבעיה בכך שילדים קראו לעומר «ההורס»? מה הם יכלו לעשות במקום? (9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כינוי פוגע משאיר סימן בלב ומגדיל את הבעיה; עומר לא התכוון. במקום זה יכלו לעזור לאסוף את הציור, להרגיע ולקרוא למורה.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ב': מושגים ודרכי התמודדות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התאימו בין המושג להסבר.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שייכות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לעמוד במה שהתחייבתי ולתקן כשטעיתי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מרחב אישי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התחושה שיש לי מקום בקבוצה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פיוס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זמן מסך מוגבל ומקום לפעילויות אחרות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איזון במסכים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החזרת השלום אחרי מריבה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אחריות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הבועה סביב הגוף שלי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נכון או לא נכון? תקנו את הלא נכון. (8 נק')</w:t>
      </w:r>
    </w:p>
    <w:p>
      <w:pPr>
        <w:bidi/>
        <w:spacing w:before="0" w:after="40"/>
        <w:jc w:val="both"/>
      </w:pPr>
      <w:r>
        <w:rPr>
          <w:rtl/>
        </w:rPr>
        <w:t>א. כל הרגשות מותרים, ואת ההתנהגות אנחנו בוחרים. – נכון</w:t>
      </w:r>
    </w:p>
    <w:p>
      <w:pPr>
        <w:bidi/>
        <w:spacing w:before="0" w:after="40"/>
        <w:jc w:val="both"/>
      </w:pPr>
      <w:r>
        <w:rPr>
          <w:rtl/>
        </w:rPr>
        <w:t>ב. אם זר ברשת שואל איפה אני גר – עונים בנימוס. – לא נכון – לא עונים לזר על פרטים אישיים ומספרים להורים.</w:t>
      </w:r>
    </w:p>
    <w:p>
      <w:pPr>
        <w:bidi/>
        <w:spacing w:before="0" w:after="40"/>
        <w:jc w:val="both"/>
      </w:pPr>
      <w:r>
        <w:rPr>
          <w:rtl/>
        </w:rPr>
        <w:t>ג. מותר לי לומר «לא» אם מישהו נוגע בי בדרך לא נעימה. – נכון</w:t>
      </w:r>
    </w:p>
    <w:p>
      <w:pPr>
        <w:bidi/>
        <w:spacing w:before="0" w:after="40"/>
        <w:jc w:val="both"/>
      </w:pPr>
      <w:r>
        <w:rPr>
          <w:rtl/>
        </w:rPr>
        <w:t>ד. כשמישהו מציק לי, הכי טוב לשתוק ולא לספר. – לא נכון – מספרים למבוגר שסומכים עליו – זו עזרה, לא הלשנה.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מיינו: דרך טובה להתמודד, או דרך שמזיקה? (9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דרך טובה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דרך שמזיקה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לנשום עמוק, לבקש עזרה מהיועצת, לכתוב רשימת משימות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לזרוק את הקלמר, להעליב בחזרה, להמשיך משחק כשחבר אומר «די»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בחרו את התשובה המתאימה. (8 נק')</w:t>
      </w:r>
    </w:p>
    <w:p>
      <w:pPr>
        <w:bidi/>
        <w:spacing w:before="0" w:after="20"/>
        <w:jc w:val="both"/>
      </w:pPr>
      <w:r>
        <w:rPr>
          <w:rtl/>
        </w:rPr>
        <w:t>א. איזה משפט הוא «מסר אני»?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«אני מרגיש מתוסכל כשמפריעים לי לדבר. אני מבקש שתחכה לתורך.»</w:t>
      </w:r>
    </w:p>
    <w:p>
      <w:pPr>
        <w:bidi/>
        <w:spacing w:before="0" w:after="20"/>
        <w:jc w:val="both"/>
      </w:pPr>
      <w:r>
        <w:rPr>
          <w:rtl/>
        </w:rPr>
        <w:t>ב. מה עושים כשנתקלים בסרטון מפחיד ברשת?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סוגרים ומספרים למבוגר</w:t>
      </w:r>
    </w:p>
    <w:p>
      <w:pPr>
        <w:bidi/>
        <w:spacing w:before="0" w:after="20"/>
        <w:jc w:val="both"/>
      </w:pPr>
      <w:r>
        <w:rPr>
          <w:rtl/>
        </w:rPr>
        <w:t>ג. איזו מחשבה היא «חצי הכוס המלאה»?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«טעיתי, ועכשיו אני יודע יותר»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ג': ערכים, חשיבה והבעה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בכיתה הוחלט על משחק בהפסקה, ואריאל, ילד חדש, עומד בצד. מה הייתם עושים? כתבו את ההחלטה שלכם ונמקו אותה. (9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החלטה מעשית (להזמין את אריאל, להסביר לו את הכללים, לתת לו תפקיד) ונימוק שקשור לשייכות: כל ילד רוצה להרגיש שיש לו מקום.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מחדש את ההודעה הפוגעת כ«מסר אני»: «אתה גנב! לקחת לי את העט ולא החזרת!» (7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«אני מרגיש כועס ומודאג כשהעט שלי לא חוזר. אני מבקש שתחזיר אותו היום, ובפעם הבאה תשאל קודם.» – רגש, מצב ובקשה, בלי העלבה.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על חוזקה אחת שלכם או על מטרה אחת שאתם רוצים להשיג השנה. איך תשתמשו בה, או איך תגיעו אליה? (9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אישית: חוזקה או מטרה ברורה, ושני צעדים או דוגמאות מעשיות לשימוש בה או להשגתה (תכנון, אימון, בקשת עזרה).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