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עצמאות גוברת: אחריות, ניהול זמן למידה ופנאי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עצמאות, אחריות ותכנון הזמן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3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עצמאות ואחריות</w:t>
      </w:r>
    </w:p>
    <w:p>
      <w:pPr>
        <w:bidi/>
        <w:spacing w:before="0" w:after="20"/>
        <w:jc w:val="both"/>
      </w:pPr>
      <w:r>
        <w:rPr>
          <w:rtl/>
        </w:rPr>
        <w:t>1. עצמאות – לעשות דברים בעצמי.</w:t>
      </w:r>
    </w:p>
    <w:p>
      <w:pPr>
        <w:bidi/>
        <w:spacing w:before="0" w:after="20"/>
        <w:jc w:val="both"/>
      </w:pPr>
      <w:r>
        <w:rPr>
          <w:rtl/>
        </w:rPr>
        <w:t>2. אחריות – לעמוד במה שהתחייבתי ולתקן כשטעיתי.</w:t>
      </w:r>
    </w:p>
    <w:p>
      <w:pPr>
        <w:bidi/>
        <w:spacing w:before="0" w:after="20"/>
        <w:jc w:val="both"/>
      </w:pPr>
      <w:r>
        <w:rPr>
          <w:rtl/>
        </w:rPr>
        <w:t>3. שואלים: «מה אני יכול לעשות עכשיו?»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תכנון יום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אחרי בית הספר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אוכלים ונחים מעט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שעה קבועה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שיעורי בית במקום שקט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אחר כך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משחק, תחביב, חברים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בערב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מסדרים תיק ומתכוננים לשינה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כלים שעוזרים</w:t>
      </w:r>
    </w:p>
    <w:p>
      <w:pPr>
        <w:bidi/>
        <w:spacing w:before="0" w:after="20"/>
        <w:jc w:val="both"/>
      </w:pPr>
      <w:r>
        <w:rPr>
          <w:rtl/>
        </w:rPr>
        <w:t>1. רשימת משימות עם סימון ✔.</w:t>
      </w:r>
    </w:p>
    <w:p>
      <w:pPr>
        <w:bidi/>
        <w:spacing w:before="0" w:after="20"/>
        <w:jc w:val="both"/>
      </w:pPr>
      <w:r>
        <w:rPr>
          <w:rtl/>
        </w:rPr>
        <w:t>2. לוח שבועי על המקרר או ליד השולחן.</w:t>
      </w:r>
    </w:p>
    <w:p>
      <w:pPr>
        <w:bidi/>
        <w:spacing w:before="0" w:after="20"/>
        <w:jc w:val="both"/>
      </w:pPr>
      <w:r>
        <w:rPr>
          <w:rtl/>
        </w:rPr>
        <w:t>3. שעון או טיימר ללמידה ולהפסקות.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קודם המשימה, אחר כך ההנאה: מתכננים, עושים, מסמנים ✔ – ונחים בלב שקט.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תמר צריכה להכין שיעורי בית, להתאמן בחליל ולשחק עם חברה. מה כדאי לעשות קודם? ___</w:t>
      </w:r>
    </w:p>
    <w:p>
      <w:pPr>
        <w:bidi/>
        <w:spacing w:before="0" w:after="20"/>
        <w:jc w:val="both"/>
      </w:pPr>
      <w:r>
        <w:rPr>
          <w:rtl/>
        </w:rPr>
        <w:t>1. תמר כותבת רשימה של שלוש המשימות.</w:t>
      </w:r>
    </w:p>
    <w:p>
      <w:pPr>
        <w:bidi/>
        <w:spacing w:before="0" w:after="20"/>
        <w:jc w:val="both"/>
      </w:pPr>
      <w:r>
        <w:rPr>
          <w:rtl/>
        </w:rPr>
        <w:t>2. היא מתחילה במה שחייבים לסיים: שיעורי הבית.</w:t>
      </w:r>
    </w:p>
    <w:p>
      <w:pPr>
        <w:bidi/>
        <w:spacing w:before="0" w:after="20"/>
        <w:jc w:val="both"/>
      </w:pPr>
      <w:r>
        <w:rPr>
          <w:rtl/>
        </w:rPr>
        <w:t>3. אחר כך אימון בחליל, ובסוף – משחק עם החברה.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שיעורי הבית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היכולת לעשות דברים בעצמי נקראת __________.</w:t>
      </w:r>
    </w:p>
    <w:p>
      <w:pPr>
        <w:bidi/>
        <w:spacing w:before="0" w:after="60"/>
        <w:jc w:val="both"/>
      </w:pPr>
      <w:r>
        <w:rPr>
          <w:rtl/>
        </w:rPr>
        <w:t>ב. לעשות את מה שהתחייבתי אליו פירושו __________.</w:t>
      </w:r>
    </w:p>
    <w:p>
      <w:pPr>
        <w:bidi/>
        <w:spacing w:before="0" w:after="60"/>
        <w:jc w:val="both"/>
      </w:pPr>
      <w:r>
        <w:rPr>
          <w:rtl/>
        </w:rPr>
        <w:t>ג. כדי לזכור משימות אפשר לכתוב __________ משימות.</w:t>
      </w:r>
    </w:p>
    <w:p>
      <w:pPr>
        <w:bidi/>
        <w:spacing w:before="0" w:after="60"/>
        <w:jc w:val="both"/>
      </w:pPr>
      <w:r>
        <w:rPr>
          <w:rtl/>
        </w:rPr>
        <w:t>ד. בערב מסדרים את ה__________ לפי מערכת השעות.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עצמאות · ב. אחריות · ג. רשימת · ד. תיק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