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עצמאות גוברת: אחריות, ניהול זמן למידה ופנאי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הפסקה  |  ✔  |  זמן  |  עצמאות</w:t>
      </w:r>
    </w:p>
    <w:p>
      <w:pPr>
        <w:bidi/>
        <w:spacing w:before="0" w:after="60"/>
        <w:jc w:val="both"/>
      </w:pPr>
      <w:r>
        <w:rPr>
          <w:rtl/>
        </w:rPr>
        <w:t>א. כשאני מסדר את החדר בלי שמבקשים, אני מראה __________.</w:t>
      </w:r>
    </w:p>
    <w:p>
      <w:pPr>
        <w:bidi/>
        <w:spacing w:before="0" w:after="60"/>
        <w:jc w:val="both"/>
      </w:pPr>
      <w:r>
        <w:rPr>
          <w:rtl/>
        </w:rPr>
        <w:t>ב. כשמתכננים את ה__________, מספיקים יותר.</w:t>
      </w:r>
    </w:p>
    <w:p>
      <w:pPr>
        <w:bidi/>
        <w:spacing w:before="0" w:after="60"/>
        <w:jc w:val="both"/>
      </w:pPr>
      <w:r>
        <w:rPr>
          <w:rtl/>
        </w:rPr>
        <w:t>ג. בזמן הלמידה כדאי לקחת __________ קצרה.</w:t>
      </w:r>
    </w:p>
    <w:p>
      <w:pPr>
        <w:bidi/>
        <w:spacing w:before="0" w:after="60"/>
        <w:jc w:val="both"/>
      </w:pPr>
      <w:r>
        <w:rPr>
          <w:rtl/>
        </w:rPr>
        <w:t>ד. כשמסיימים משימה, מסמנים __________ ברשימה.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מה ילד בכיתה ג' יכול לעשות לבד, ובמה עדיין צריך מבוגר?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לסדר את התיק  |  לחצות כביש סואן לבד  |  להכין כריך  |  לבשל על הגז לבד  |  לקום עם שעון מעורר  |  לקנות תרופה בבית מרקחת 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אני יכול לבד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צריך 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ילד אחראי מחפש את מי להאשים.      נכון / לא נכון</w:t>
      </w:r>
    </w:p>
    <w:p>
      <w:pPr>
        <w:bidi/>
        <w:spacing w:before="0" w:after="60"/>
        <w:jc w:val="both"/>
      </w:pPr>
      <w:r>
        <w:rPr>
          <w:rtl/>
        </w:rPr>
        <w:t>ב. הפסקות קצרות עוזרות להתרכז.      נכון / לא נכון</w:t>
      </w:r>
    </w:p>
    <w:p>
      <w:pPr>
        <w:bidi/>
        <w:spacing w:before="0" w:after="60"/>
        <w:jc w:val="both"/>
      </w:pPr>
      <w:r>
        <w:rPr>
          <w:rtl/>
        </w:rPr>
        <w:t>ג. כדאי להשאיר את שיעורי הבית לרגע האחרון לפני השינה.      נכון / לא נכון</w:t>
      </w:r>
    </w:p>
    <w:p>
      <w:pPr>
        <w:bidi/>
        <w:spacing w:before="0" w:after="60"/>
        <w:jc w:val="both"/>
      </w:pPr>
      <w:r>
        <w:rPr>
          <w:rtl/>
        </w:rPr>
        <w:t>ד. לוח שבועי עוזר לזכור מה יש בכל יום.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הבעיה לבין הכלי שעוזר.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שוכח מה צריך להביא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רשימה ליד התיק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אני משחק ושוכח את הזמן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לוח שבועי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לא יודע מה יש מחר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מסדרים לפי מה שחשוב קודם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 לי הרבה משימות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טיימר או שעון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יואב שכח את בגדי הספורט. מה התגובה האחראית?</w:t>
      </w:r>
    </w:p>
    <w:p>
      <w:pPr>
        <w:bidi/>
        <w:spacing w:before="0" w:after="80"/>
        <w:jc w:val="both"/>
      </w:pPr>
      <w:r>
        <w:rPr>
          <w:rtl/>
        </w:rPr>
        <w:t xml:space="preserve">   ○ «זה בגלל אמא»      ○ «שכחתי. מחר אכין אותם כבר בערב»      ○ «ספורט זה לא חשוב»</w:t>
      </w:r>
    </w:p>
    <w:p>
      <w:pPr>
        <w:bidi/>
        <w:spacing w:before="0" w:after="20"/>
        <w:jc w:val="both"/>
      </w:pPr>
      <w:r>
        <w:rPr>
          <w:rtl/>
        </w:rPr>
        <w:t>ב. מה כדאי לעשות קודם?</w:t>
      </w:r>
    </w:p>
    <w:p>
      <w:pPr>
        <w:bidi/>
        <w:spacing w:before="0" w:after="80"/>
        <w:jc w:val="both"/>
      </w:pPr>
      <w:r>
        <w:rPr>
          <w:rtl/>
        </w:rPr>
        <w:t xml:space="preserve">   ○ משחק במחשב שעתיים      ○ שיעורי בית, ואחר כך משחק      ○ לא לעשות כלום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כתבו: «אחראי» או «לא אחראי».</w:t>
      </w:r>
    </w:p>
    <w:p>
      <w:pPr>
        <w:bidi/>
        <w:spacing w:before="0" w:after="100"/>
        <w:jc w:val="both"/>
      </w:pPr>
      <w:r>
        <w:rPr>
          <w:rtl/>
        </w:rPr>
        <w:t>א. שברתי כוס ואמרתי: «זה לא אני!»</w:t>
      </w:r>
    </w:p>
    <w:p>
      <w:pPr>
        <w:bidi/>
        <w:spacing w:before="0" w:after="100"/>
        <w:jc w:val="both"/>
      </w:pPr>
      <w:r>
        <w:rPr>
          <w:rtl/>
        </w:rPr>
        <w:t>ב. שכחתי להאכיל את הדג, אז שמתי לעצמי פתק על המקרר.</w:t>
      </w:r>
    </w:p>
    <w:p>
      <w:pPr>
        <w:bidi/>
        <w:spacing w:before="0" w:after="100"/>
        <w:jc w:val="both"/>
      </w:pPr>
      <w:r>
        <w:rPr>
          <w:rtl/>
        </w:rPr>
        <w:t>ג. הבטחתי לעזור לנועה וקיימתי.</w:t>
      </w:r>
    </w:p>
    <w:p>
      <w:pPr>
        <w:bidi/>
        <w:spacing w:before="0" w:after="100"/>
        <w:jc w:val="both"/>
      </w:pPr>
      <w:r>
        <w:rPr>
          <w:rtl/>
        </w:rPr>
        <w:t>ד. איחרתי, ואמרתי שהשעון של בית הספר מקולקל.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תכננו אחר צהריים: השלימו מה עושים בכל שעה.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שעה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‪14:00‬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ארוחת צהריים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‪16:00‬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‪19:30‬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השעון של איתי</w:t>
      </w:r>
    </w:p>
    <w:p>
      <w:pPr>
        <w:bidi/>
        <w:spacing w:before="0" w:after="80"/>
        <w:jc w:val="both"/>
      </w:pPr>
      <w:r>
        <w:rPr>
          <w:rtl/>
        </w:rPr>
        <w:t>איתי אהב לשחק בקוביות בנייה. כל יום כשחזר מבית הספר, הוא התחיל לבנות, ושכח מכל השאר. בערב, כשהיה כבר עייף, נזכר בשיעורי הבית ובכה שאין לו כוח.</w:t>
      </w:r>
    </w:p>
    <w:p>
      <w:pPr>
        <w:bidi/>
        <w:spacing w:before="0" w:after="80"/>
        <w:jc w:val="both"/>
      </w:pPr>
      <w:r>
        <w:rPr>
          <w:rtl/>
        </w:rPr>
        <w:t>יום אחד הציע לו אבא שעון קטן. «בוא נחליט יחד: בשעה ארבע מתחילים שיעורי בית, ואחרי שמסיימים – בונים כמה שרוצים עד ארוחת הערב.»</w:t>
      </w:r>
    </w:p>
    <w:p>
      <w:pPr>
        <w:bidi/>
        <w:spacing w:before="0" w:after="80"/>
        <w:jc w:val="both"/>
      </w:pPr>
      <w:r>
        <w:rPr>
          <w:rtl/>
        </w:rPr>
        <w:t>בהתחלה היה לאיתי קשה להפסיק כשהשעון צלצל. אחרי שבוע הוא שם לב שהוא בונה בשקט, בלי לחץ, וגם המורה החמיאה לו על העבודה המסודרת.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«השעון של איתי».</w:t>
      </w:r>
    </w:p>
    <w:p>
      <w:pPr>
        <w:bidi/>
        <w:spacing w:before="0" w:after="20"/>
        <w:jc w:val="both"/>
      </w:pPr>
      <w:r>
        <w:rPr>
          <w:rtl/>
        </w:rPr>
        <w:t>א. מה הייתה הבעיה של איתי?</w:t>
      </w:r>
    </w:p>
    <w:p>
      <w:pPr>
        <w:bidi/>
        <w:spacing w:before="0" w:after="80"/>
        <w:jc w:val="both"/>
      </w:pPr>
      <w:r>
        <w:rPr>
          <w:rtl/>
        </w:rPr>
        <w:t xml:space="preserve">   ○ לא אהב לבנות      ○ שכח את שיעורי הבית בגלל המשחק      ○ לא היה לו שעון בבית הספר</w:t>
      </w:r>
    </w:p>
    <w:p>
      <w:pPr>
        <w:bidi/>
        <w:spacing w:before="0" w:after="20"/>
        <w:jc w:val="both"/>
      </w:pPr>
      <w:r>
        <w:rPr>
          <w:rtl/>
        </w:rPr>
        <w:t>ב. מה השתנה אחרי שבוע?</w:t>
      </w:r>
    </w:p>
    <w:p>
      <w:pPr>
        <w:bidi/>
        <w:spacing w:before="0" w:after="80"/>
        <w:jc w:val="both"/>
      </w:pPr>
      <w:r>
        <w:rPr>
          <w:rtl/>
        </w:rPr>
        <w:t xml:space="preserve">   ○ איתי הפסיק לבנות      ○ איתי בנה בלי לחץ והכין שיעורים מסודרים      ○ אבא כעס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למה, לדעתכם, היה לאיתי קשה להפסיק כשהשעון צלצל? מה יכול לעזור לו?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לוח יומי של יום אחד שלכם: חלקו אותו לזמן למידה, זמן מנוחה, משחק ומשפחה.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דבר אחד חדש שהתחלתם לעשות השנה לבד. איך הרגשתם?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עומר אומר: «אם אני עצמאי, אני לא צריך לשאול אף אחד שום דבר». מה דעתכם?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גזרו את הכרטיסים, ותכננו את אחר הצהריים: הדביקו את המשימות לפי סדר טוב – קודם החשוב, אחר כך מנוחה ומשחק.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1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2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3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מתחו קו מכל כלי אל מה שהוא עוזר לנו לעשות.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רשימת משימות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לראות מה כבר עשינו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שעון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לדעת כמה זמן עבר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לוח שבועי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לתכנן את ימי השבוע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סימון 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לזכור מה צריך לעשות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עצמאות גוברת: אחריות, ניהול זמן למידה ופנאי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מכינים שיעורי בית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משחקים בחוץ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🍽️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אוכלים ארוחת צהריים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44"/>
                <w:szCs w:val="44"/>
                <w:rtl/>
              </w:rPr>
              <w:t>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מסדרים את התיק למחר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עצמאות גוברת: אחריות, ניהול זמן למידה ופנאי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כשאני מסדר את החדר בלי שמבקשים, אני מראה עצמאות.</w:t>
      </w:r>
    </w:p>
    <w:p>
      <w:pPr>
        <w:bidi/>
        <w:spacing w:before="0" w:after="40"/>
        <w:jc w:val="both"/>
      </w:pPr>
      <w:r>
        <w:rPr>
          <w:rtl/>
        </w:rPr>
        <w:t>ב. כשמתכננים את הזמן, מספיקים יותר.</w:t>
      </w:r>
    </w:p>
    <w:p>
      <w:pPr>
        <w:bidi/>
        <w:spacing w:before="0" w:after="40"/>
        <w:jc w:val="both"/>
      </w:pPr>
      <w:r>
        <w:rPr>
          <w:rtl/>
        </w:rPr>
        <w:t>ג. בזמן הלמידה כדאי לקחת הפסקה קצרה.</w:t>
      </w:r>
    </w:p>
    <w:p>
      <w:pPr>
        <w:bidi/>
        <w:spacing w:before="0" w:after="40"/>
        <w:jc w:val="both"/>
      </w:pPr>
      <w:r>
        <w:rPr>
          <w:rtl/>
        </w:rPr>
        <w:t>ד. כשמסיימים משימה, מסמנים ✔ ברשימה.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מה ילד בכיתה ג' יכול לעשות לבד, ובמה עדיין צריך מבוגר?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אני יכול לבד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צריך מבוגר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לסדר את התיק, להכין כריך, לקום עם שעון מעורר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לחצות כביש סואן לבד, לבשל על הגז לבד, לקנות תרופה בבית מרקחת לבד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ילד אחראי מחפש את מי להאשים. – לא נכון – ילד אחראי שואל מה הוא יכול לעשות כדי לתקן.</w:t>
      </w:r>
    </w:p>
    <w:p>
      <w:pPr>
        <w:bidi/>
        <w:spacing w:before="0" w:after="40"/>
        <w:jc w:val="both"/>
      </w:pPr>
      <w:r>
        <w:rPr>
          <w:rtl/>
        </w:rPr>
        <w:t>ב. הפסקות קצרות עוזרות להתרכז. – נכון</w:t>
      </w:r>
    </w:p>
    <w:p>
      <w:pPr>
        <w:bidi/>
        <w:spacing w:before="0" w:after="40"/>
        <w:jc w:val="both"/>
      </w:pPr>
      <w:r>
        <w:rPr>
          <w:rtl/>
        </w:rPr>
        <w:t>ג. כדאי להשאיר את שיעורי הבית לרגע האחרון לפני השינה. – לא נכון – כדאי להכין אותם בשעה קבועה ומוקדמת.</w:t>
      </w:r>
    </w:p>
    <w:p>
      <w:pPr>
        <w:bidi/>
        <w:spacing w:before="0" w:after="40"/>
        <w:jc w:val="both"/>
      </w:pPr>
      <w:r>
        <w:rPr>
          <w:rtl/>
        </w:rPr>
        <w:t>ד. לוח שבועי עוזר לזכור מה יש בכל יום.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בין הבעיה לבין הכלי שעוזר.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שוכח מה צריך להביא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רשימה ליד התיק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אני משחק ושוכח את הזמן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לוח שבועי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אני לא יודע מה יש מחר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מסדרים לפי מה שחשוב קודם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יש לי הרבה משימות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טיימר או שעון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יואב שכח את בגדי הספורט. מה התגובה האחראית?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«שכחתי. מחר אכין אותם כבר בערב»</w:t>
      </w:r>
    </w:p>
    <w:p>
      <w:pPr>
        <w:bidi/>
        <w:spacing w:before="0" w:after="20"/>
        <w:jc w:val="both"/>
      </w:pPr>
      <w:r>
        <w:rPr>
          <w:rtl/>
        </w:rPr>
        <w:t>ב. מה כדאי לעשות קודם?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שיעורי בית, ואחר כך משחק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ליד כל משפט כתבו: «אחראי» או «לא אחראי».</w:t>
      </w:r>
    </w:p>
    <w:p>
      <w:pPr>
        <w:bidi/>
        <w:spacing w:before="0" w:after="100"/>
        <w:jc w:val="both"/>
      </w:pPr>
      <w:r>
        <w:rPr>
          <w:rtl/>
        </w:rPr>
        <w:t>א. שברתי כוס ואמרתי: «זה לא אני!»  ← לא אחראי</w:t>
      </w:r>
    </w:p>
    <w:p>
      <w:pPr>
        <w:bidi/>
        <w:spacing w:before="0" w:after="100"/>
        <w:jc w:val="both"/>
      </w:pPr>
      <w:r>
        <w:rPr>
          <w:rtl/>
        </w:rPr>
        <w:t>ב. שכחתי להאכיל את הדג, אז שמתי לעצמי פתק על המקרר.  ← אחראי</w:t>
      </w:r>
    </w:p>
    <w:p>
      <w:pPr>
        <w:bidi/>
        <w:spacing w:before="0" w:after="100"/>
        <w:jc w:val="both"/>
      </w:pPr>
      <w:r>
        <w:rPr>
          <w:rtl/>
        </w:rPr>
        <w:t>ג. הבטחתי לעזור לנועה וקיימתי.  ← אחראי</w:t>
      </w:r>
    </w:p>
    <w:p>
      <w:pPr>
        <w:bidi/>
        <w:spacing w:before="0" w:after="100"/>
        <w:jc w:val="both"/>
      </w:pPr>
      <w:r>
        <w:rPr>
          <w:rtl/>
        </w:rPr>
        <w:t>ד. איחרתי, ואמרתי שהשעון של בית הספר מקולקל.  ← לא אחראי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תכננו אחר צהריים: השלימו מה עושים בכל שעה.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שעה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‪14:00‬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ארוחת צהריים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שיעורי בית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‪16:00‬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משחק בחוץ או חוג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‪19:30‬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מסדרים תיק ומתכוננים לשינה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«השעון של איתי».</w:t>
      </w:r>
    </w:p>
    <w:p>
      <w:pPr>
        <w:bidi/>
        <w:spacing w:before="0" w:after="20"/>
        <w:jc w:val="both"/>
      </w:pPr>
      <w:r>
        <w:rPr>
          <w:rtl/>
        </w:rPr>
        <w:t>א. מה הייתה הבעיה של איתי?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שכח את שיעורי הבית בגלל המשחק</w:t>
      </w:r>
    </w:p>
    <w:p>
      <w:pPr>
        <w:bidi/>
        <w:spacing w:before="0" w:after="20"/>
        <w:jc w:val="both"/>
      </w:pPr>
      <w:r>
        <w:rPr>
          <w:rtl/>
        </w:rPr>
        <w:t>ב. מה השתנה אחרי שבוע?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איתי בנה בלי לחץ והכין שיעורים מסודרים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למה, לדעתכם, היה לאיתי קשה להפסיק כשהשעון צלצל? מה יכול לעזור לו?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נהנה מהמשחק וקשה לעבור למשימה פחות כיפית. יכול לעזור: לדעת שהמשחק מחכה לו, להכין את השולחן מראש, לבקש תזכורת חמש דקות לפני.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לוח יומי של יום אחד שלכם: חלקו אותו לזמן למידה, זמן מנוחה, משחק ומשפחה.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לוח עם לפחות ארבעה חלקים מסומנים, שיש בו זמן קבוע ללמידה וגם זמן פנאי.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דבר אחד חדש שהתחלתם לעשות השנה לבד. איך הרגשתם?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אישית: דבר שעושים לבד (למשל להכין כריך, לסדר תיק) ותחושה (גאווה, ביטחון).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עומר אומר: «אם אני עצמאי, אני לא צריך לשאול אף אחד שום דבר». מה דעתכם?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רעיון מרכזי: עצמאות לא אומרת לעשות הכול לבד; ילד עצמאי יודע גם מתי לבקש עזרה או רשות, ובמה עדיין צריך מבוגר.</w:t>
      </w: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14. גזרו את הכרטיסים, ותכננו את אחר הצהריים: הדביקו את המשימות לפי סדר טוב – קודם החשוב, אחר כך מנוחה ומשחק.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🍽️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אוכלים ארוחת צהריים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📚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מכינים שיעורי בית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🎒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מסדרים את התיק למחר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⚽</w:t>
            </w:r>
          </w:p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משחקים בחוץ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C2410C"/>
          <w:sz w:val="26"/>
          <w:szCs w:val="26"/>
          <w:rtl/>
        </w:rPr>
        <w:t>15. מתחו קו מכל כלי אל מה שהוא עוזר לנו לעשות.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רשימת משימות  ←  ד. לזכור מה צריך לעשות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שעון  ←  ב. לדעת כמה זמן עבר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לוח שבועי  ←  ג. לתכנן את ימי השבוע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סימון ✔  ←  א. לראות מה כבר עשינו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