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עולם הרגשות: גאווה, פחד, אכזבה ותקווה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תקווה  |  מותרים  |  פחד  |  גאווה</w:t>
      </w:r>
    </w:p>
    <w:p>
      <w:pPr>
        <w:bidi/>
        <w:spacing w:before="0" w:after="60"/>
        <w:jc w:val="both"/>
      </w:pPr>
      <w:r>
        <w:rPr>
          <w:rtl/>
        </w:rPr>
        <w:t>א. כל הרגשות __________, אבל את ההתנהגות בוחרים.</w:t>
      </w:r>
    </w:p>
    <w:p>
      <w:pPr>
        <w:bidi/>
        <w:spacing w:before="0" w:after="60"/>
        <w:jc w:val="both"/>
      </w:pPr>
      <w:r>
        <w:rPr>
          <w:rtl/>
        </w:rPr>
        <w:t>ב. דניאל קיבל ציון טוב אחרי שלמד הרבה. הוא מרגיש __________.</w:t>
      </w:r>
    </w:p>
    <w:p>
      <w:pPr>
        <w:bidi/>
        <w:spacing w:before="0" w:after="60"/>
        <w:jc w:val="both"/>
      </w:pPr>
      <w:r>
        <w:rPr>
          <w:rtl/>
        </w:rPr>
        <w:t>ג. לפני הופעה ראשונה הלב דופק, כי מרגישים __________.</w:t>
      </w:r>
    </w:p>
    <w:p>
      <w:pPr>
        <w:bidi/>
        <w:spacing w:before="0" w:after="60"/>
        <w:jc w:val="both"/>
      </w:pPr>
      <w:r>
        <w:rPr>
          <w:rtl/>
        </w:rPr>
        <w:t>ד. אחרי אכזבה, ה__________ נותנת כוח לנסות שוב.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בין המצב לבין הרגש.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הכנתי ציור יפה והמורה תלתה אותו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אכזבה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כלב גדול נובח עליי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תקווה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החבר שלי לא הגיע ליום ההולדת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סבא חולה, והרופא אמר שהוא מחלים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גאווה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אסור לבנים לבכות.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פחד יכול לעזור לנו להיזהר מסכנה.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כשמרגישים גאווה, מותר לצחוק על מי שלא הצליח.      נכון / לא נכון</w:t>
      </w:r>
    </w:p>
    <w:p>
      <w:pPr>
        <w:bidi/>
        <w:spacing w:before="0" w:after="60"/>
        <w:jc w:val="both"/>
      </w:pPr>
      <w:r>
        <w:rPr>
          <w:rtl/>
        </w:rPr>
        <w:t>ד. אכזבה היא רגש שעובר עם הזמן.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דרך טובה או לא טובה להתמודד עם כעס?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לנשום עמוק  |  לזרוק חפצים  |  לספר למבוגר  |  לצעוק על חבר  |  להתרחק לרגע ולהירגע  |  להעליב בחזרה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טובה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לא טובה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ליד כל משפט כתבו את שם הרגש: גאווה, פחד, אכזבה או תקווה.</w:t>
      </w:r>
    </w:p>
    <w:p>
      <w:pPr>
        <w:bidi/>
        <w:spacing w:before="0" w:after="100"/>
        <w:jc w:val="both"/>
      </w:pPr>
      <w:r>
        <w:rPr>
          <w:rtl/>
        </w:rPr>
        <w:t>א. «אני לא רוצה להיכנס לחדר החשוך.»</w:t>
      </w:r>
    </w:p>
    <w:p>
      <w:pPr>
        <w:bidi/>
        <w:spacing w:before="0" w:after="100"/>
        <w:jc w:val="both"/>
      </w:pPr>
      <w:r>
        <w:rPr>
          <w:rtl/>
        </w:rPr>
        <w:t>ב. «ציפיתי שאבא יגיע להופעה, והוא לא הספיק.»</w:t>
      </w:r>
    </w:p>
    <w:p>
      <w:pPr>
        <w:bidi/>
        <w:spacing w:before="0" w:after="100"/>
        <w:jc w:val="both"/>
      </w:pPr>
      <w:r>
        <w:rPr>
          <w:rtl/>
        </w:rPr>
        <w:t>ג. «אחרי שבועיים של אימון – הצלחתי לקלוע לסל!»</w:t>
      </w:r>
    </w:p>
    <w:p>
      <w:pPr>
        <w:bidi/>
        <w:spacing w:before="0" w:after="100"/>
        <w:jc w:val="both"/>
      </w:pPr>
      <w:r>
        <w:rPr>
          <w:rtl/>
        </w:rPr>
        <w:t>ד. «אולי מחר הגשם ייפסק ונצא לטיול.»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מה קרה, מה הרגשתי ומה אני יכול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הרגשתי?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לעשות?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הפסדתי בתחרות ריצה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מחר בדיקת 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 ולשאול את אמא מה יהיה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סיימתי לקרוא ספר עבה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עומר והבריכה</w:t>
      </w:r>
    </w:p>
    <w:p>
      <w:pPr>
        <w:bidi/>
        <w:spacing w:before="0" w:after="80"/>
        <w:jc w:val="both"/>
      </w:pPr>
      <w:r>
        <w:rPr>
          <w:rtl/>
        </w:rPr>
        <w:t>בקיץ נרשם עומר לחוג שחייה. ביום הראשון עמד ליד הבריכה העמוקה, והרגליים שלו רעדו. «אני לא נכנס!» אמר למדריך.</w:t>
      </w:r>
    </w:p>
    <w:p>
      <w:pPr>
        <w:bidi/>
        <w:spacing w:before="0" w:after="80"/>
        <w:jc w:val="both"/>
      </w:pPr>
      <w:r>
        <w:rPr>
          <w:rtl/>
        </w:rPr>
        <w:t>המדריך לא כעס. הוא אמר: «זה בסדר לפחד. בוא נתחיל במדרגות.» עומר ישב על המדרגה הראשונה, אחר כך ירד לשנייה. בכל שיעור התקדם עוד קצת.</w:t>
      </w:r>
    </w:p>
    <w:p>
      <w:pPr>
        <w:bidi/>
        <w:spacing w:before="0" w:after="80"/>
        <w:jc w:val="both"/>
      </w:pPr>
      <w:r>
        <w:rPr>
          <w:rtl/>
        </w:rPr>
        <w:t>אחרי חודש קפץ עומר למים העמוקים. כשעלה מהמים, צעק בשמחה: «עשיתי את זה!» אבא, שחיכה בצד, מחא לו כפיים. בדרך הביתה אמר עומר: «בשבוע הבא אני רוצה לנסות לקפוץ מהמקפצה הנמוכה.»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«עומר והבריכה».</w:t>
      </w:r>
    </w:p>
    <w:p>
      <w:pPr>
        <w:bidi/>
        <w:spacing w:before="0" w:after="20"/>
        <w:jc w:val="both"/>
      </w:pPr>
      <w:r>
        <w:rPr>
          <w:rtl/>
        </w:rPr>
        <w:t>א. ממה פחד עומר?</w:t>
      </w:r>
    </w:p>
    <w:p>
      <w:pPr>
        <w:bidi/>
        <w:spacing w:before="0" w:after="80"/>
        <w:jc w:val="both"/>
      </w:pPr>
      <w:r>
        <w:rPr>
          <w:rtl/>
        </w:rPr>
        <w:t xml:space="preserve">   ○ מהמדריך      ○ מהבריכה העמוקה      ○ מאבא</w:t>
      </w:r>
    </w:p>
    <w:p>
      <w:pPr>
        <w:bidi/>
        <w:spacing w:before="0" w:after="20"/>
        <w:jc w:val="both"/>
      </w:pPr>
      <w:r>
        <w:rPr>
          <w:rtl/>
        </w:rPr>
        <w:t>ב. איך עזר המדריך?</w:t>
      </w:r>
    </w:p>
    <w:p>
      <w:pPr>
        <w:bidi/>
        <w:spacing w:before="0" w:after="80"/>
        <w:jc w:val="both"/>
      </w:pPr>
      <w:r>
        <w:rPr>
          <w:rtl/>
        </w:rPr>
        <w:t xml:space="preserve">   ○ כעס על עומר      ○ הציע להתקדם בצעדים קטנים      ○ דחף אותו למים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איזה רגש הרגיש עומר בסוף? הביאו מילים מהסיפור שמראות את זה.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פירוש «הרגש לגיטימי»?</w:t>
      </w:r>
    </w:p>
    <w:p>
      <w:pPr>
        <w:bidi/>
        <w:spacing w:before="0" w:after="80"/>
        <w:jc w:val="both"/>
      </w:pPr>
      <w:r>
        <w:rPr>
          <w:rtl/>
        </w:rPr>
        <w:t xml:space="preserve">   ○ מותר להרגיש אותו      ○ צריך להסתיר אותו      ○ הוא תמיד מסוכן</w:t>
      </w:r>
    </w:p>
    <w:p>
      <w:pPr>
        <w:bidi/>
        <w:spacing w:before="0" w:after="20"/>
        <w:jc w:val="both"/>
      </w:pPr>
      <w:r>
        <w:rPr>
          <w:rtl/>
        </w:rPr>
        <w:t>ב. איזה משפט מבטא תקווה?</w:t>
      </w:r>
    </w:p>
    <w:p>
      <w:pPr>
        <w:bidi/>
        <w:spacing w:before="0" w:after="80"/>
        <w:jc w:val="both"/>
      </w:pPr>
      <w:r>
        <w:rPr>
          <w:rtl/>
        </w:rPr>
        <w:t xml:space="preserve">   ○ «זה לעולם לא ישתנה»      ○ «אולי בפעם הבאה אצליח»      ○ «אני מוותר»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«מדחום רגשות»: חמש מדרגות מ«רגוע» ועד «כועס מאוד». ליד כל מדרגה כתבו מה עוזר לכם להירגע.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על פעם שהרגשתם גאווה. מה עשיתם כדי להגיע להצלחה?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מה ההבדל בין אכזבה לייאוש? הסבירו ותנו דוגמה.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גזרו את כרטיסי הרגשות, והדביקו ליד כל מצב את הרגש שמתאים 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התאמנתי הרבה, והצלחתי לקפוץ בחבל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שמעתי רעם חזק בלילה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הטיול בוטל בגלל הגשם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אולי בשבוע הבא נצא לטיול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רגש – </w:t>
            </w:r>
            <w:r>
              <w:rPr>
                <w:sz w:val="24"/>
                <w:szCs w:val="24"/>
                <w:rtl/>
              </w:rPr>
              <w:t>הרגשה בלב ובגוף: שמחה, פחד, כעס ועוד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גאווה – </w:t>
            </w:r>
            <w:r>
              <w:rPr>
                <w:sz w:val="24"/>
                <w:szCs w:val="24"/>
                <w:rtl/>
              </w:rPr>
              <w:t>הרגשה טובה כשהצלחנו במשהו שהשקענו בו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אכזבה – </w:t>
            </w:r>
            <w:r>
              <w:rPr>
                <w:sz w:val="24"/>
                <w:szCs w:val="24"/>
                <w:rtl/>
              </w:rPr>
              <w:t>הרגשה כשמשהו שחיכינו לו לא קרה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תקווה – </w:t>
            </w:r>
            <w:r>
              <w:rPr>
                <w:sz w:val="24"/>
                <w:szCs w:val="24"/>
                <w:rtl/>
              </w:rPr>
              <w:t>מחשבה שמשהו טוב עוד יכול לקרות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על פעם אחת שבה הרגשתם גאווה.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עולם הרגשות: גאווה, פחד, אכזבה ותקווה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אכזבה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🌈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תקווה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😨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פחד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גאווה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עולם הרגשות: גאווה, פחד, אכזבה ותקווה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כל הרגשות מותרים, אבל את ההתנהגות בוחרים.</w:t>
      </w:r>
    </w:p>
    <w:p>
      <w:pPr>
        <w:bidi/>
        <w:spacing w:before="0" w:after="40"/>
        <w:jc w:val="both"/>
      </w:pPr>
      <w:r>
        <w:rPr>
          <w:rtl/>
        </w:rPr>
        <w:t>ב. דניאל קיבל ציון טוב אחרי שלמד הרבה. הוא מרגיש גאווה.</w:t>
      </w:r>
    </w:p>
    <w:p>
      <w:pPr>
        <w:bidi/>
        <w:spacing w:before="0" w:after="40"/>
        <w:jc w:val="both"/>
      </w:pPr>
      <w:r>
        <w:rPr>
          <w:rtl/>
        </w:rPr>
        <w:t>ג. לפני הופעה ראשונה הלב דופק, כי מרגישים פחד.</w:t>
      </w:r>
    </w:p>
    <w:p>
      <w:pPr>
        <w:bidi/>
        <w:spacing w:before="0" w:after="40"/>
        <w:jc w:val="both"/>
      </w:pPr>
      <w:r>
        <w:rPr>
          <w:rtl/>
        </w:rPr>
        <w:t>ד. אחרי אכזבה, התקווה נותנת כוח לנסות שוב.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בין המצב לבין הרגש.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הכנתי ציור יפה והמורה תלתה אותו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אכזבה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כלב גדול נובח עליי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תקווה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החבר שלי לא הגיע ליום ההולדת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סבא חולה, והרופא אמר שהוא מחלים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גאווה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אסור לבנים לבכות. – לא נכון – לכל אחד מותר לבכות ולהרגיש כל רגש.</w:t>
      </w:r>
    </w:p>
    <w:p>
      <w:pPr>
        <w:bidi/>
        <w:spacing w:before="0" w:after="40"/>
        <w:jc w:val="both"/>
      </w:pPr>
      <w:r>
        <w:rPr>
          <w:rtl/>
        </w:rPr>
        <w:t>ב. פחד יכול לעזור לנו להיזהר מסכנה. – נכון</w:t>
      </w:r>
    </w:p>
    <w:p>
      <w:pPr>
        <w:bidi/>
        <w:spacing w:before="0" w:after="40"/>
        <w:jc w:val="both"/>
      </w:pPr>
      <w:r>
        <w:rPr>
          <w:rtl/>
        </w:rPr>
        <w:t>ג. כשמרגישים גאווה, מותר לצחוק על מי שלא הצליח. – לא נכון – שמחים בהצלחה בלי לזלזל באחרים.</w:t>
      </w:r>
    </w:p>
    <w:p>
      <w:pPr>
        <w:bidi/>
        <w:spacing w:before="0" w:after="40"/>
        <w:jc w:val="both"/>
      </w:pPr>
      <w:r>
        <w:rPr>
          <w:rtl/>
        </w:rPr>
        <w:t>ד. אכזבה היא רגש שעובר עם הזמן.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דרך טובה או לא טובה להתמודד עם כעס?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טובה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לא טובה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 עמוק, לספר למבוגר, להתרחק לרגע ולהירגע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לזרוק חפצים, לצעוק על חבר, להעליב בחזרה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ליד כל משפט כתבו את שם הרגש: גאווה, פחד, אכזבה או תקווה.</w:t>
      </w:r>
    </w:p>
    <w:p>
      <w:pPr>
        <w:bidi/>
        <w:spacing w:before="0" w:after="100"/>
        <w:jc w:val="both"/>
      </w:pPr>
      <w:r>
        <w:rPr>
          <w:rtl/>
        </w:rPr>
        <w:t>א. «אני לא רוצה להיכנס לחדר החשוך.»  ← פחד</w:t>
      </w:r>
    </w:p>
    <w:p>
      <w:pPr>
        <w:bidi/>
        <w:spacing w:before="0" w:after="100"/>
        <w:jc w:val="both"/>
      </w:pPr>
      <w:r>
        <w:rPr>
          <w:rtl/>
        </w:rPr>
        <w:t>ב. «ציפיתי שאבא יגיע להופעה, והוא לא הספיק.»  ← אכזבה</w:t>
      </w:r>
    </w:p>
    <w:p>
      <w:pPr>
        <w:bidi/>
        <w:spacing w:before="0" w:after="100"/>
        <w:jc w:val="both"/>
      </w:pPr>
      <w:r>
        <w:rPr>
          <w:rtl/>
        </w:rPr>
        <w:t>ג. «אחרי שבועיים של אימון – הצלחתי לקלוע לסל!»  ← גאווה</w:t>
      </w:r>
    </w:p>
    <w:p>
      <w:pPr>
        <w:bidi/>
        <w:spacing w:before="0" w:after="100"/>
        <w:jc w:val="both"/>
      </w:pPr>
      <w:r>
        <w:rPr>
          <w:rtl/>
        </w:rPr>
        <w:t>ד. «אולי מחר הגשם ייפסק ונצא לטיול.»  ← תקווה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מה קרה, מה הרגשתי ומה אני יכול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הרגשתי?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לעשות?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הפסדתי בתחרות ריצה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אכזבה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להתאמן ולנסות שוב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מחר בדיקת 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 ולשאול את אמא מה יהיה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סיימתי לקרוא ספר עבה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גאווה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לספר לחברים ולבחור ספר 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«עומר והבריכה».</w:t>
      </w:r>
    </w:p>
    <w:p>
      <w:pPr>
        <w:bidi/>
        <w:spacing w:before="0" w:after="20"/>
        <w:jc w:val="both"/>
      </w:pPr>
      <w:r>
        <w:rPr>
          <w:rtl/>
        </w:rPr>
        <w:t>א. ממה פחד עומר?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מהבריכה העמוקה</w:t>
      </w:r>
    </w:p>
    <w:p>
      <w:pPr>
        <w:bidi/>
        <w:spacing w:before="0" w:after="20"/>
        <w:jc w:val="both"/>
      </w:pPr>
      <w:r>
        <w:rPr>
          <w:rtl/>
        </w:rPr>
        <w:t>ב. איך עזר המדריך?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הציע להתקדם בצעדים קטנים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איזה רגש הרגיש עומר בסוף? הביאו מילים מהסיפור שמראות את זה.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גאווה ושמחה: «עשיתי את זה!», צעק בשמחה.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מה פירוש «הרגש לגיטימי»?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מותר להרגיש אותו</w:t>
      </w:r>
    </w:p>
    <w:p>
      <w:pPr>
        <w:bidi/>
        <w:spacing w:before="0" w:after="20"/>
        <w:jc w:val="both"/>
      </w:pPr>
      <w:r>
        <w:rPr>
          <w:rtl/>
        </w:rPr>
        <w:t>ב. איזה משפט מבטא תקווה?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«אולי בפעם הבאה אצליח»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«מדחום רגשות»: חמש מדרגות מ«רגוע» ועד «כועס מאוד». ליד כל מדרגה כתבו מה עוזר לכם להירגע.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מדחום עם חמש דרגות מסומנות, ולידן דרכי הרגעה מתאימות (נשימה, מים, הליכה, שיחה עם מבוגר).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על פעם שהרגשתם גאווה. מה עשיתם כדי להגיע להצלחה?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שמתארת הצלחה, מאמץ שקדם לה ותחושת גאווה.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מה ההבדל בין אכזבה לייאוש? הסבירו ותנו דוגמה.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אכזבה היא רגש שעובר, ואפשר להמשיך לקוות ולנסות; ייאוש הוא ויתור ואובדן תקווה. דוגמה: התאכזבתי שלא נבחרתי לקבוצה, אבל ממשיך להתאמן.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14. גזרו את כרטיסי הרגשות, והדביקו ליד כל מצב את הרגש שמתאים 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התאמנתי הרבה, והצלחתי לקפוץ בחבל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גאווה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שמעתי רעם חזק בלילה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😨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פחד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הטיול בוטל בגלל הגשם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אכזבה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אולי בשבוע הבא נצא לטיול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🌈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תקווה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רגש – </w:t>
            </w:r>
            <w:r>
              <w:rPr>
                <w:sz w:val="24"/>
                <w:szCs w:val="24"/>
                <w:rtl/>
              </w:rPr>
              <w:t>הרגשה בלב ובגוף: שמחה, פחד, כעס ועוד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גאווה – </w:t>
            </w:r>
            <w:r>
              <w:rPr>
                <w:sz w:val="24"/>
                <w:szCs w:val="24"/>
                <w:rtl/>
              </w:rPr>
              <w:t>הרגשה טובה כשהצלחנו במשהו שהשקענו בו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אכזבה – </w:t>
            </w:r>
            <w:r>
              <w:rPr>
                <w:sz w:val="24"/>
                <w:szCs w:val="24"/>
                <w:rtl/>
              </w:rPr>
              <w:t>הרגשה כשמשהו שחיכינו לו לא קרה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תקווה – </w:t>
            </w:r>
            <w:r>
              <w:rPr>
                <w:sz w:val="24"/>
                <w:szCs w:val="24"/>
                <w:rtl/>
              </w:rPr>
              <w:t>מחשבה שמשהו טוב עוד יכול לקרות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על פעם אחת שבה הרגשתם גאווה.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