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ג'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המרחב האישי שלי: פרטי וציבורי, ושמירה על הגוף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המילים במחסן.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מחסן מילים: שייך  |  נהנים  |  שואלים  |  פרטי</w:t>
      </w:r>
    </w:p>
    <w:p>
      <w:pPr>
        <w:bidi/>
        <w:spacing w:before="0" w:after="60"/>
        <w:jc w:val="both"/>
      </w:pPr>
      <w:r>
        <w:rPr>
          <w:rtl/>
        </w:rPr>
        <w:t>א. לפני שמחבקים חבר, __________ אותו.</w:t>
      </w:r>
    </w:p>
    <w:p>
      <w:pPr>
        <w:bidi/>
        <w:spacing w:before="0" w:after="60"/>
        <w:jc w:val="both"/>
      </w:pPr>
      <w:r>
        <w:rPr>
          <w:rtl/>
        </w:rPr>
        <w:t>ב. הסיסמה שלי היא דבר __________.</w:t>
      </w:r>
    </w:p>
    <w:p>
      <w:pPr>
        <w:bidi/>
        <w:spacing w:before="0" w:after="60"/>
        <w:jc w:val="both"/>
      </w:pPr>
      <w:r>
        <w:rPr>
          <w:rtl/>
        </w:rPr>
        <w:t>ג. הגוף שלי __________ לי.</w:t>
      </w:r>
    </w:p>
    <w:p>
      <w:pPr>
        <w:bidi/>
        <w:spacing w:before="0" w:after="60"/>
        <w:jc w:val="both"/>
      </w:pPr>
      <w:r>
        <w:rPr>
          <w:rtl/>
        </w:rPr>
        <w:t>ד. משחק מתאים הוא משחק שכולם __________ בו.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מיינו: מקום או דבר פרטי, או מקום או דבר ציבורי?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המילים: חדר האמבטיה  |  מגרש הכדורגל  |  היומן שלי  |  הספרייה העירונית  |  הסיסמה למשחק  |  תחנת האוטובוס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פרטי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ציבורי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הלא נכון.</w:t>
      </w:r>
    </w:p>
    <w:p>
      <w:pPr>
        <w:bidi/>
        <w:spacing w:before="0" w:after="60"/>
        <w:jc w:val="both"/>
      </w:pPr>
      <w:r>
        <w:rPr>
          <w:rtl/>
        </w:rPr>
        <w:t>א. אם מישהו שאני מכיר נוגע בי בדרך לא נעימה, אסור לי להגיד לא.      נכון / לא נכון</w:t>
      </w:r>
    </w:p>
    <w:p>
      <w:pPr>
        <w:bidi/>
        <w:spacing w:before="0" w:after="60"/>
        <w:jc w:val="both"/>
      </w:pPr>
      <w:r>
        <w:rPr>
          <w:rtl/>
        </w:rPr>
        <w:t>ב. לכל אדם גודל שונה של מרחב אישי.      נכון / לא נכון</w:t>
      </w:r>
    </w:p>
    <w:p>
      <w:pPr>
        <w:bidi/>
        <w:spacing w:before="0" w:after="60"/>
        <w:jc w:val="both"/>
      </w:pPr>
      <w:r>
        <w:rPr>
          <w:rtl/>
        </w:rPr>
        <w:t>ג. סוד של הפתעה ליום הולדת הוא סוד נעים.      נכון / לא נכון</w:t>
      </w:r>
    </w:p>
    <w:p>
      <w:pPr>
        <w:bidi/>
        <w:spacing w:before="0" w:after="60"/>
        <w:jc w:val="both"/>
      </w:pPr>
      <w:r>
        <w:rPr>
          <w:rtl/>
        </w:rPr>
        <w:t>ד. אם ביקשו ממני לשמור סוד שמפחיד אותי – אני חייב לשמור.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התאימו בין המצב לבין התגובה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חבר רוצה לחבק, ואני לא רוצה עכשיו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«לא עכשיו, תודה»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אחותי נמצאת במקלחת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מספרים למבוגר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חבר לא רוצה שאגע בציור שלו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מחכים בחוץ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מישהו מבקש ממני סוד שמרגיש רע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מכבדים ולא נוגעים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המתאימה.</w:t>
      </w:r>
    </w:p>
    <w:p>
      <w:pPr>
        <w:bidi/>
        <w:spacing w:before="0" w:after="20"/>
        <w:jc w:val="both"/>
      </w:pPr>
      <w:r>
        <w:rPr>
          <w:rtl/>
        </w:rPr>
        <w:t>א. איזה מהמשחקים הוא משחק מתאים?</w:t>
      </w:r>
    </w:p>
    <w:p>
      <w:pPr>
        <w:bidi/>
        <w:spacing w:before="0" w:after="80"/>
        <w:jc w:val="both"/>
      </w:pPr>
      <w:r>
        <w:rPr>
          <w:rtl/>
        </w:rPr>
        <w:t xml:space="preserve">   ○ משחק שבו אחד הילדים בוכה ומבקש להפסיק, והאחרים ממשיכים      ○ משחק תופסת שכולם נהנים בו ואפשר לעצור      ○ משחק שצריך להסתיר מהמבוגרים</w:t>
      </w:r>
    </w:p>
    <w:p>
      <w:pPr>
        <w:bidi/>
        <w:spacing w:before="0" w:after="20"/>
        <w:jc w:val="both"/>
      </w:pPr>
      <w:r>
        <w:rPr>
          <w:rtl/>
        </w:rPr>
        <w:t>ב. מה פירוש «המרחב האישי»?</w:t>
      </w:r>
    </w:p>
    <w:p>
      <w:pPr>
        <w:bidi/>
        <w:spacing w:before="0" w:after="80"/>
        <w:jc w:val="both"/>
      </w:pPr>
      <w:r>
        <w:rPr>
          <w:rtl/>
        </w:rPr>
        <w:t xml:space="preserve">   ○ החדר הכי גדול בבית      ○ האזור סביב הגוף שלי שאני רוצה שיכבדו      ○ החצר של בית הספר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ליד כל סוד כתבו: «סוד נעים» או «סוד שמספרים».</w:t>
      </w:r>
    </w:p>
    <w:p>
      <w:pPr>
        <w:bidi/>
        <w:spacing w:before="0" w:after="100"/>
        <w:jc w:val="both"/>
      </w:pPr>
      <w:r>
        <w:rPr>
          <w:rtl/>
        </w:rPr>
        <w:t>א. מכינים לאמא כרטיס ברכה בהפתעה.</w:t>
      </w:r>
    </w:p>
    <w:p>
      <w:pPr>
        <w:bidi/>
        <w:spacing w:before="0" w:after="100"/>
        <w:jc w:val="both"/>
      </w:pPr>
      <w:r>
        <w:rPr>
          <w:rtl/>
        </w:rPr>
        <w:t>ב. ילד אמר: «אם תספר – לא אהיה חבר שלך.»</w:t>
      </w:r>
    </w:p>
    <w:p>
      <w:pPr>
        <w:bidi/>
        <w:spacing w:before="0" w:after="100"/>
        <w:jc w:val="both"/>
      </w:pPr>
      <w:r>
        <w:rPr>
          <w:rtl/>
        </w:rPr>
        <w:t>ג. מתכננים מסיבת הפתעה לסבא.</w:t>
      </w:r>
    </w:p>
    <w:p>
      <w:pPr>
        <w:bidi/>
        <w:spacing w:before="0" w:after="100"/>
        <w:jc w:val="both"/>
      </w:pPr>
      <w:r>
        <w:rPr>
          <w:rtl/>
        </w:rPr>
        <w:t>ד. מישהו ביקש לא לספר שהוא דחף אותי.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C2410C"/>
          <w:sz w:val="30"/>
          <w:szCs w:val="30"/>
          <w:rtl/>
        </w:rPr>
        <w:t>החיבוק של נועם</w:t>
      </w:r>
    </w:p>
    <w:p>
      <w:pPr>
        <w:bidi/>
        <w:spacing w:before="0" w:after="80"/>
        <w:jc w:val="both"/>
      </w:pPr>
      <w:r>
        <w:rPr>
          <w:rtl/>
        </w:rPr>
        <w:t>נועם אוהב לחבק. כל בוקר הוא רץ לחבריו ומחבק אותם חזק. יום אחד אמר לו אריאל: «אני לא אוהב חיבוקים כאלה, זה לוחץ לי.»</w:t>
      </w:r>
    </w:p>
    <w:p>
      <w:pPr>
        <w:bidi/>
        <w:spacing w:before="0" w:after="80"/>
        <w:jc w:val="both"/>
      </w:pPr>
      <w:r>
        <w:rPr>
          <w:rtl/>
        </w:rPr>
        <w:t>נועם נעלב. «אבל אני מחבק כי אני אוהב אותך!» המורה שמעה והסבירה: «לכל אחד יש בועה משלו. אצל נועם הבועה קטנה, ואצל אריאל – גדולה יותר. שניכם בסדר.»</w:t>
      </w:r>
    </w:p>
    <w:p>
      <w:pPr>
        <w:bidi/>
        <w:spacing w:before="0" w:after="80"/>
        <w:jc w:val="both"/>
      </w:pPr>
      <w:r>
        <w:rPr>
          <w:rtl/>
        </w:rPr>
        <w:t>מאז נועם שואל קודם. עם אריאל הם מצאו ברכה משלהם: כף יד מול כף יד וחיוך. ועם יואב, שאוהב חיבוקים, נועם ממשיך להתחבק.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שאלות על הסיפור «החיבוק של נועם».</w:t>
      </w:r>
    </w:p>
    <w:p>
      <w:pPr>
        <w:bidi/>
        <w:spacing w:before="0" w:after="20"/>
        <w:jc w:val="both"/>
      </w:pPr>
      <w:r>
        <w:rPr>
          <w:rtl/>
        </w:rPr>
        <w:t>א. למה אריאל ביקש שנועם יפסיק?</w:t>
      </w:r>
    </w:p>
    <w:p>
      <w:pPr>
        <w:bidi/>
        <w:spacing w:before="0" w:after="80"/>
        <w:jc w:val="both"/>
      </w:pPr>
      <w:r>
        <w:rPr>
          <w:rtl/>
        </w:rPr>
        <w:t xml:space="preserve">   ○ כי כעס על נועם      ○ כי החיבוק החזק לא היה נעים לו      ○ כי המורה ביקשה</w:t>
      </w:r>
    </w:p>
    <w:p>
      <w:pPr>
        <w:bidi/>
        <w:spacing w:before="0" w:after="20"/>
        <w:jc w:val="both"/>
      </w:pPr>
      <w:r>
        <w:rPr>
          <w:rtl/>
        </w:rPr>
        <w:t>ב. מה שינה נועם?</w:t>
      </w:r>
    </w:p>
    <w:p>
      <w:pPr>
        <w:bidi/>
        <w:spacing w:before="0" w:after="80"/>
        <w:jc w:val="both"/>
      </w:pPr>
      <w:r>
        <w:rPr>
          <w:rtl/>
        </w:rPr>
        <w:t xml:space="preserve">   ○ הפסיק לדבר עם אריאל      ○ התחיל לשאול לפני שמחבק      ○ חיבק חזק יותר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למה המורה אמרה «שניכם בסדר»? הסבירו במילים שלכם.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כתבו משפט מנומס שאפשר לומר לחבר שעומד צמוד מדי ולא נעים לכם.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השלימו: מה עושים בכל מצב?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מצב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עושים?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רוצה לחבק חבר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הדלת של חדר אחי סגורה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מישהו נוגע בי ולא נעים לי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ציירו את עצמכם בתוך «בועה» של מרחב אישי, ומסביב ציירו את המבוגרים שאפשר לספר להם כשמשהו לא נעים.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חבר מבקש מכם לא לספר לאף אחד שמבוגר זר ביקש ממנו ללכת איתו. מה תעשו ולמה? נמקו.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14. גזרו את הכרטיסים, והדביקו כל אחד בעמודה המתאימה: פרטי או ציבורי.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פרטי – שייך רק לי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ציבורי – לכולם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15. התאימו תמונה למשפט: כתבו בריבוע את מספר התמונה.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🫧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✋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🏃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🗣️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אפשר להתרחק ממקום שלא נעים לי.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מספרים למבוגר שסומכים עליו.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מותר לי לומר «לא!» בקול.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לכל אחד יש «בועה» – מרחב אישי סביב הגוף.</w:t>
      </w: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דף גזירה – המרחב האישי שלי: פרטי וציבורי, ושמירה על הגוף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גזרו את הכרטיסים לאורך הקו המקווקו והדביקו בעמוד 3, משימה 14.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🔑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הסיסמה שלי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🪥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מברשת השיניים שלי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📔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היומן שלי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📚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ספרייה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🚌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האוטובוס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🛝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מגלשה בגן הציבורי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ג'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המרחב האישי שלי: פרטי וציבורי, ושמירה על הגוף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המילים במחסן.</w:t>
      </w:r>
    </w:p>
    <w:p>
      <w:pPr>
        <w:bidi/>
        <w:spacing w:before="0" w:after="40"/>
        <w:jc w:val="both"/>
      </w:pPr>
      <w:r>
        <w:rPr>
          <w:rtl/>
        </w:rPr>
        <w:t>א. לפני שמחבקים חבר, שואלים אותו.</w:t>
      </w:r>
    </w:p>
    <w:p>
      <w:pPr>
        <w:bidi/>
        <w:spacing w:before="0" w:after="40"/>
        <w:jc w:val="both"/>
      </w:pPr>
      <w:r>
        <w:rPr>
          <w:rtl/>
        </w:rPr>
        <w:t>ב. הסיסמה שלי היא דבר פרטי.</w:t>
      </w:r>
    </w:p>
    <w:p>
      <w:pPr>
        <w:bidi/>
        <w:spacing w:before="0" w:after="40"/>
        <w:jc w:val="both"/>
      </w:pPr>
      <w:r>
        <w:rPr>
          <w:rtl/>
        </w:rPr>
        <w:t>ג. הגוף שלי שייך לי.</w:t>
      </w:r>
    </w:p>
    <w:p>
      <w:pPr>
        <w:bidi/>
        <w:spacing w:before="0" w:after="40"/>
        <w:jc w:val="both"/>
      </w:pPr>
      <w:r>
        <w:rPr>
          <w:rtl/>
        </w:rPr>
        <w:t>ד. משחק מתאים הוא משחק שכולם נהנים בו.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מיינו: מקום או דבר פרטי, או מקום או דבר ציבורי?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פרטי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ציבורי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חדר האמבטיה, היומן שלי, הסיסמה למשחק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מגרש הכדורגל, הספרייה העירונית, תחנת האוטובוס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הלא נכון.</w:t>
      </w:r>
    </w:p>
    <w:p>
      <w:pPr>
        <w:bidi/>
        <w:spacing w:before="0" w:after="40"/>
        <w:jc w:val="both"/>
      </w:pPr>
      <w:r>
        <w:rPr>
          <w:rtl/>
        </w:rPr>
        <w:t>א. אם מישהו שאני מכיר נוגע בי בדרך לא נעימה, אסור לי להגיד לא. – לא נכון – מותר תמיד להגיד «לא», גם למי שמכירים, ולספר למבוגר.</w:t>
      </w:r>
    </w:p>
    <w:p>
      <w:pPr>
        <w:bidi/>
        <w:spacing w:before="0" w:after="40"/>
        <w:jc w:val="both"/>
      </w:pPr>
      <w:r>
        <w:rPr>
          <w:rtl/>
        </w:rPr>
        <w:t>ב. לכל אדם גודל שונה של מרחב אישי. – נכון</w:t>
      </w:r>
    </w:p>
    <w:p>
      <w:pPr>
        <w:bidi/>
        <w:spacing w:before="0" w:after="40"/>
        <w:jc w:val="both"/>
      </w:pPr>
      <w:r>
        <w:rPr>
          <w:rtl/>
        </w:rPr>
        <w:t>ג. סוד של הפתעה ליום הולדת הוא סוד נעים. – נכון</w:t>
      </w:r>
    </w:p>
    <w:p>
      <w:pPr>
        <w:bidi/>
        <w:spacing w:before="0" w:after="40"/>
        <w:jc w:val="both"/>
      </w:pPr>
      <w:r>
        <w:rPr>
          <w:rtl/>
        </w:rPr>
        <w:t>ד. אם ביקשו ממני לשמור סוד שמפחיד אותי – אני חייב לשמור. – לא נכון – סוד שמרגיש רע או מפחיד מספרים למבוגר שסומכים עליו.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התאימו בין המצב לבין התגובה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חבר רוצה לחבק, ואני לא רוצה עכשיו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«לא עכשיו, תודה»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אחותי נמצאת במקלחת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מספרים למבוגר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חבר לא רוצה שאגע בציור שלו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מחכים בחוץ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מישהו מבקש ממני סוד שמרגיש רע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מכבדים ולא נוגעים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המתאימה.</w:t>
      </w:r>
    </w:p>
    <w:p>
      <w:pPr>
        <w:bidi/>
        <w:spacing w:before="0" w:after="20"/>
        <w:jc w:val="both"/>
      </w:pPr>
      <w:r>
        <w:rPr>
          <w:rtl/>
        </w:rPr>
        <w:t>א. איזה מהמשחקים הוא משחק מתאים?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משחק תופסת שכולם נהנים בו ואפשר לעצור</w:t>
      </w:r>
    </w:p>
    <w:p>
      <w:pPr>
        <w:bidi/>
        <w:spacing w:before="0" w:after="20"/>
        <w:jc w:val="both"/>
      </w:pPr>
      <w:r>
        <w:rPr>
          <w:rtl/>
        </w:rPr>
        <w:t>ב. מה פירוש «המרחב האישי»?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האזור סביב הגוף שלי שאני רוצה שיכבדו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ליד כל סוד כתבו: «סוד נעים» או «סוד שמספרים».</w:t>
      </w:r>
    </w:p>
    <w:p>
      <w:pPr>
        <w:bidi/>
        <w:spacing w:before="0" w:after="100"/>
        <w:jc w:val="both"/>
      </w:pPr>
      <w:r>
        <w:rPr>
          <w:rtl/>
        </w:rPr>
        <w:t>א. מכינים לאמא כרטיס ברכה בהפתעה.  ← סוד נעים</w:t>
      </w:r>
    </w:p>
    <w:p>
      <w:pPr>
        <w:bidi/>
        <w:spacing w:before="0" w:after="100"/>
        <w:jc w:val="both"/>
      </w:pPr>
      <w:r>
        <w:rPr>
          <w:rtl/>
        </w:rPr>
        <w:t>ב. ילד אמר: «אם תספר – לא אהיה חבר שלך.»  ← סוד שמספרים</w:t>
      </w:r>
    </w:p>
    <w:p>
      <w:pPr>
        <w:bidi/>
        <w:spacing w:before="0" w:after="100"/>
        <w:jc w:val="both"/>
      </w:pPr>
      <w:r>
        <w:rPr>
          <w:rtl/>
        </w:rPr>
        <w:t>ג. מתכננים מסיבת הפתעה לסבא.  ← סוד נעים</w:t>
      </w:r>
    </w:p>
    <w:p>
      <w:pPr>
        <w:bidi/>
        <w:spacing w:before="0" w:after="100"/>
        <w:jc w:val="both"/>
      </w:pPr>
      <w:r>
        <w:rPr>
          <w:rtl/>
        </w:rPr>
        <w:t>ד. מישהו ביקש לא לספר שהוא דחף אותי.  ← סוד שמספרים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שאלות על הסיפור «החיבוק של נועם».</w:t>
      </w:r>
    </w:p>
    <w:p>
      <w:pPr>
        <w:bidi/>
        <w:spacing w:before="0" w:after="20"/>
        <w:jc w:val="both"/>
      </w:pPr>
      <w:r>
        <w:rPr>
          <w:rtl/>
        </w:rPr>
        <w:t>א. למה אריאל ביקש שנועם יפסיק?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כי החיבוק החזק לא היה נעים לו</w:t>
      </w:r>
    </w:p>
    <w:p>
      <w:pPr>
        <w:bidi/>
        <w:spacing w:before="0" w:after="20"/>
        <w:jc w:val="both"/>
      </w:pPr>
      <w:r>
        <w:rPr>
          <w:rtl/>
        </w:rPr>
        <w:t>ב. מה שינה נועם?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התחיל לשאול לפני שמחבק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למה המורה אמרה «שניכם בסדר»? הסבירו במילים שלכם.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כי לכל אחד מותר שיהיה לו מרחב אישי בגודל אחר; נועם אוהב קרבה ואריאל צריך יותר מרחב – שניהם לגיטימיים, וחשוב לכבד.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כתבו משפט מנומס שאפשר לומר לחבר שעומד צמוד מדי ולא נעים לכם.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משפט שמבקש מרחב בלי להעליב, למשל: «תוכל לזוז קצת? אני צריך יותר מקום.»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השלימו: מה עושים בכל מצב?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מצב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עושים?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רוצה לחבק חבר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שואלים קודם ומכבדים את התשובה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הדלת של חדר אחי סגורה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דופקים ומחכים לתשובה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מישהו נוגע בי ולא נעים לי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אומרים «לא!», מתרחקים ומספרים למבוגר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ציירו את עצמכם בתוך «בועה» של מרחב אישי, ומסביב ציירו את המבוגרים שאפשר לספר להם כשמשהו לא נעים.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ציור של הילד בתוך עיגול ולפחות שלושה מבוגרים מתאימים מסביב: הורה, מורה, יועצת.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חבר מבקש מכם לא לספר לאף אחד שמבוגר זר ביקש ממנו ללכת איתו. מה תעשו ולמה? נמקו.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מספרים מיד למבוגר שסומכים עליו (הורה, מורה, יועצת), כי זה סוד שעלול לסכן; שמירה על הבטיחות חשובה יותר מסוד, ומספרים כדי לעזור לחבר.</w:t>
      </w: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14. גזרו את הכרטיסים, והדביקו כל אחד בעמודה המתאימה: פרטי או ציבורי.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פרטי – שייך רק לי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ציבורי – לכולם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📔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היומן שלי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🔑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הסיסמה שלי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🛝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מגלשה בגן הציבורי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🚌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האוטובוס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🪥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מברשת השיניים שלי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📚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ספרייה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15. התאימו תמונה למשפט: כתבו בריבוע את מספר התמונה.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🫧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✋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🏃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🗣️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[ 3 ]   אפשר להתרחק ממקום שלא נעים לי.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[ 4 ]   מספרים למבוגר שסומכים עליו.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[ 2 ]   מותר לי לומר «לא!» בקול.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[ 1 ]   לכל אחד יש «בועה» – מרחב אישי סביב הגוף.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