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מסכים ורשת: שימוש מאוזן ושפה מכבדת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רגשות  |  אשמה  |  שינה  |  זרים</w:t>
      </w:r>
    </w:p>
    <w:p>
      <w:pPr>
        <w:bidi/>
        <w:spacing w:before="0" w:after="60"/>
        <w:jc w:val="both"/>
      </w:pPr>
      <w:r>
        <w:rPr>
          <w:rtl/>
        </w:rPr>
        <w:t>א. יותר מדי זמן מסך גוזל זמן של משחק, חברים ו__________.</w:t>
      </w:r>
    </w:p>
    <w:p>
      <w:pPr>
        <w:bidi/>
        <w:spacing w:before="0" w:after="60"/>
        <w:jc w:val="both"/>
      </w:pPr>
      <w:r>
        <w:rPr>
          <w:rtl/>
        </w:rPr>
        <w:t>ב. פרטים אישיים לא משתפים עם __________ ברשת.</w:t>
      </w:r>
    </w:p>
    <w:p>
      <w:pPr>
        <w:bidi/>
        <w:spacing w:before="0" w:after="60"/>
        <w:jc w:val="both"/>
      </w:pPr>
      <w:r>
        <w:rPr>
          <w:rtl/>
        </w:rPr>
        <w:t>ג. מאחורי כל מסך יש ילד עם __________.</w:t>
      </w:r>
    </w:p>
    <w:p>
      <w:pPr>
        <w:bidi/>
        <w:spacing w:before="0" w:after="60"/>
        <w:jc w:val="both"/>
      </w:pPr>
      <w:r>
        <w:rPr>
          <w:rtl/>
        </w:rPr>
        <w:t>ד. תוכן לא מתאים זו לא __________ שלכם – מספרים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מה מותר לשתף ברשת עם חברים מוכרים, ומה לא משתפים?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ציור שציירתי  |  הסיסמה שלי  |  הכתובת של הבית  |  שאלה על שיעורי הבית  |  מספר הטלפון של ההורים  |  ברכה ליום הולדת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לשתף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משתפים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ברשת תמיד יודעים מי באמת כותב לנו.      נכון / לא נכון</w:t>
      </w:r>
    </w:p>
    <w:p>
      <w:pPr>
        <w:bidi/>
        <w:spacing w:before="0" w:after="60"/>
        <w:jc w:val="both"/>
      </w:pPr>
      <w:r>
        <w:rPr>
          <w:rtl/>
        </w:rPr>
        <w:t>ב. כדאי להפסיק מסכים זמן מה לפני השינה.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מילה פוגעת בקבוצת הכיתה פוגעת פחות כי היא רק כתובה.      נכון / לא נכון</w:t>
      </w:r>
    </w:p>
    <w:p>
      <w:pPr>
        <w:bidi/>
        <w:spacing w:before="0" w:after="60"/>
        <w:jc w:val="both"/>
      </w:pPr>
      <w:r>
        <w:rPr>
          <w:rtl/>
        </w:rPr>
        <w:t>ד. אם ראיתי סרטון מפחיד, כדאי לספר להורה.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הבעיה לבין הפתרון.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 משחק במחשב ולא מצליח להפסיק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שומרים צילום מסך ומספרים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זר מבקש תמונה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טיימר ותזכורת מההורים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כתבו עליי משהו מעליב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סוגרים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חבר שולח לי סרטון מפחיד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עונים ומספרים להורים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מראה על שימוש מאוזן במסכים?</w:t>
      </w:r>
    </w:p>
    <w:p>
      <w:pPr>
        <w:bidi/>
        <w:spacing w:before="0" w:after="80"/>
        <w:jc w:val="both"/>
      </w:pPr>
      <w:r>
        <w:rPr>
          <w:rtl/>
        </w:rPr>
        <w:t xml:space="preserve">   ○ משחקים במחשב עד מאוחר בלילה      ○ שעה מסך, ואחר כך משחק בחוץ      ○ מסך בכל ארוחה</w:t>
      </w:r>
    </w:p>
    <w:p>
      <w:pPr>
        <w:bidi/>
        <w:spacing w:before="0" w:after="20"/>
        <w:jc w:val="both"/>
      </w:pPr>
      <w:r>
        <w:rPr>
          <w:rtl/>
        </w:rPr>
        <w:t>ב. איזו תגובה בקבוצת הכיתה היא מכבדת?</w:t>
      </w:r>
    </w:p>
    <w:p>
      <w:pPr>
        <w:bidi/>
        <w:spacing w:before="0" w:after="80"/>
        <w:jc w:val="both"/>
      </w:pPr>
      <w:r>
        <w:rPr>
          <w:rtl/>
        </w:rPr>
        <w:t xml:space="preserve">   ○ «חחח מי כתב שטויות?»      ○ «תודה ששיתפת! רעיון מעניין»      ○ להעלות צילום של ילד בלי רשות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תגובה מכבדת במקום התגובה הפוגעת.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תגובה פוגעת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תגובה מכבדת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«איזה ציור מכוער»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«אף אחד לא רוצה אותך בקבוצה»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«חחח טעית בתשובה»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הודעה כתבו: «מכבדת» או «פוגעת».</w:t>
      </w:r>
    </w:p>
    <w:p>
      <w:pPr>
        <w:bidi/>
        <w:spacing w:before="0" w:after="100"/>
        <w:jc w:val="both"/>
      </w:pPr>
      <w:r>
        <w:rPr>
          <w:rtl/>
        </w:rPr>
        <w:t>א. «מזל טוב, נועה! שתהיה לך שנה מעולה»</w:t>
      </w:r>
    </w:p>
    <w:p>
      <w:pPr>
        <w:bidi/>
        <w:spacing w:before="0" w:after="100"/>
        <w:jc w:val="both"/>
      </w:pPr>
      <w:r>
        <w:rPr>
          <w:rtl/>
        </w:rPr>
        <w:t>ב. «מי שלא מביא כדור – שלא יבוא»</w:t>
      </w:r>
    </w:p>
    <w:p>
      <w:pPr>
        <w:bidi/>
        <w:spacing w:before="0" w:after="100"/>
        <w:jc w:val="both"/>
      </w:pPr>
      <w:r>
        <w:rPr>
          <w:rtl/>
        </w:rPr>
        <w:t>ג. «מישהו יכול להסביר לי את התרגיל?»</w:t>
      </w:r>
    </w:p>
    <w:p>
      <w:pPr>
        <w:bidi/>
        <w:spacing w:before="0" w:after="100"/>
        <w:jc w:val="both"/>
      </w:pPr>
      <w:r>
        <w:rPr>
          <w:rtl/>
        </w:rPr>
        <w:t>ד. «חחח תראו את התספורת של אורי»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ההודעה של מיכל</w:t>
      </w:r>
    </w:p>
    <w:p>
      <w:pPr>
        <w:bidi/>
        <w:spacing w:before="0" w:after="80"/>
        <w:jc w:val="both"/>
      </w:pPr>
      <w:r>
        <w:rPr>
          <w:rtl/>
        </w:rPr>
        <w:t>מיכל קיבלה טלפון ליום ההולדת וצורפה לקבוצת הכיתה. בערב ראתה שילדים צוחקים על תמונה של דניאל, שנפל בשיעור ספורט. כולם שלחו אימוג'י צוחקים.</w:t>
      </w:r>
    </w:p>
    <w:p>
      <w:pPr>
        <w:bidi/>
        <w:spacing w:before="0" w:after="80"/>
        <w:jc w:val="both"/>
      </w:pPr>
      <w:r>
        <w:rPr>
          <w:rtl/>
        </w:rPr>
        <w:t>מיכל כבר רצתה לשלוח גם, אבל עצרה. היא חשבה: «איך דניאל מרגיש עכשיו?» במקום לצחוק, כתבה: «זה יכול לקרות לכל אחד. מחר נשחק שוב, דניאל!»</w:t>
      </w:r>
    </w:p>
    <w:p>
      <w:pPr>
        <w:bidi/>
        <w:spacing w:before="0" w:after="80"/>
        <w:jc w:val="both"/>
      </w:pPr>
      <w:r>
        <w:rPr>
          <w:rtl/>
        </w:rPr>
        <w:t>אחר כך הראתה את ההודעות לאמא. אמא פנתה למורה, והמורה ביקשה מהכיתה למחוק את התמונה. למחרת אמר לה דניאל בשקט: «תודה, ההודעה שלך עזרה לי.»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«ההודעה של מיכל».</w:t>
      </w:r>
    </w:p>
    <w:p>
      <w:pPr>
        <w:bidi/>
        <w:spacing w:before="0" w:after="20"/>
        <w:jc w:val="both"/>
      </w:pPr>
      <w:r>
        <w:rPr>
          <w:rtl/>
        </w:rPr>
        <w:t>א. מה עשו רוב הילדים בקבוצה?</w:t>
      </w:r>
    </w:p>
    <w:p>
      <w:pPr>
        <w:bidi/>
        <w:spacing w:before="0" w:after="80"/>
        <w:jc w:val="both"/>
      </w:pPr>
      <w:r>
        <w:rPr>
          <w:rtl/>
        </w:rPr>
        <w:t xml:space="preserve">   ○ כתבו מילים מחזקות      ○ שלחו אימוג'י צוחקים      ○ מחקו את התמונה</w:t>
      </w:r>
    </w:p>
    <w:p>
      <w:pPr>
        <w:bidi/>
        <w:spacing w:before="0" w:after="20"/>
        <w:jc w:val="both"/>
      </w:pPr>
      <w:r>
        <w:rPr>
          <w:rtl/>
        </w:rPr>
        <w:t>ב. מה עשתה מיכל אחרי שכתבה את ההודעה?</w:t>
      </w:r>
    </w:p>
    <w:p>
      <w:pPr>
        <w:bidi/>
        <w:spacing w:before="0" w:after="80"/>
        <w:jc w:val="both"/>
      </w:pPr>
      <w:r>
        <w:rPr>
          <w:rtl/>
        </w:rPr>
        <w:t xml:space="preserve">   ○ יצאה מהקבוצה      ○ הראתה את ההודעות לאמא      ○ שלחה את התמונה לחברות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גרם למיכל לעצור לפני ששלחה אימוג'י צוחק? למה זה חשוב?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«שעון יום» עם תכנון של זמן מסך מאוזן: מתי מסך, מתי משחק בחוץ, מתי משפחה ומתי שינה.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כלל אחד לשימוש במסכים בבית שלכם, והסבירו למה הוא חשוב.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יואב אומר: «מה שכותבים ברשת זה רק בצחוק, זה לא באמת פוגע». הסבירו לו בשתי סיבות למה הוא טועה.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גזרו את הכרטיסים, והדביקו ליד כל מצב את הדבר הנכון לעשות.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ראיתי סרטון מפחיד ברשת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מישהו זר שואל איפה אני גר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רוצים לשלוח הודעה לחבר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שיחקתי במחשב כבר הרבה זמן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זמן מסך – </w:t>
            </w:r>
            <w:r>
              <w:rPr>
                <w:sz w:val="24"/>
                <w:szCs w:val="24"/>
                <w:rtl/>
              </w:rPr>
              <w:t>הזמן שאנחנו מול טלפון, מחשב או טלוויזיה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איזון – </w:t>
            </w:r>
            <w:r>
              <w:rPr>
                <w:sz w:val="24"/>
                <w:szCs w:val="24"/>
                <w:rtl/>
              </w:rPr>
              <w:t>מקום גם למסך וגם למשחק, לחברים ולשינה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פרטיות – </w:t>
            </w:r>
            <w:r>
              <w:rPr>
                <w:sz w:val="24"/>
                <w:szCs w:val="24"/>
                <w:rtl/>
              </w:rPr>
              <w:t>שומרים לעצמנו פרטים אישיים כמו כתובת וסיסמה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שפה מכבדת – </w:t>
            </w:r>
            <w:r>
              <w:rPr>
                <w:sz w:val="24"/>
                <w:szCs w:val="24"/>
                <w:rtl/>
              </w:rPr>
              <w:t>מילים שלא פוגעות באחרים, גם ברשת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כתבו שני דברים שאפשר לעשות במקום לשבת מול מסך.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מסכים ורשת: שימוש מאוזן ושפה מכבדת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⏰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עוצרים ויוצאים לשחק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📴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סוגרים ומספרים להורה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💬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כותבים בשפה מכבדת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🚫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לא עונים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מסכים ורשת: שימוש מאוזן ושפה מכבדת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40"/>
        <w:jc w:val="both"/>
      </w:pPr>
      <w:r>
        <w:rPr>
          <w:rtl/>
        </w:rPr>
        <w:t>א. יותר מדי זמן מסך גוזל זמן של משחק, חברים ושינה.</w:t>
      </w:r>
    </w:p>
    <w:p>
      <w:pPr>
        <w:bidi/>
        <w:spacing w:before="0" w:after="40"/>
        <w:jc w:val="both"/>
      </w:pPr>
      <w:r>
        <w:rPr>
          <w:rtl/>
        </w:rPr>
        <w:t>ב. פרטים אישיים לא משתפים עם זרים ברשת.</w:t>
      </w:r>
    </w:p>
    <w:p>
      <w:pPr>
        <w:bidi/>
        <w:spacing w:before="0" w:after="40"/>
        <w:jc w:val="both"/>
      </w:pPr>
      <w:r>
        <w:rPr>
          <w:rtl/>
        </w:rPr>
        <w:t>ג. מאחורי כל מסך יש ילד עם רגשות.</w:t>
      </w:r>
    </w:p>
    <w:p>
      <w:pPr>
        <w:bidi/>
        <w:spacing w:before="0" w:after="40"/>
        <w:jc w:val="both"/>
      </w:pPr>
      <w:r>
        <w:rPr>
          <w:rtl/>
        </w:rPr>
        <w:t>ד. תוכן לא מתאים זו לא אשמה שלכם – מספרים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מה מותר לשתף ברשת עם חברים מוכרים, ומה לא משתפים?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לשתף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משתפים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ציור שציירתי, שאלה על שיעורי הבית, ברכה ליום הולדת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הסיסמה שלי, הכתובת של הבית, מספר הטלפון של ההורים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ברשת תמיד יודעים מי באמת כותב לנו. – לא נכון – ברשת לא תמיד יודעים מי בצד השני; לכן נזהרים.</w:t>
      </w:r>
    </w:p>
    <w:p>
      <w:pPr>
        <w:bidi/>
        <w:spacing w:before="0" w:after="40"/>
        <w:jc w:val="both"/>
      </w:pPr>
      <w:r>
        <w:rPr>
          <w:rtl/>
        </w:rPr>
        <w:t>ב. כדאי להפסיק מסכים זמן מה לפני השינה. – נכון</w:t>
      </w:r>
    </w:p>
    <w:p>
      <w:pPr>
        <w:bidi/>
        <w:spacing w:before="0" w:after="40"/>
        <w:jc w:val="both"/>
      </w:pPr>
      <w:r>
        <w:rPr>
          <w:rtl/>
        </w:rPr>
        <w:t>ג. מילה פוגעת בקבוצת הכיתה פוגעת פחות כי היא רק כתובה. – לא נכון – היא פוגעת לא פחות, ולפעמים יותר, כי רבים רואים אותה והיא נשארת.</w:t>
      </w:r>
    </w:p>
    <w:p>
      <w:pPr>
        <w:bidi/>
        <w:spacing w:before="0" w:after="40"/>
        <w:jc w:val="both"/>
      </w:pPr>
      <w:r>
        <w:rPr>
          <w:rtl/>
        </w:rPr>
        <w:t>ד. אם ראיתי סרטון מפחיד, כדאי לספר להורה.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הבעיה לבין הפתרון.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 משחק במחשב ולא מצליח להפסיק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שומרים צילום מסך ומספרים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זר מבקש תמונה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טיימר ותזכורת מההורים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כתבו עליי משהו מעליב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סוגרים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חבר שולח לי סרטון מפחיד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לא עונים ומספרים להורים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מראה על שימוש מאוזן במסכים?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שעה מסך, ואחר כך משחק בחוץ</w:t>
      </w:r>
    </w:p>
    <w:p>
      <w:pPr>
        <w:bidi/>
        <w:spacing w:before="0" w:after="20"/>
        <w:jc w:val="both"/>
      </w:pPr>
      <w:r>
        <w:rPr>
          <w:rtl/>
        </w:rPr>
        <w:t>ב. איזו תגובה בקבוצת הכיתה היא מכבדת?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«תודה ששיתפת! רעיון מעניין»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תגובה מכבדת במקום התגובה הפוגעת.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תגובה פוגעת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תגובה מכבדת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«איזה ציור מכוער»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«יפה שהשקעת! אהבתי את הצבעים»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«אף אחד לא רוצה אותך בקבוצה»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«בואו נכניס את כולם»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«חחח טעית בתשובה»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«לא נורא, זו התשובה הנכונה: …»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הודעה כתבו: «מכבדת» או «פוגעת».</w:t>
      </w:r>
    </w:p>
    <w:p>
      <w:pPr>
        <w:bidi/>
        <w:spacing w:before="0" w:after="100"/>
        <w:jc w:val="both"/>
      </w:pPr>
      <w:r>
        <w:rPr>
          <w:rtl/>
        </w:rPr>
        <w:t>א. «מזל טוב, נועה! שתהיה לך שנה מעולה»  ← מכבדת</w:t>
      </w:r>
    </w:p>
    <w:p>
      <w:pPr>
        <w:bidi/>
        <w:spacing w:before="0" w:after="100"/>
        <w:jc w:val="both"/>
      </w:pPr>
      <w:r>
        <w:rPr>
          <w:rtl/>
        </w:rPr>
        <w:t>ב. «מי שלא מביא כדור – שלא יבוא»  ← פוגעת</w:t>
      </w:r>
    </w:p>
    <w:p>
      <w:pPr>
        <w:bidi/>
        <w:spacing w:before="0" w:after="100"/>
        <w:jc w:val="both"/>
      </w:pPr>
      <w:r>
        <w:rPr>
          <w:rtl/>
        </w:rPr>
        <w:t>ג. «מישהו יכול להסביר לי את התרגיל?»  ← מכבדת</w:t>
      </w:r>
    </w:p>
    <w:p>
      <w:pPr>
        <w:bidi/>
        <w:spacing w:before="0" w:after="100"/>
        <w:jc w:val="both"/>
      </w:pPr>
      <w:r>
        <w:rPr>
          <w:rtl/>
        </w:rPr>
        <w:t>ד. «חחח תראו את התספורת של אורי»  ← פוגעת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«ההודעה של מיכל».</w:t>
      </w:r>
    </w:p>
    <w:p>
      <w:pPr>
        <w:bidi/>
        <w:spacing w:before="0" w:after="20"/>
        <w:jc w:val="both"/>
      </w:pPr>
      <w:r>
        <w:rPr>
          <w:rtl/>
        </w:rPr>
        <w:t>א. מה עשו רוב הילדים בקבוצה?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שלחו אימוג'י צוחקים</w:t>
      </w:r>
    </w:p>
    <w:p>
      <w:pPr>
        <w:bidi/>
        <w:spacing w:before="0" w:after="20"/>
        <w:jc w:val="both"/>
      </w:pPr>
      <w:r>
        <w:rPr>
          <w:rtl/>
        </w:rPr>
        <w:t>ב. מה עשתה מיכל אחרי שכתבה את ההודעה?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הראתה את ההודעות לאמא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גרם למיכל לעצור לפני ששלחה אימוג'י צוחק? למה זה חשוב?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היא חשבה על הרגשות של דניאל; עצירה לפני ששולחים עוזרת לא לפגוע ולבחור תגובה טובה.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«שעון יום» עם תכנון של זמן מסך מאוזן: מתי מסך, מתי משחק בחוץ, מתי משפחה ומתי שינה.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שעון או לוח עם חלוקה ברורה, שבו זמן המסך מוגבל ויש זמן לפעילויות אחרות ולשינה.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כלל אחד לשימוש במסכים בבית שלכם, והסבירו למה הוא חשוב.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כלל ברור ומנומק, למשל: «בלי טלפון בארוחת ערב – כי זה הזמן לדבר עם המשפחה».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יואב אומר: «מה שכותבים ברשת זה רק בצחוק, זה לא באמת פוגע». הסבירו לו בשתי סיבות למה הוא טועה.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סיבות: מאחורי המסך יש ילד עם רגשות; מה שנכתב נשאר ורבים רואים אותו; קשה להבין טון בכתב, ומה ש«בצחוק» לאחד כואב לאחר.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גזרו את הכרטיסים, והדביקו ליד כל מצב את הדבר הנכון לעשות.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ראיתי סרטון מפחיד ברשת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📴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סוגרים ומספרים להורה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מישהו זר שואל איפה אני גר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🚫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לא עונים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רוצים לשלוח הודעה לחבר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💬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כותבים בשפה מכבדת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שיחקתי במחשב כבר הרבה זמן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⏰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עוצרים ויוצאים לשחק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זמן מסך – </w:t>
            </w:r>
            <w:r>
              <w:rPr>
                <w:sz w:val="24"/>
                <w:szCs w:val="24"/>
                <w:rtl/>
              </w:rPr>
              <w:t>הזמן שאנחנו מול טלפון, מחשב או טלוויזיה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איזון – </w:t>
            </w:r>
            <w:r>
              <w:rPr>
                <w:sz w:val="24"/>
                <w:szCs w:val="24"/>
                <w:rtl/>
              </w:rPr>
              <w:t>מקום גם למסך וגם למשחק, לחברים ולשינה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פרטיות – </w:t>
            </w:r>
            <w:r>
              <w:rPr>
                <w:sz w:val="24"/>
                <w:szCs w:val="24"/>
                <w:rtl/>
              </w:rPr>
              <w:t>שומרים לעצמנו פרטים אישיים כמו כתובת וסיסמה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שפה מכבדת – </w:t>
            </w:r>
            <w:r>
              <w:rPr>
                <w:sz w:val="24"/>
                <w:szCs w:val="24"/>
                <w:rtl/>
              </w:rPr>
              <w:t>מילים שלא פוגעות באחרים, גם ברשת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כתבו שני דברים שאפשר לעשות במקום לשבת מול מסך.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