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ראייה חיובית, הומור וקבלת החלטות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הוגנת  |  מחבר  |  למדתי  |  להתייעץ</w:t>
      </w:r>
    </w:p>
    <w:p>
      <w:pPr>
        <w:bidi/>
        <w:spacing w:before="0" w:after="60"/>
        <w:jc w:val="both"/>
      </w:pPr>
      <w:r>
        <w:rPr>
          <w:rtl/>
        </w:rPr>
        <w:t>א. כשטעיתי, אני יכול לחשוב מה __________ מהטעות.</w:t>
      </w:r>
    </w:p>
    <w:p>
      <w:pPr>
        <w:bidi/>
        <w:spacing w:before="0" w:after="60"/>
        <w:jc w:val="both"/>
      </w:pPr>
      <w:r>
        <w:rPr>
          <w:rtl/>
        </w:rPr>
        <w:t>ב. צחוק משותף __________ בין חברים.</w:t>
      </w:r>
    </w:p>
    <w:p>
      <w:pPr>
        <w:bidi/>
        <w:spacing w:before="0" w:after="60"/>
        <w:jc w:val="both"/>
      </w:pPr>
      <w:r>
        <w:rPr>
          <w:rtl/>
        </w:rPr>
        <w:t>ג. לפני החלטה כדאי __________ עם מבוגר.</w:t>
      </w:r>
    </w:p>
    <w:p>
      <w:pPr>
        <w:bidi/>
        <w:spacing w:before="0" w:after="60"/>
        <w:jc w:val="both"/>
      </w:pPr>
      <w:r>
        <w:rPr>
          <w:rtl/>
        </w:rPr>
        <w:t>ד. כשמבינים את נקודת המבט של אחר, מחליטים בצורה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משפט של «חצי הכוס המלאה» או של «חצי הכוס הריקה»?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«יכול להיות שמחר יהיה טוב יותר»  |  «הכול תמיד הולך לי רע»  |  «למדתי משהו חדש»  |  «אין לי סיכוי»  |  «לפחות ניסיתי»  |  «זה היום הכי גרוע בעולם»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חצי הכוס המלאה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חצי הכוס הריקה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ראייה חיובית פירושה להעמיד פנים שהכול מושלם.      נכון / לא נכון</w:t>
      </w:r>
    </w:p>
    <w:p>
      <w:pPr>
        <w:bidi/>
        <w:spacing w:before="0" w:after="60"/>
        <w:jc w:val="both"/>
      </w:pPr>
      <w:r>
        <w:rPr>
          <w:rtl/>
        </w:rPr>
        <w:t>ב. בדיחה שמישהו נעלב ממנה היא פגיעה.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לפני החלטה כדאי לחשוב על כמה אפשרויות.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כל האנשים רואים כל מצב בדיוק באותה דרך.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הכלי מ«ארגז הכלים» לבין המצב שבו הוא עוזר.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נשימה עמוקה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אני צריך להחליט מה לעשות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מסר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משהו התבטל ואני מאוכזב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חצי הכוס המלאה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חבר פגע בי ואני רוצה לומר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עוצרים–חושבים–בוחרים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אני מרגיש כעס עולה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איזו בדיחה מתאימה לכיתה?</w:t>
      </w:r>
    </w:p>
    <w:p>
      <w:pPr>
        <w:bidi/>
        <w:spacing w:before="0" w:after="80"/>
        <w:jc w:val="both"/>
      </w:pPr>
      <w:r>
        <w:rPr>
          <w:rtl/>
        </w:rPr>
        <w:t xml:space="preserve">   ○ חיקוי של ילד שמגמגם      ○ בדיחה על פינגווין שהולך לים      ○ צחוק על הבגדים של מישהו</w:t>
      </w:r>
    </w:p>
    <w:p>
      <w:pPr>
        <w:bidi/>
        <w:spacing w:before="0" w:after="20"/>
        <w:jc w:val="both"/>
      </w:pPr>
      <w:r>
        <w:rPr>
          <w:rtl/>
        </w:rPr>
        <w:t>ב. דניאל קיבל ציון נמוך. איזו מחשבה היא «חצי הכוס המלאה»?</w:t>
      </w:r>
    </w:p>
    <w:p>
      <w:pPr>
        <w:bidi/>
        <w:spacing w:before="0" w:after="80"/>
        <w:jc w:val="both"/>
      </w:pPr>
      <w:r>
        <w:rPr>
          <w:rtl/>
        </w:rPr>
        <w:t xml:space="preserve">   ○ «אני טיפש»      ○ «אשאל את המורה מה לא הבנתי ואשתפר»      ○ «לא אכפת לי מלימודים»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כתבו: «הומור שמחבר» או «צחוק שפוגע».</w:t>
      </w:r>
    </w:p>
    <w:p>
      <w:pPr>
        <w:bidi/>
        <w:spacing w:before="0" w:after="100"/>
        <w:jc w:val="both"/>
      </w:pPr>
      <w:r>
        <w:rPr>
          <w:rtl/>
        </w:rPr>
        <w:t>א. כל הכיתה צוחקת על תחפושת הבננה שהמורה לבשה בפורים, והיא צוחקת איתם.</w:t>
      </w:r>
    </w:p>
    <w:p>
      <w:pPr>
        <w:bidi/>
        <w:spacing w:before="0" w:after="100"/>
        <w:jc w:val="both"/>
      </w:pPr>
      <w:r>
        <w:rPr>
          <w:rtl/>
        </w:rPr>
        <w:t>ב. ילדים מחקים את הדרך שבה עומר מדבר.</w:t>
      </w:r>
    </w:p>
    <w:p>
      <w:pPr>
        <w:bidi/>
        <w:spacing w:before="0" w:after="100"/>
        <w:jc w:val="both"/>
      </w:pPr>
      <w:r>
        <w:rPr>
          <w:rtl/>
        </w:rPr>
        <w:t>ג. נועה מספרת בדיחה על חתול שרצה להיות כלב.</w:t>
      </w:r>
    </w:p>
    <w:p>
      <w:pPr>
        <w:bidi/>
        <w:spacing w:before="0" w:after="100"/>
        <w:jc w:val="both"/>
      </w:pPr>
      <w:r>
        <w:rPr>
          <w:rtl/>
        </w:rPr>
        <w:t>ד. צוחקים על ילד שהפיל את המגש בחדר האוכל.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עוצרים – חושבים – בוחרים: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הבעיה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אפשרות 1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אפשרות 2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בחרתי ולמה?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מבקש להעתיק ממני בבוחן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מצאתי ארנק בחצר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יום הגשם</w:t>
      </w:r>
    </w:p>
    <w:p>
      <w:pPr>
        <w:bidi/>
        <w:spacing w:before="0" w:after="80"/>
        <w:jc w:val="both"/>
      </w:pPr>
      <w:r>
        <w:rPr>
          <w:rtl/>
        </w:rPr>
        <w:t>כל כיתה ג'3 חיכתה ליום הספורט. בבוקר התחיל גשם חזק, והמנהלת הודיעה שהיום נדחה. ילדים רבים התאכזבו, ואיתי אמר בכעס: «תמיד הכול נהרס!»</w:t>
      </w:r>
    </w:p>
    <w:p>
      <w:pPr>
        <w:bidi/>
        <w:spacing w:before="0" w:after="80"/>
        <w:jc w:val="both"/>
      </w:pPr>
      <w:r>
        <w:rPr>
          <w:rtl/>
        </w:rPr>
        <w:t>המורה לא התווכחה. היא אמרה: «מותר להתאכזב. ועכשיו – מה אפשר לעשות עם יום כזה?» נועה הציעה תחרות חידות, ואריאל הציע לבנות מסלול מכשולים מהכיסאות.</w:t>
      </w:r>
    </w:p>
    <w:p>
      <w:pPr>
        <w:bidi/>
        <w:spacing w:before="0" w:after="80"/>
        <w:jc w:val="both"/>
      </w:pPr>
      <w:r>
        <w:rPr>
          <w:rtl/>
        </w:rPr>
        <w:t>בסוף היום צחקו כולם על הנפילות המצחיקות במסלול – כולל המורה, שנתקעה מתחת לשולחן. איתי אמר: «זה לא היה יום ספורט, אבל זה היה יום מצחיק.»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«יום הגשם».</w:t>
      </w:r>
    </w:p>
    <w:p>
      <w:pPr>
        <w:bidi/>
        <w:spacing w:before="0" w:after="20"/>
        <w:jc w:val="both"/>
      </w:pPr>
      <w:r>
        <w:rPr>
          <w:rtl/>
        </w:rPr>
        <w:t>א. למה התאכזבו הילדים?</w:t>
      </w:r>
    </w:p>
    <w:p>
      <w:pPr>
        <w:bidi/>
        <w:spacing w:before="0" w:after="80"/>
        <w:jc w:val="both"/>
      </w:pPr>
      <w:r>
        <w:rPr>
          <w:rtl/>
        </w:rPr>
        <w:t xml:space="preserve">   ○ כי יום הספורט נדחה      ○ כי המורה כעסה      ○ כי לא היו כיסאות</w:t>
      </w:r>
    </w:p>
    <w:p>
      <w:pPr>
        <w:bidi/>
        <w:spacing w:before="0" w:after="20"/>
        <w:jc w:val="both"/>
      </w:pPr>
      <w:r>
        <w:rPr>
          <w:rtl/>
        </w:rPr>
        <w:t>ב. מה עשתה המורה קודם?</w:t>
      </w:r>
    </w:p>
    <w:p>
      <w:pPr>
        <w:bidi/>
        <w:spacing w:before="0" w:after="80"/>
        <w:jc w:val="both"/>
      </w:pPr>
      <w:r>
        <w:rPr>
          <w:rtl/>
        </w:rPr>
        <w:t xml:space="preserve">   ○ התווכחה עם איתי      ○ אמרה שמותר להתאכזב      ○ ביטלה את השיעורים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השתנתה המחשבה של איתי מתחילת הסיפור ועד סופו? הביאו מילים מהסיפור.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את «ארגז הכלים» שלכם: ארגז ובתוכו לפחות ארבעה כלים שלמדתם השנה, וליד כל כלי – מתי משתמשים בו.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על משהו לא נעים שקרה לכם, ומצאו בו את «חצי הכוס המלאה».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אריאל ויואב ראו את אותו מצב – ילד חדש שותק בהפסקה. אריאל חשב: «הוא לא רוצה חברים». יואב חשב: «אולי הוא מתבייש». איזו נקודת מבט תוביל להחלטה טובה יותר? נמקו.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גזרו את כרטיסי השלבים, והדביקו לפי הסדר: איך מקבלים החלטה טובה.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מתחו קו מכל מצב אל המחשבה החיובית שמתאימה 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ירד גשם ולא יצאנו לפארק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«אתאמן ואנסה שוב»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טעיתי בתרגיל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«אתקשר אליו לשאול מה שלומו»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לא נבחרתי לנבחרת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«נשחק משחק קופסה בבית»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החבר שלי חולה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«מטעויות לומדים»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ראייה חיובית, הומור וקבלת החלטות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בודקים מה יקרה בכל אחת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בוחרים ומנסים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🤔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חושבים על כמה אפשרויות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✋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עוצרים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ראייה חיובית, הומור וקבלת החלטות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כשטעיתי, אני יכול לחשוב מה למדתי מהטעות.</w:t>
      </w:r>
    </w:p>
    <w:p>
      <w:pPr>
        <w:bidi/>
        <w:spacing w:before="0" w:after="40"/>
        <w:jc w:val="both"/>
      </w:pPr>
      <w:r>
        <w:rPr>
          <w:rtl/>
        </w:rPr>
        <w:t>ב. צחוק משותף מחבר בין חברים.</w:t>
      </w:r>
    </w:p>
    <w:p>
      <w:pPr>
        <w:bidi/>
        <w:spacing w:before="0" w:after="40"/>
        <w:jc w:val="both"/>
      </w:pPr>
      <w:r>
        <w:rPr>
          <w:rtl/>
        </w:rPr>
        <w:t>ג. לפני החלטה כדאי להתייעץ עם מבוגר.</w:t>
      </w:r>
    </w:p>
    <w:p>
      <w:pPr>
        <w:bidi/>
        <w:spacing w:before="0" w:after="40"/>
        <w:jc w:val="both"/>
      </w:pPr>
      <w:r>
        <w:rPr>
          <w:rtl/>
        </w:rPr>
        <w:t>ד. כשמבינים את נקודת המבט של אחר, מחליטים בצורה הוגנת.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משפט של «חצי הכוס המלאה» או של «חצי הכוס הריקה»?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חצי הכוס המלאה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חצי הכוס הריקה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«יכול להיות שמחר יהיה טוב יותר», «למדתי משהו חדש», «לפחות ניסיתי»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«הכול תמיד הולך לי רע», «אין לי סיכוי», «זה היום הכי גרוע בעולם»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ראייה חיובית פירושה להעמיד פנים שהכול מושלם. – לא נכון – ראייה חיובית היא לראות גם את הטוב ולחפש פתרון, בלי להתעלם מהקושי.</w:t>
      </w:r>
    </w:p>
    <w:p>
      <w:pPr>
        <w:bidi/>
        <w:spacing w:before="0" w:after="40"/>
        <w:jc w:val="both"/>
      </w:pPr>
      <w:r>
        <w:rPr>
          <w:rtl/>
        </w:rPr>
        <w:t>ב. בדיחה שמישהו נעלב ממנה היא פגיעה. – נכון</w:t>
      </w:r>
    </w:p>
    <w:p>
      <w:pPr>
        <w:bidi/>
        <w:spacing w:before="0" w:after="40"/>
        <w:jc w:val="both"/>
      </w:pPr>
      <w:r>
        <w:rPr>
          <w:rtl/>
        </w:rPr>
        <w:t>ג. לפני החלטה כדאי לחשוב על כמה אפשרויות. – נכון</w:t>
      </w:r>
    </w:p>
    <w:p>
      <w:pPr>
        <w:bidi/>
        <w:spacing w:before="0" w:after="40"/>
        <w:jc w:val="both"/>
      </w:pPr>
      <w:r>
        <w:rPr>
          <w:rtl/>
        </w:rPr>
        <w:t>ד. כל האנשים רואים כל מצב בדיוק באותה דרך. – לא נכון – לכל אחד יש נקודת מבט משלו.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הכלי מ«ארגז הכלים» לבין המצב שבו הוא עוזר.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נשימה עמוקה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אני צריך להחליט מה לעשות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מסר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משהו התבטל ואני מאוכזב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חצי הכוס המלאה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חבר פגע בי ואני רוצה לומר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עוצרים–חושבים–בוחרים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אני מרגיש כעס עולה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איזו בדיחה מתאימה לכיתה?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בדיחה על פינגווין שהולך לים</w:t>
      </w:r>
    </w:p>
    <w:p>
      <w:pPr>
        <w:bidi/>
        <w:spacing w:before="0" w:after="20"/>
        <w:jc w:val="both"/>
      </w:pPr>
      <w:r>
        <w:rPr>
          <w:rtl/>
        </w:rPr>
        <w:t>ב. דניאל קיבל ציון נמוך. איזו מחשבה היא «חצי הכוס המלאה»?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«אשאל את המורה מה לא הבנתי ואשתפר»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כתבו: «הומור שמחבר» או «צחוק שפוגע».</w:t>
      </w:r>
    </w:p>
    <w:p>
      <w:pPr>
        <w:bidi/>
        <w:spacing w:before="0" w:after="100"/>
        <w:jc w:val="both"/>
      </w:pPr>
      <w:r>
        <w:rPr>
          <w:rtl/>
        </w:rPr>
        <w:t>א. כל הכיתה צוחקת על תחפושת הבננה שהמורה לבשה בפורים, והיא צוחקת איתם.  ← הומור שמחבר</w:t>
      </w:r>
    </w:p>
    <w:p>
      <w:pPr>
        <w:bidi/>
        <w:spacing w:before="0" w:after="100"/>
        <w:jc w:val="both"/>
      </w:pPr>
      <w:r>
        <w:rPr>
          <w:rtl/>
        </w:rPr>
        <w:t>ב. ילדים מחקים את הדרך שבה עומר מדבר.  ← צחוק שפוגע</w:t>
      </w:r>
    </w:p>
    <w:p>
      <w:pPr>
        <w:bidi/>
        <w:spacing w:before="0" w:after="100"/>
        <w:jc w:val="both"/>
      </w:pPr>
      <w:r>
        <w:rPr>
          <w:rtl/>
        </w:rPr>
        <w:t>ג. נועה מספרת בדיחה על חתול שרצה להיות כלב.  ← הומור שמחבר</w:t>
      </w:r>
    </w:p>
    <w:p>
      <w:pPr>
        <w:bidi/>
        <w:spacing w:before="0" w:after="100"/>
        <w:jc w:val="both"/>
      </w:pPr>
      <w:r>
        <w:rPr>
          <w:rtl/>
        </w:rPr>
        <w:t>ד. צוחקים על ילד שהפיל את המגש בחדר האוכל.  ← צחוק שפוגע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עוצרים – חושבים – בוחרים: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הבעיה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אפשרות 1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אפשרות 2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בחרתי ולמה?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מבקש להעתיק ממני בבוחן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לתת לו להעתיק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לסרב בנימוס ולהציע ללמוד יחד אחר כך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לסרב ולהציע עזרה – כי העתקה לא הוגנת ולא עוזרת לו ללמוד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מצאתי ארנק בחצר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להשאיר לעצמי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למסור למורה או למזכירות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למסור – כי הארנק שייך למישהו שמחפש אותו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«יום הגשם».</w:t>
      </w:r>
    </w:p>
    <w:p>
      <w:pPr>
        <w:bidi/>
        <w:spacing w:before="0" w:after="20"/>
        <w:jc w:val="both"/>
      </w:pPr>
      <w:r>
        <w:rPr>
          <w:rtl/>
        </w:rPr>
        <w:t>א. למה התאכזבו הילדים?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יום הספורט נדחה</w:t>
      </w:r>
    </w:p>
    <w:p>
      <w:pPr>
        <w:bidi/>
        <w:spacing w:before="0" w:after="20"/>
        <w:jc w:val="both"/>
      </w:pPr>
      <w:r>
        <w:rPr>
          <w:rtl/>
        </w:rPr>
        <w:t>ב. מה עשתה המורה קודם?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אמרה שמותר להתאכזב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השתנתה המחשבה של איתי מתחילת הסיפור ועד סופו? הביאו מילים מהסיפור.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בהתחלה חשב «תמיד הכול נהרס» (חצי הכוס הריקה); בסוף אמר «זה היה יום מצחיק» – ראה גם את הטוב.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את «ארגז הכלים» שלכם: ארגז ובתוכו לפחות ארבעה כלים שלמדתם השנה, וליד כל כלי – מתי משתמשים בו.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ארגז עם לפחות ארבעה כלים מתאימים (נשימה, מסר אני, חצי הכוס המלאה, עוצרים–חושבים–בוחרים, בקשת עזרה) ומצב לכל אחד.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על משהו לא נעים שקרה לכם, ומצאו בו את «חצי הכוס המלאה».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שמתארת קושי ומוצאת בו צד חיובי, לקח או פתרון.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אריאל ויואב ראו את אותו מצב – ילד חדש שותק בהפסקה. אריאל חשב: «הוא לא רוצה חברים». יואב חשב: «אולי הוא מתבייש». איזו נקודת מבט תוביל להחלטה טובה יותר? נמקו.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נקודת המבט של יואב, כי היא מבינה את רגשות הילד החדש ומובילה לפעולה – להזמין אותו; כדאי לבדוק ולשאול לפני שמסיקים מסקנות.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גזרו את כרטיסי השלבים, והדביקו לפי הסדר: איך מקבלים החלטה טובה.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✋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עוצרים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🤔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חושבים על כמה אפשרויות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בודקים מה יקרה בכל אחת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בוחרים ומנסים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מתחו קו מכל מצב אל המחשבה החיובית שמתאימה לו.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ירד גשם ולא יצאנו לפארק  ←  ג. «נשחק משחק קופסה בבית»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טעיתי בתרגיל  ←  ד. «מטעויות לומדים»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לא נבחרתי לנבחרת  ←  א. «אתאמן ואנסה שוב»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החבר שלי חולה  ←  ב. «אתקשר אליו לשאול מה שלומו»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