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ד'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«צביטה בלב»: רגישות למצבי פגיעה בין חברים ותיקון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לזהות פגיעה בין חברים, לבקש סליחה אמיתית ולתמוך בנפגע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4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סוגי פגיעה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במילים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כינוי מעליב, לעג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במעשה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דחיפה, חטיפת חפץ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בהתעלמות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לא עונים, לא מזמינים, מרחיקים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לשים לב לסימנים</w:t>
      </w:r>
    </w:p>
    <w:p>
      <w:pPr>
        <w:bidi/>
        <w:spacing w:before="0" w:after="20"/>
        <w:jc w:val="both"/>
      </w:pPr>
      <w:r>
        <w:rPr>
          <w:rtl/>
        </w:rPr>
        <w:t>1. חבר משתתק או מתרחק פתאום.</w:t>
      </w:r>
    </w:p>
    <w:p>
      <w:pPr>
        <w:bidi/>
        <w:spacing w:before="0" w:after="20"/>
        <w:jc w:val="both"/>
      </w:pPr>
      <w:r>
        <w:rPr>
          <w:rtl/>
        </w:rPr>
        <w:t>2. הפנים נופלות או העיניים דומעות.</w:t>
      </w:r>
    </w:p>
    <w:p>
      <w:pPr>
        <w:bidi/>
        <w:spacing w:before="0" w:after="20"/>
        <w:jc w:val="both"/>
      </w:pPr>
      <w:r>
        <w:rPr>
          <w:rtl/>
        </w:rPr>
        <w:t>3. שואלים: «נראה שמשהו הציק לך, רוצה לספר?»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איך מאחים לב שבור?</w:t>
      </w:r>
    </w:p>
    <w:p>
      <w:pPr>
        <w:bidi/>
        <w:spacing w:before="0" w:after="40"/>
        <w:jc w:val="both"/>
      </w:pPr>
      <w:r>
        <w:rPr>
          <w:rtl/>
        </w:rPr>
        <w:t>סליחה אמיתית בנויה משלושה חלקים, ואחריה מעשה של תיקון.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«סליחה שחיקיתי אותך (מה עשיתי). הבנתי שזה הביך אותך (מה הבנתי). זה לא יקרה שוב (מה אעשה).»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נפגעתי? ראיתי פגיעה?</w:t>
      </w:r>
    </w:p>
    <w:p>
      <w:pPr>
        <w:bidi/>
        <w:spacing w:before="0" w:after="20"/>
        <w:jc w:val="both"/>
      </w:pPr>
      <w:r>
        <w:rPr>
          <w:rtl/>
        </w:rPr>
        <w:t>1. נפגעתי: «מסר אני» – אני מרגיש... כש... ואני מבקש...</w:t>
      </w:r>
    </w:p>
    <w:p>
      <w:pPr>
        <w:bidi/>
        <w:spacing w:before="0" w:after="20"/>
        <w:jc w:val="both"/>
      </w:pPr>
      <w:r>
        <w:rPr>
          <w:rtl/>
        </w:rPr>
        <w:t>2. ראיתי: לא מצטרפים לצחוק ועומדים לצד הנפגע.</w:t>
      </w:r>
    </w:p>
    <w:p>
      <w:pPr>
        <w:bidi/>
        <w:spacing w:before="0" w:after="20"/>
        <w:jc w:val="both"/>
      </w:pPr>
      <w:r>
        <w:rPr>
          <w:rtl/>
        </w:rPr>
        <w:t>3. מספרים למורה או ליועצת.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פגעתי? עוצרים, מודים, מבקשים סליחה אמיתית ומתקנים. נפגעתי? אומרים «מסר אני» או פונים למבוגר. ראיתי פגיעה? תומכים בנפגע ומספרים למבוגר.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ילדים מתלחשים וצוחקים כשנועם עובר. מה עושה ילד עם לב זהב?</w:t>
      </w:r>
    </w:p>
    <w:p>
      <w:pPr>
        <w:bidi/>
        <w:spacing w:before="0" w:after="20"/>
        <w:jc w:val="both"/>
      </w:pPr>
      <w:r>
        <w:rPr>
          <w:rtl/>
        </w:rPr>
        <w:t>1. מזהה שזו פגיעה בצחוק ובהרחקה.</w:t>
      </w:r>
    </w:p>
    <w:p>
      <w:pPr>
        <w:bidi/>
        <w:spacing w:before="0" w:after="20"/>
        <w:jc w:val="both"/>
      </w:pPr>
      <w:r>
        <w:rPr>
          <w:rtl/>
        </w:rPr>
        <w:t>2. לא מצטרף, ואומר בשקט: «די, זה לא נעים».</w:t>
      </w:r>
    </w:p>
    <w:p>
      <w:pPr>
        <w:bidi/>
        <w:spacing w:before="0" w:after="20"/>
        <w:jc w:val="both"/>
      </w:pPr>
      <w:r>
        <w:rPr>
          <w:rtl/>
        </w:rPr>
        <w:t>3. ניגש לנועם, מזמין אותו להצטרף, ואם זה חוזר – מספר למורה.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לא מצטרף לצחוק, תומך בנועם ומספר למבוגר אם הפגיעה חוזרת.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  <w:jc w:val="both"/>
      </w:pPr>
      <w:r>
        <w:rPr>
          <w:rtl/>
        </w:rPr>
        <w:t>א. התעלמות מכוונת היא סוג של __________.</w:t>
      </w:r>
    </w:p>
    <w:p>
      <w:pPr>
        <w:bidi/>
        <w:spacing w:before="0" w:after="60"/>
        <w:jc w:val="both"/>
      </w:pPr>
      <w:r>
        <w:rPr>
          <w:rtl/>
        </w:rPr>
        <w:t>ב. סליחה אמיתית כוללת: מה עשיתי, מה __________ ומה אעשה.</w:t>
      </w:r>
    </w:p>
    <w:p>
      <w:pPr>
        <w:bidi/>
        <w:spacing w:before="0" w:after="60"/>
        <w:jc w:val="both"/>
      </w:pPr>
      <w:r>
        <w:rPr>
          <w:rtl/>
        </w:rPr>
        <w:t>ג. ילד עם «לב זהב» לא __________ לצחוק על חבר.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פגיעה · ב. הבנתי · ג. מצטרף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