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דרכי התמודדות עם קושי ופנייה לעזרה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כלים להתמודדות עם רגעים קשים, ולמי פונים לעזרה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4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רגשות ובחירות</w:t>
      </w:r>
    </w:p>
    <w:p>
      <w:pPr>
        <w:bidi/>
        <w:spacing w:before="0" w:after="40"/>
        <w:jc w:val="both"/>
      </w:pPr>
      <w:r>
        <w:rPr>
          <w:rtl/>
        </w:rPr>
        <w:t>פחד, כעס, עצב ודאגה הם רגשות טבעיים. את דרך ההתמודדות אנחנו בוחרים.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ארגז הכלים שלי</w:t>
      </w:r>
    </w:p>
    <w:p>
      <w:pPr>
        <w:bidi/>
        <w:spacing w:before="0" w:after="20"/>
        <w:jc w:val="both"/>
      </w:pPr>
      <w:r>
        <w:rPr>
          <w:rtl/>
        </w:rPr>
        <w:t>1. נשימות איטיות, ספירה עד עשר.</w:t>
      </w:r>
    </w:p>
    <w:p>
      <w:pPr>
        <w:bidi/>
        <w:spacing w:before="0" w:after="20"/>
        <w:jc w:val="both"/>
      </w:pPr>
      <w:r>
        <w:rPr>
          <w:rtl/>
        </w:rPr>
        <w:t>2. הפסקה קצרה, תנועה, שתיית מים.</w:t>
      </w:r>
    </w:p>
    <w:p>
      <w:pPr>
        <w:bidi/>
        <w:spacing w:before="0" w:after="20"/>
        <w:jc w:val="both"/>
      </w:pPr>
      <w:r>
        <w:rPr>
          <w:rtl/>
        </w:rPr>
        <w:t>3. דיבור עצמי מעודד: «אני יכול לנסות שוב».</w:t>
      </w:r>
    </w:p>
    <w:p>
      <w:pPr>
        <w:bidi/>
        <w:spacing w:before="0" w:after="20"/>
        <w:jc w:val="both"/>
      </w:pPr>
      <w:r>
        <w:rPr>
          <w:rtl/>
        </w:rPr>
        <w:t>4. חלוקת בעיה גדולה לצעדים קטנים.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עצור – חשוב – בחר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עצור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עוצרים את הגוף ונושמים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חשוב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קרה? מה אני מרגיש? מה האפשרויות?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בחר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בוחרים דרך שעוזרת ולא מזיקה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למי פונים?</w:t>
      </w:r>
    </w:p>
    <w:p>
      <w:pPr>
        <w:bidi/>
        <w:spacing w:before="0" w:after="40"/>
        <w:jc w:val="both"/>
      </w:pPr>
      <w:r>
        <w:rPr>
          <w:rtl/>
        </w:rPr>
        <w:t>הורה, מורה, יועצת או יועץ בית הספר, מדריך, קרוב משפחה. אם מבוגר אחד לא הקשיב – פונים לאחר.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רגשות הם טבעיים, ואת הדרך אנחנו בוחרים. נשמו, עצרו–חשבו–בחרו, ואם קשה – בקשו עזרה ממבוגר שאתם סומכים עליו.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איתי כועס כי ילד חטף לו את הכדור. איך יפעל לפי «עצור – חשוב – בחר»?</w:t>
      </w:r>
    </w:p>
    <w:p>
      <w:pPr>
        <w:bidi/>
        <w:spacing w:before="0" w:after="20"/>
        <w:jc w:val="both"/>
      </w:pPr>
      <w:r>
        <w:rPr>
          <w:rtl/>
        </w:rPr>
        <w:t>1. עצור: מוריד את הידיים ונושם שלוש נשימות.</w:t>
      </w:r>
    </w:p>
    <w:p>
      <w:pPr>
        <w:bidi/>
        <w:spacing w:before="0" w:after="20"/>
        <w:jc w:val="both"/>
      </w:pPr>
      <w:r>
        <w:rPr>
          <w:rtl/>
        </w:rPr>
        <w:t>2. חשוב: «אני כועס; אני יכול לצעוק, לבקש בחזרה או לפנות לתורן».</w:t>
      </w:r>
    </w:p>
    <w:p>
      <w:pPr>
        <w:bidi/>
        <w:spacing w:before="0" w:after="20"/>
        <w:jc w:val="both"/>
      </w:pPr>
      <w:r>
        <w:rPr>
          <w:rtl/>
        </w:rPr>
        <w:t>3. בחר: מבקש בתקיפות «תחזיר בבקשה», ואם לא – פונה למורה התורנית.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עוצר ונושם, חושב על אפשרויות ובוחר לבקש בתקיפות ובלי אלימות, ואם צריך – פונה למבוגר.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שלושת הצעדים: עצור, __________, בחר.</w:t>
      </w:r>
    </w:p>
    <w:p>
      <w:pPr>
        <w:bidi/>
        <w:spacing w:before="0" w:after="60"/>
        <w:jc w:val="both"/>
      </w:pPr>
      <w:r>
        <w:rPr>
          <w:rtl/>
        </w:rPr>
        <w:t>ב. «אני יכול לנסות שוב» הוא דיבור עצמי __________.</w:t>
      </w:r>
    </w:p>
    <w:p>
      <w:pPr>
        <w:bidi/>
        <w:spacing w:before="0" w:after="60"/>
        <w:jc w:val="both"/>
      </w:pPr>
      <w:r>
        <w:rPr>
          <w:rtl/>
        </w:rPr>
        <w:t>ג. סוד שמרגיש רע מספרים ל__________ שסומכים עליו.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חשוב · ב. מעודד · ג. מבוגר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