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בעד עצמי: מסכים ולא מסכים, ונגיעות מתאימות ולא מתאימות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במילים מן המחסן.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מחסן מילים: שואלים  |  אשמה  |  שייך  |  לא</w:t>
      </w:r>
    </w:p>
    <w:p>
      <w:pPr>
        <w:bidi/>
        <w:spacing w:before="0" w:after="60"/>
        <w:jc w:val="both"/>
      </w:pPr>
      <w:r>
        <w:rPr>
          <w:rtl/>
        </w:rPr>
        <w:t>א. הגוף שלי __________ לי.</w:t>
      </w:r>
    </w:p>
    <w:p>
      <w:pPr>
        <w:bidi/>
        <w:spacing w:before="0" w:after="60"/>
        <w:jc w:val="both"/>
      </w:pPr>
      <w:r>
        <w:rPr>
          <w:rtl/>
        </w:rPr>
        <w:t>ב. מותר לי לומר «__________» כשמשהו לא נעים לי.</w:t>
      </w:r>
    </w:p>
    <w:p>
      <w:pPr>
        <w:bidi/>
        <w:spacing w:before="0" w:after="60"/>
        <w:jc w:val="both"/>
      </w:pPr>
      <w:r>
        <w:rPr>
          <w:rtl/>
        </w:rPr>
        <w:t>ג. אם אני לא בטוח שהחבר רוצה – __________ אותו.</w:t>
      </w:r>
    </w:p>
    <w:p>
      <w:pPr>
        <w:bidi/>
        <w:spacing w:before="0" w:after="60"/>
        <w:jc w:val="both"/>
      </w:pPr>
      <w:r>
        <w:rPr>
          <w:rtl/>
        </w:rPr>
        <w:t>ד. נגיעה לא מתאימה היא אף פעם לא __________ של הילד.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נגיעה מתאימה או נגיעה לא מתאימה?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לחיצת יד בברכת שלום  |  «כיף» אחרי גול  |  דגדוג שממשיך אחרי שאמרו «די»  |  חיבוק מסבתא כשאני רוצה  |  נגיעה שמבקשים לשמור עליה בסוד  |  דחיפה בתור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מתאימה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מתאימה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מותר לומר «לא» גם למבוגר כשנגיעה מרגישה לא נעימה.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הסכמתי פעם אחת – אני חייב להסכים תמיד.      נכון / לא נכון</w:t>
      </w:r>
    </w:p>
    <w:p>
      <w:pPr>
        <w:bidi/>
        <w:spacing w:before="0" w:after="60"/>
        <w:jc w:val="both"/>
      </w:pPr>
      <w:r>
        <w:rPr>
          <w:rtl/>
        </w:rPr>
        <w:t>ג. הפתעה למסיבת יום הולדת היא סוד שמרגיש רע.      נכון / לא נכון</w:t>
      </w:r>
    </w:p>
    <w:p>
      <w:pPr>
        <w:bidi/>
        <w:spacing w:before="0" w:after="60"/>
        <w:jc w:val="both"/>
      </w:pPr>
      <w:r>
        <w:rPr>
          <w:rtl/>
        </w:rPr>
        <w:t>ד. לכל אדם יש מרחב אישי, גם לחבר שלי.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מצב את התגובה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חבר ממשיך לדגדג אחרי שאמרתי «די»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מציעים «כיף» או נפנוף במקום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מישהו עומד קרוב מדי בתור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מבקשים בנימוס «תתרחק קצת בבקשה»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דוד רוצה חיבוק ואני לא רוצה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אומרים בקול ברור «עצור!» ומתרחקים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מישהו אומר «אל תספר לאף אחד» על נגיעה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מספרים מיד להורה או למורה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עושים אם חבר אומר «לא בא לי להיאבק»?</w:t>
      </w:r>
    </w:p>
    <w:p>
      <w:pPr>
        <w:bidi/>
        <w:spacing w:before="0" w:after="80"/>
        <w:jc w:val="both"/>
      </w:pPr>
      <w:r>
        <w:rPr>
          <w:rtl/>
        </w:rPr>
        <w:t xml:space="preserve">   ○ ממשיכים כי זה רק צחוק      ○ עוצרים ומציעים משחק אחר      ○ קוראים לו פחדן</w:t>
      </w:r>
    </w:p>
    <w:p>
      <w:pPr>
        <w:bidi/>
        <w:spacing w:before="0" w:after="20"/>
        <w:jc w:val="both"/>
      </w:pPr>
      <w:r>
        <w:rPr>
          <w:rtl/>
        </w:rPr>
        <w:t>ב. מתי מותרת בדיקה של רופא בגוף?</w:t>
      </w:r>
    </w:p>
    <w:p>
      <w:pPr>
        <w:bidi/>
        <w:spacing w:before="0" w:after="80"/>
        <w:jc w:val="both"/>
      </w:pPr>
      <w:r>
        <w:rPr>
          <w:rtl/>
        </w:rPr>
        <w:t xml:space="preserve">   ○ כשהורה או מבוגר אחראי נמצא בחדר      ○ אף פעם      ○ רק אם הרופא מבקש לשמור סוד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סוד כתבו «הפתעה – שומרים» או «סוד רע – מספרים».</w:t>
      </w:r>
    </w:p>
    <w:p>
      <w:pPr>
        <w:bidi/>
        <w:spacing w:before="0" w:after="100"/>
        <w:jc w:val="both"/>
      </w:pPr>
      <w:r>
        <w:rPr>
          <w:rtl/>
        </w:rPr>
        <w:t>א. מתנה שהכנו לאבא ליום ההולדת.</w:t>
      </w:r>
    </w:p>
    <w:p>
      <w:pPr>
        <w:bidi/>
        <w:spacing w:before="0" w:after="100"/>
        <w:jc w:val="both"/>
      </w:pPr>
      <w:r>
        <w:rPr>
          <w:rtl/>
        </w:rPr>
        <w:t>ב. ילד גדול מאיים שאם אספר – יפגע בי.</w:t>
      </w:r>
    </w:p>
    <w:p>
      <w:pPr>
        <w:bidi/>
        <w:spacing w:before="0" w:after="100"/>
        <w:jc w:val="both"/>
      </w:pPr>
      <w:r>
        <w:rPr>
          <w:rtl/>
        </w:rPr>
        <w:t>ג. מסיבת הפתעה למורה בסוף השנה.</w:t>
      </w:r>
    </w:p>
    <w:p>
      <w:pPr>
        <w:bidi/>
        <w:spacing w:before="0" w:after="100"/>
        <w:jc w:val="both"/>
      </w:pPr>
      <w:r>
        <w:rPr>
          <w:rtl/>
        </w:rPr>
        <w:t>ד. מישהו ברשת מבקש שלא אספר להורים שאנחנו מדברים.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השלימו: מה אני יכול לומר?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יכול לומר?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יושב צמוד אליי ולוחץ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ילדה רוצה לגעת לי בשיער ואני לא רוצה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 לא בטוח שהחבר רוצה שאחבק אותו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המשחק של נועם ויהונתן</w:t>
      </w:r>
    </w:p>
    <w:p>
      <w:pPr>
        <w:bidi/>
        <w:spacing w:before="0" w:after="80"/>
        <w:jc w:val="both"/>
      </w:pPr>
      <w:r>
        <w:rPr>
          <w:rtl/>
        </w:rPr>
        <w:t>נועם ויהונתן אוהבים לשחק בהפסקה ב«היאבקות דובים»: הם נדחפים בצחוק על הדשא ומי שנופל ראשון מפסיד. ביום רביעי יהונתן קם עם כאב ראש. כשנועם התחיל לדחוף, יהונתן אמר: «די, לא היום.»</w:t>
      </w:r>
    </w:p>
    <w:p>
      <w:pPr>
        <w:bidi/>
        <w:spacing w:before="0" w:after="80"/>
        <w:jc w:val="both"/>
      </w:pPr>
      <w:r>
        <w:rPr>
          <w:rtl/>
        </w:rPr>
        <w:t>נועם צחק והמשיך: «נו, אל תהיה כזה!» יהונתן חזר בקול חזק: «אמרתי די!» והתרחק.</w:t>
      </w:r>
    </w:p>
    <w:p>
      <w:pPr>
        <w:bidi/>
        <w:spacing w:before="0" w:after="80"/>
        <w:jc w:val="both"/>
      </w:pPr>
      <w:r>
        <w:rPr>
          <w:rtl/>
        </w:rPr>
        <w:t>נועם נעצר. הוא נזכר במה שלמדו בכיתה: כשמישהו אומר «די» – עוצרים מיד. הוא ניגש ליהונתן ואמר: «סליחה. רוצה לשחק במשהו רגוע?» השניים ישבו ושיחקו בקלפים.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הסיפור.</w:t>
      </w:r>
    </w:p>
    <w:p>
      <w:pPr>
        <w:bidi/>
        <w:spacing w:before="0" w:after="20"/>
        <w:jc w:val="both"/>
      </w:pPr>
      <w:r>
        <w:rPr>
          <w:rtl/>
        </w:rPr>
        <w:t>א. למה יהונתן לא רצה לשחק ביום רביעי?</w:t>
      </w:r>
    </w:p>
    <w:p>
      <w:pPr>
        <w:bidi/>
        <w:spacing w:before="0" w:after="80"/>
        <w:jc w:val="both"/>
      </w:pPr>
      <w:r>
        <w:rPr>
          <w:rtl/>
        </w:rPr>
        <w:t xml:space="preserve">   ○ כי הוא כעס על נועם      ○ כי כאב לו הראש      ○ כי המורה אסרה</w:t>
      </w:r>
    </w:p>
    <w:p>
      <w:pPr>
        <w:bidi/>
        <w:spacing w:before="0" w:after="20"/>
        <w:jc w:val="both"/>
      </w:pPr>
      <w:r>
        <w:rPr>
          <w:rtl/>
        </w:rPr>
        <w:t>ב. מה עשה יהונתן כשנועם המשיך לדחוף?</w:t>
      </w:r>
    </w:p>
    <w:p>
      <w:pPr>
        <w:bidi/>
        <w:spacing w:before="0" w:after="80"/>
        <w:jc w:val="both"/>
      </w:pPr>
      <w:r>
        <w:rPr>
          <w:rtl/>
        </w:rPr>
        <w:t xml:space="preserve">   ○ אמר «די» בקול חזק והתרחק      ○ החזיר מכה      ○ בכה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מה למד נועם מהמקרה? הסבירו בעזרת המשפט «לפעמים כן ולפעמים לא».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את «הבועה» שלכם: ציירו את עצמכם במרכז ועיגול סביבכם. בתוך העיגול כתבו מי מותר לו להתקרב מאוד, ומחוצה לו – מי צריך לשמור מרחק.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שלושה צעדים שעושים אם מישהו נוגע בכם בצורה לא מתאימה.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חבר אומר: «אם אספר למבוגר, אולי לא יאמינו לי». מה תגידו לו? כתבו שני רעיונות.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בעד עצמי: מסכים ולא מסכים, ונגיעות מתאימות ולא מתאימות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במילים מן המחסן.</w:t>
      </w:r>
    </w:p>
    <w:p>
      <w:pPr>
        <w:bidi/>
        <w:spacing w:before="0" w:after="40"/>
        <w:jc w:val="both"/>
      </w:pPr>
      <w:r>
        <w:rPr>
          <w:rtl/>
        </w:rPr>
        <w:t>א. הגוף שלי שייך לי.</w:t>
      </w:r>
    </w:p>
    <w:p>
      <w:pPr>
        <w:bidi/>
        <w:spacing w:before="0" w:after="40"/>
        <w:jc w:val="both"/>
      </w:pPr>
      <w:r>
        <w:rPr>
          <w:rtl/>
        </w:rPr>
        <w:t>ב. מותר לי לומר «לא» כשמשהו לא נעים לי.</w:t>
      </w:r>
    </w:p>
    <w:p>
      <w:pPr>
        <w:bidi/>
        <w:spacing w:before="0" w:after="40"/>
        <w:jc w:val="both"/>
      </w:pPr>
      <w:r>
        <w:rPr>
          <w:rtl/>
        </w:rPr>
        <w:t>ג. אם אני לא בטוח שהחבר רוצה – שואלים אותו.</w:t>
      </w:r>
    </w:p>
    <w:p>
      <w:pPr>
        <w:bidi/>
        <w:spacing w:before="0" w:after="40"/>
        <w:jc w:val="both"/>
      </w:pPr>
      <w:r>
        <w:rPr>
          <w:rtl/>
        </w:rPr>
        <w:t>ד. נגיעה לא מתאימה היא אף פעם לא אשמה של הילד.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נגיעה מתאימה או נגיעה לא מתאימה?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מתאימה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מתאימה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לחיצת יד בברכת שלום, «כיף» אחרי גול, חיבוק מסבתא כשאני רוצה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דגדוג שממשיך אחרי שאמרו «די», נגיעה שמבקשים לשמור עליה בסוד, דחיפה בתור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מותר לומר «לא» גם למבוגר כשנגיעה מרגישה לא נעימה. – נכון</w:t>
      </w:r>
    </w:p>
    <w:p>
      <w:pPr>
        <w:bidi/>
        <w:spacing w:before="0" w:after="40"/>
        <w:jc w:val="both"/>
      </w:pPr>
      <w:r>
        <w:rPr>
          <w:rtl/>
        </w:rPr>
        <w:t>ב. אם הסכמתי פעם אחת – אני חייב להסכים תמיד. – לא נכון – אפשר להסכים פעם אחת ולא להסכים בפעם אחרת</w:t>
      </w:r>
    </w:p>
    <w:p>
      <w:pPr>
        <w:bidi/>
        <w:spacing w:before="0" w:after="40"/>
        <w:jc w:val="both"/>
      </w:pPr>
      <w:r>
        <w:rPr>
          <w:rtl/>
        </w:rPr>
        <w:t>ג. הפתעה למסיבת יום הולדת היא סוד שמרגיש רע. – לא נכון – הפתעה שמחה ונגמרת מהר; סוד שמרגיש רע או מפחיד – מספרים למבוגר</w:t>
      </w:r>
    </w:p>
    <w:p>
      <w:pPr>
        <w:bidi/>
        <w:spacing w:before="0" w:after="40"/>
        <w:jc w:val="both"/>
      </w:pPr>
      <w:r>
        <w:rPr>
          <w:rtl/>
        </w:rPr>
        <w:t>ד. לכל אדם יש מרחב אישי, גם לחבר שלי.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מצב את התגובה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חבר ממשיך לדגדג אחרי שאמרתי «די»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מציעים «כיף» או נפנוף במקום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מישהו עומד קרוב מדי בתור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מבקשים בנימוס «תתרחק קצת בבקשה»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דוד רוצה חיבוק ואני לא רוצה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אומרים בקול ברור «עצור!» ומתרחקים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מישהו אומר «אל תספר לאף אחד» על נגיעה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מספרים מיד להורה או למורה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עושים אם חבר אומר «לא בא לי להיאבק»?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עוצרים ומציעים משחק אחר</w:t>
      </w:r>
    </w:p>
    <w:p>
      <w:pPr>
        <w:bidi/>
        <w:spacing w:before="0" w:after="20"/>
        <w:jc w:val="both"/>
      </w:pPr>
      <w:r>
        <w:rPr>
          <w:rtl/>
        </w:rPr>
        <w:t>ב. מתי מותרת בדיקה של רופא בגוף?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כשהורה או מבוגר אחראי נמצא בחדר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סוד כתבו «הפתעה – שומרים» או «סוד רע – מספרים».</w:t>
      </w:r>
    </w:p>
    <w:p>
      <w:pPr>
        <w:bidi/>
        <w:spacing w:before="0" w:after="100"/>
        <w:jc w:val="both"/>
      </w:pPr>
      <w:r>
        <w:rPr>
          <w:rtl/>
        </w:rPr>
        <w:t>א. מתנה שהכנו לאבא ליום ההולדת.  ← הפתעה – שומרים</w:t>
      </w:r>
    </w:p>
    <w:p>
      <w:pPr>
        <w:bidi/>
        <w:spacing w:before="0" w:after="100"/>
        <w:jc w:val="both"/>
      </w:pPr>
      <w:r>
        <w:rPr>
          <w:rtl/>
        </w:rPr>
        <w:t>ב. ילד גדול מאיים שאם אספר – יפגע בי.  ← סוד רע – מספרים</w:t>
      </w:r>
    </w:p>
    <w:p>
      <w:pPr>
        <w:bidi/>
        <w:spacing w:before="0" w:after="100"/>
        <w:jc w:val="both"/>
      </w:pPr>
      <w:r>
        <w:rPr>
          <w:rtl/>
        </w:rPr>
        <w:t>ג. מסיבת הפתעה למורה בסוף השנה.  ← הפתעה – שומרים</w:t>
      </w:r>
    </w:p>
    <w:p>
      <w:pPr>
        <w:bidi/>
        <w:spacing w:before="0" w:after="100"/>
        <w:jc w:val="both"/>
      </w:pPr>
      <w:r>
        <w:rPr>
          <w:rtl/>
        </w:rPr>
        <w:t>ד. מישהו ברשת מבקש שלא אספר להורים שאנחנו מדברים.  ← סוד רע – מספרים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השלימו: מה אני יכול לומר?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יכול לומר?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יושב צמוד אליי ולוחץ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«זוז קצת בבקשה, צפוף לי.»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ילדה רוצה לגעת לי בשיער ואני לא רוצה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«אני לא רוצה, תודה.»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 לא בטוח שהחבר רוצה שאחבק אותו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«אפשר לחבק אותך?»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הסיפור.</w:t>
      </w:r>
    </w:p>
    <w:p>
      <w:pPr>
        <w:bidi/>
        <w:spacing w:before="0" w:after="20"/>
        <w:jc w:val="both"/>
      </w:pPr>
      <w:r>
        <w:rPr>
          <w:rtl/>
        </w:rPr>
        <w:t>א. למה יהונתן לא רצה לשחק ביום רביעי?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כאב לו הראש</w:t>
      </w:r>
    </w:p>
    <w:p>
      <w:pPr>
        <w:bidi/>
        <w:spacing w:before="0" w:after="20"/>
        <w:jc w:val="both"/>
      </w:pPr>
      <w:r>
        <w:rPr>
          <w:rtl/>
        </w:rPr>
        <w:t>ב. מה עשה יהונתן כשנועם המשיך לדחוף?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אמר «די» בקול חזק והתרחק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מה למד נועם מהמקרה? הסבירו בעזרת המשפט «לפעמים כן ולפעמים לא».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גם אם יהונתן אוהב את המשחק בדרך כלל, היום הוא לא רצה, ומותר לו. כשחבר אומר «די» עוצרים מיד ומכבדים, ואפשר להציע משחק אחר.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את «הבועה» שלכם: ציירו את עצמכם במרכז ועיגול סביבכם. בתוך העיגול כתבו מי מותר לו להתקרב מאוד, ומחוצה לו – מי צריך לשמור מרחק.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דמות בתוך עיגול: בפנים – בני משפחה קרובים וחברים טובים (כשאני רוצה); בחוץ – אנשים לא מוכרים ומי שאני לא מרגיש איתו בנוח.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שלושה צעדים שעושים אם מישהו נוגע בכם בצורה לא מתאימה.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אומרים «לא!» בקול ברור; מתרחקים; מספרים מיד למבוגר שסומכים עליו (הורה, מורה, יועצת). זו לא אשמת הילד.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חבר אומר: «אם אספר למבוגר, אולי לא יאמינו לי». מה תגידו לו? כתבו שני רעיונות.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ממשיכים לספר עד שמבוגר מקשיב ועוזר – אפשר לפנות למבוגר אחר (הורה, מורה, יועצת); אפשר לספר יחד עם חבר; זה לא באשמתו, ומבוגרים אחראים רוצים לדעת כדי לשמור עליו.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