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פרטיות ברשת: לחשוב לפני שמצלמים, משתפים ומפיצים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שמירה על פרטיות, צילום ברשות ושיתוף באחריות ברשת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4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פרטים אישיים – שומרים</w:t>
      </w:r>
    </w:p>
    <w:p>
      <w:pPr>
        <w:bidi/>
        <w:spacing w:before="0" w:after="20"/>
        <w:jc w:val="both"/>
      </w:pPr>
      <w:r>
        <w:rPr>
          <w:rtl/>
        </w:rPr>
        <w:t>1. שם מלא, כתובת, טלפון, בית ספר, מיקום.</w:t>
      </w:r>
    </w:p>
    <w:p>
      <w:pPr>
        <w:bidi/>
        <w:spacing w:before="0" w:after="20"/>
        <w:jc w:val="both"/>
      </w:pPr>
      <w:r>
        <w:rPr>
          <w:rtl/>
        </w:rPr>
        <w:t>2. סיסמה – רק אצלי ואצל ההורים.</w:t>
      </w:r>
    </w:p>
    <w:p>
      <w:pPr>
        <w:bidi/>
        <w:spacing w:before="0" w:after="20"/>
        <w:jc w:val="both"/>
      </w:pPr>
      <w:r>
        <w:rPr>
          <w:rtl/>
        </w:rPr>
        <w:t>3. שם משתמש שלא מגלה מי אני.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לפני שמצלמים ולפני ששולחים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למה?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ביקשתי רשות?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 אחד מחליט על התמונה שלו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זה נכון?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מפיצים שמועות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זה עלול לפגוע?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שעולה לרשת מתפשט ונשאר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קיבלתי משהו פוגע?</w:t>
      </w:r>
    </w:p>
    <w:p>
      <w:pPr>
        <w:bidi/>
        <w:spacing w:before="0" w:after="40"/>
        <w:jc w:val="both"/>
      </w:pPr>
      <w:r>
        <w:rPr>
          <w:rtl/>
        </w:rPr>
        <w:t>לא מעבירים הלאה, לא מוסיפים צחוק, תומכים בנפגע ומספרים למבוגר.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משהו מפחיד או חשוד ברשת</w:t>
      </w:r>
    </w:p>
    <w:p>
      <w:pPr>
        <w:bidi/>
        <w:spacing w:before="0" w:after="20"/>
        <w:jc w:val="both"/>
      </w:pPr>
      <w:r>
        <w:rPr>
          <w:rtl/>
        </w:rPr>
        <w:t>1. סוגרים את המסך ולא עונים.</w:t>
      </w:r>
    </w:p>
    <w:p>
      <w:pPr>
        <w:bidi/>
        <w:spacing w:before="0" w:after="20"/>
        <w:jc w:val="both"/>
      </w:pPr>
      <w:r>
        <w:rPr>
          <w:rtl/>
        </w:rPr>
        <w:t>2. שומרים, חוסמים ומדווחים – יחד עם מבוגר.</w:t>
      </w:r>
    </w:p>
    <w:p>
      <w:pPr>
        <w:bidi/>
        <w:spacing w:before="0" w:after="20"/>
        <w:jc w:val="both"/>
      </w:pPr>
      <w:r>
        <w:rPr>
          <w:rtl/>
        </w:rPr>
        <w:t>3. מספרים להורה או למורה.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לפני כל שליחה: עוצרים – חושבים – ורק אז שולחים. פרטים אישיים וסיסמאות שומרים לעצמנו, מצלמים רק ברשות, ומה שמפחיד או פוגע – מספרים למבוגר.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איתי רוצה להעלות לקבוצה תמונה של נועה ישנה באוטובוס. מה יעשה?</w:t>
      </w:r>
    </w:p>
    <w:p>
      <w:pPr>
        <w:bidi/>
        <w:spacing w:before="0" w:after="20"/>
        <w:jc w:val="both"/>
      </w:pPr>
      <w:r>
        <w:rPr>
          <w:rtl/>
        </w:rPr>
        <w:t>1. עוצר לפני ששולח.</w:t>
      </w:r>
    </w:p>
    <w:p>
      <w:pPr>
        <w:bidi/>
        <w:spacing w:before="0" w:after="20"/>
        <w:jc w:val="both"/>
      </w:pPr>
      <w:r>
        <w:rPr>
          <w:rtl/>
        </w:rPr>
        <w:t>2. שואל: האם ביקשתי רשות? האם זה עלול להביך את נועה?</w:t>
      </w:r>
    </w:p>
    <w:p>
      <w:pPr>
        <w:bidi/>
        <w:spacing w:before="0" w:after="20"/>
        <w:jc w:val="both"/>
      </w:pPr>
      <w:r>
        <w:rPr>
          <w:rtl/>
        </w:rPr>
        <w:t>3. מבין שהתמונה עלולה לפגוע, ולא שולח.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איתי לא שולח את התמונה; אם היא נחמדה – הוא שואל את נועה אם מותר.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סיסמה משתפים רק עם ה__________.</w:t>
      </w:r>
    </w:p>
    <w:p>
      <w:pPr>
        <w:bidi/>
        <w:spacing w:before="0" w:after="60"/>
        <w:jc w:val="both"/>
      </w:pPr>
      <w:r>
        <w:rPr>
          <w:rtl/>
        </w:rPr>
        <w:t>ב. לפני צילום של חבר מבקשים __________.</w:t>
      </w:r>
    </w:p>
    <w:p>
      <w:pPr>
        <w:bidi/>
        <w:spacing w:before="0" w:after="60"/>
        <w:jc w:val="both"/>
      </w:pPr>
      <w:r>
        <w:rPr>
          <w:rtl/>
        </w:rPr>
        <w:t>ג. תמונה מביכה שקיבלנו – מוחקים ולא __________ הלאה.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הורים · ב. רשות · ג. מעבירים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