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פרטיות ברשת: לחשוב לפני שמצלמים, משתפים ומפיצים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מספרים  |  לתמיד  |  סיסמה  |  שני</w:t>
      </w:r>
    </w:p>
    <w:p>
      <w:pPr>
        <w:bidi/>
        <w:spacing w:before="0" w:after="60"/>
        <w:jc w:val="both"/>
      </w:pPr>
      <w:r>
        <w:rPr>
          <w:rtl/>
        </w:rPr>
        <w:t>א. את ה__________ שלי אני לא מגלה לאף חבר.</w:t>
      </w:r>
    </w:p>
    <w:p>
      <w:pPr>
        <w:bidi/>
        <w:spacing w:before="0" w:after="60"/>
        <w:jc w:val="both"/>
      </w:pPr>
      <w:r>
        <w:rPr>
          <w:rtl/>
        </w:rPr>
        <w:t>ב. ברשת לא תמיד יודעים מי נמצא בצד ה__________.</w:t>
      </w:r>
    </w:p>
    <w:p>
      <w:pPr>
        <w:bidi/>
        <w:spacing w:before="0" w:after="60"/>
        <w:jc w:val="both"/>
      </w:pPr>
      <w:r>
        <w:rPr>
          <w:rtl/>
        </w:rPr>
        <w:t>ג. מה שעולה לרשת יכול להישאר שם __________.</w:t>
      </w:r>
    </w:p>
    <w:p>
      <w:pPr>
        <w:bidi/>
        <w:spacing w:before="0" w:after="60"/>
        <w:jc w:val="both"/>
      </w:pPr>
      <w:r>
        <w:rPr>
          <w:rtl/>
        </w:rPr>
        <w:t>ד. כשמופיע תוכן מפחיד – סוגרים את המסך ו__________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פרט שאפשר לשתף בזהירות, או פרט אישי שלא משתפים עם מי שלא מכירים?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הצבע האהוב עליי  |  הכתובת שלי  |  הסיסמה שלי  |  החיה שאני אוהב  |  מספר הטלפון שלי  |  הספר האחרון שקראתי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אישי – לא משתפים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מותר לצלם חבר ולשלוח בלי לשאול, אם התמונה מצחיקה.      נכון / לא נכון</w:t>
      </w:r>
    </w:p>
    <w:p>
      <w:pPr>
        <w:bidi/>
        <w:spacing w:before="0" w:after="60"/>
        <w:jc w:val="both"/>
      </w:pPr>
      <w:r>
        <w:rPr>
          <w:rtl/>
        </w:rPr>
        <w:t>ב. מחיקה מהטלפון שלי לא מוחקת את מה שכבר הועבר לאחרים.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מי שמעביר הלאה הודעה פוגעת משתתף בפגיעה.      נכון / לא נכון</w:t>
      </w:r>
    </w:p>
    <w:p>
      <w:pPr>
        <w:bidi/>
        <w:spacing w:before="0" w:after="60"/>
        <w:jc w:val="both"/>
      </w:pPr>
      <w:r>
        <w:rPr>
          <w:rtl/>
        </w:rPr>
        <w:t>ד. אם מישהו נחמד ברשת – אפשר לתת לו את הכתובת.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את התגובה האחראית.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מישהו לא מוכר מבקש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מסבירים בנימוס שהסיסמה נשארת אצלי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קיבלתי תמונה מביכה של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סוגרים את המסך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רוצה לצלם את החברים בטיול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עונים ומספרים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הופיע סרטון מפחיד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מוחקים ולא מעבירים הלאה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חבר ביקש את הסיסמה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מבקשים מהם רשות קודם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שם משתמש בטוח יותר?</w:t>
      </w:r>
    </w:p>
    <w:p>
      <w:pPr>
        <w:bidi/>
        <w:spacing w:before="0" w:after="80"/>
        <w:jc w:val="both"/>
      </w:pPr>
      <w:r>
        <w:rPr>
          <w:rtl/>
        </w:rPr>
        <w:t xml:space="preserve">   ○ תמר_כהן_רחוב_הגפן_5      ○ ציירת_כחולה      ○ תמר_כהן_כיתה_ד2</w:t>
      </w:r>
    </w:p>
    <w:p>
      <w:pPr>
        <w:bidi/>
        <w:spacing w:before="0" w:after="20"/>
        <w:jc w:val="both"/>
      </w:pPr>
      <w:r>
        <w:rPr>
          <w:rtl/>
        </w:rPr>
        <w:t>ב. לפני ששולחים הודעה על חבר, כדאי לשאול:</w:t>
      </w:r>
    </w:p>
    <w:p>
      <w:pPr>
        <w:bidi/>
        <w:spacing w:before="0" w:after="80"/>
        <w:jc w:val="both"/>
      </w:pPr>
      <w:r>
        <w:rPr>
          <w:rtl/>
        </w:rPr>
        <w:t xml:space="preserve">   ○ כמה לייקים אקבל?      ○ האם זה עלול לפגוע בו?      ○ מי ישלח ראשון?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שלוש שאלות לפני ששולחים.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 היא חשובה?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זה נכון?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זה עלול לפגוע במישהו?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הייתי רוצה שישלחו עליי דבר כזה?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התמונה מהבריכה</w:t>
      </w:r>
    </w:p>
    <w:p>
      <w:pPr>
        <w:bidi/>
        <w:spacing w:before="0" w:after="80"/>
        <w:jc w:val="both"/>
      </w:pPr>
      <w:r>
        <w:rPr>
          <w:rtl/>
        </w:rPr>
        <w:t>בטיול השנתי צילם דניאל את אורי ברגע שהחליק ונפל לבריכה עם הבגדים. כולם צחקו, וגם אורי צחק. בערב רצה דניאל לשלוח את התמונה לקבוצה של הכיתה.</w:t>
      </w:r>
    </w:p>
    <w:p>
      <w:pPr>
        <w:bidi/>
        <w:spacing w:before="0" w:after="80"/>
        <w:jc w:val="both"/>
      </w:pPr>
      <w:r>
        <w:rPr>
          <w:rtl/>
        </w:rPr>
        <w:t>רגע לפני שלחץ «שלח», הוא נזכר בשלוש השאלות. «אורי צחק שם, אבל האם הוא ירצה שכל הכיתה, וגם ההורים, יראו את התמונה הזאת?»</w:t>
      </w:r>
    </w:p>
    <w:p>
      <w:pPr>
        <w:bidi/>
        <w:spacing w:before="0" w:after="80"/>
        <w:jc w:val="both"/>
      </w:pPr>
      <w:r>
        <w:rPr>
          <w:rtl/>
        </w:rPr>
        <w:t>דניאל שלח את התמונה רק לאורי ושאל: «מותר לי לשתף?» אורי ענה: «עדיף שלא, אני נראה מצחיק מדי.» דניאל לא שיתף, ולמחרת אורי הודה 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לפי הסיפור.</w:t>
      </w:r>
    </w:p>
    <w:p>
      <w:pPr>
        <w:bidi/>
        <w:spacing w:before="0" w:after="60"/>
        <w:jc w:val="both"/>
      </w:pPr>
      <w:r>
        <w:rPr>
          <w:rtl/>
        </w:rPr>
        <w:t>א. אורי החליק ונפל ל__________.</w:t>
      </w:r>
    </w:p>
    <w:p>
      <w:pPr>
        <w:bidi/>
        <w:spacing w:before="0" w:after="60"/>
        <w:jc w:val="both"/>
      </w:pPr>
      <w:r>
        <w:rPr>
          <w:rtl/>
        </w:rPr>
        <w:t>ב. דניאל רצה לשלוח את התמונה לקבוצה של ה__________.</w:t>
      </w:r>
    </w:p>
    <w:p>
      <w:pPr>
        <w:bidi/>
        <w:spacing w:before="0" w:after="60"/>
        <w:jc w:val="both"/>
      </w:pPr>
      <w:r>
        <w:rPr>
          <w:rtl/>
        </w:rPr>
        <w:t>ג. דניאל שלח את התמונה רק ל__________ ושאל אותו.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אורי צחק כשנפל. למה בכל זאת היה חשוב לשאול אותו לפני ששולחים?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ציירו «שלט אזהרה» לטלפון: מה עושים לפני ששולחים? ציירו סמלים לשלושה צעדים.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תעשו אם מישהו שאתם לא מכירים יכתוב לכם ברשת ויבקש את הכתובת שלכם?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כלל אחד לקבוצת הוואטסאפ של הכיתה שישמור על כבוד ועל פרטיות.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אומר «זו רק תמונה, אפשר למחוק אותה אחר כך». הסבירו לו בשני נימוקים למה זה לא בהכרח נכון.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פרטיות ברשת: לחשוב לפני שמצלמים, משתפים ומפיצים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40"/>
        <w:jc w:val="both"/>
      </w:pPr>
      <w:r>
        <w:rPr>
          <w:rtl/>
        </w:rPr>
        <w:t>א. את הסיסמה שלי אני לא מגלה לאף חבר.</w:t>
      </w:r>
    </w:p>
    <w:p>
      <w:pPr>
        <w:bidi/>
        <w:spacing w:before="0" w:after="40"/>
        <w:jc w:val="both"/>
      </w:pPr>
      <w:r>
        <w:rPr>
          <w:rtl/>
        </w:rPr>
        <w:t>ב. ברשת לא תמיד יודעים מי נמצא בצד השני.</w:t>
      </w:r>
    </w:p>
    <w:p>
      <w:pPr>
        <w:bidi/>
        <w:spacing w:before="0" w:after="40"/>
        <w:jc w:val="both"/>
      </w:pPr>
      <w:r>
        <w:rPr>
          <w:rtl/>
        </w:rPr>
        <w:t>ג. מה שעולה לרשת יכול להישאר שם לתמיד.</w:t>
      </w:r>
    </w:p>
    <w:p>
      <w:pPr>
        <w:bidi/>
        <w:spacing w:before="0" w:after="40"/>
        <w:jc w:val="both"/>
      </w:pPr>
      <w:r>
        <w:rPr>
          <w:rtl/>
        </w:rPr>
        <w:t>ד. כשמופיע תוכן מפחיד – סוגרים את המסך ומספרים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פרט שאפשר לשתף בזהירות, או פרט אישי שלא משתפים עם מי שלא מכירים?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 אישי – לא משתפים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הצבע האהוב עליי, החיה שאני אוהב, הספר האחרון שקראתי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הכתובת שלי, הסיסמה שלי, מספר הטלפון שלי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מותר לצלם חבר ולשלוח בלי לשאול, אם התמונה מצחיקה. – לא נכון – תמיד מבקשים רשות לפני צילום ולפני שליחה</w:t>
      </w:r>
    </w:p>
    <w:p>
      <w:pPr>
        <w:bidi/>
        <w:spacing w:before="0" w:after="40"/>
        <w:jc w:val="both"/>
      </w:pPr>
      <w:r>
        <w:rPr>
          <w:rtl/>
        </w:rPr>
        <w:t>ב. מחיקה מהטלפון שלי לא מוחקת את מה שכבר הועבר לאחרים. – נכון</w:t>
      </w:r>
    </w:p>
    <w:p>
      <w:pPr>
        <w:bidi/>
        <w:spacing w:before="0" w:after="40"/>
        <w:jc w:val="both"/>
      </w:pPr>
      <w:r>
        <w:rPr>
          <w:rtl/>
        </w:rPr>
        <w:t>ג. מי שמעביר הלאה הודעה פוגעת משתתף בפגיעה. – נכון</w:t>
      </w:r>
    </w:p>
    <w:p>
      <w:pPr>
        <w:bidi/>
        <w:spacing w:before="0" w:after="40"/>
        <w:jc w:val="both"/>
      </w:pPr>
      <w:r>
        <w:rPr>
          <w:rtl/>
        </w:rPr>
        <w:t>ד. אם מישהו נחמד ברשת – אפשר לתת לו את הכתובת. – לא נכון – לא נותנים כתובת או פרטים אישיים למי שלא מכירים באמת, גם אם הוא נחמד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את התגובה האחראית.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מישהו לא מוכר מבקש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מסבירים בנימוס שהסיסמה נשארת אצלי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קיבלתי תמונה מביכה של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סוגרים את המסך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רוצה לצלם את החברים בטיול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לא עונים ומספרים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הופיע סרטון מפחיד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מוחקים ולא מעבירים הלאה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חבר ביקש את הסיסמה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מבקשים מהם רשות קודם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שם משתמש בטוח יותר?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ציירת_כחולה</w:t>
      </w:r>
    </w:p>
    <w:p>
      <w:pPr>
        <w:bidi/>
        <w:spacing w:before="0" w:after="20"/>
        <w:jc w:val="both"/>
      </w:pPr>
      <w:r>
        <w:rPr>
          <w:rtl/>
        </w:rPr>
        <w:t>ב. לפני ששולחים הודעה על חבר, כדאי לשאול: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האם זה עלול לפגוע בו?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שלוש שאלות לפני ששולחים.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 היא חשובה?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זה נכון?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לא להפיץ שמועות ושקרים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זה עלול לפגוע במישהו?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לא לגרום לעלבון ולבושה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הייתי רוצה שישלחו עליי דבר כזה?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להבין איך החבר ירגיש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לפי הסיפור.</w:t>
      </w:r>
    </w:p>
    <w:p>
      <w:pPr>
        <w:bidi/>
        <w:spacing w:before="0" w:after="40"/>
        <w:jc w:val="both"/>
      </w:pPr>
      <w:r>
        <w:rPr>
          <w:rtl/>
        </w:rPr>
        <w:t>א. אורי החליק ונפל לבריכה.</w:t>
      </w:r>
    </w:p>
    <w:p>
      <w:pPr>
        <w:bidi/>
        <w:spacing w:before="0" w:after="40"/>
        <w:jc w:val="both"/>
      </w:pPr>
      <w:r>
        <w:rPr>
          <w:rtl/>
        </w:rPr>
        <w:t>ב. דניאל רצה לשלוח את התמונה לקבוצה של הכיתה.</w:t>
      </w:r>
    </w:p>
    <w:p>
      <w:pPr>
        <w:bidi/>
        <w:spacing w:before="0" w:after="40"/>
        <w:jc w:val="both"/>
      </w:pPr>
      <w:r>
        <w:rPr>
          <w:rtl/>
        </w:rPr>
        <w:t>ג. דניאל שלח את התמונה רק לאורי ושאל אותו.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אורי צחק כשנפל. למה בכל זאת היה חשוב לשאול אותו לפני ששולחים?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צחוק ברגע עצמו לא אומר שהוא רוצה שכולם יראו את התמונה; תמונה בקבוצה מגיעה להרבה אנשים ונשארת. רק אורי מחליט על התמונה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ציירו «שלט אזהרה» לטלפון: מה עושים לפני ששולחים? ציירו סמלים לשלושה צעדים.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שלט עם שלושה צעדים וסמלים, למשל: יד עוצרת (עוצרים), סימן שאלה (חושבים – שלוש השאלות), חץ או מטוס נייר (רק אז שולחים).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תעשו אם מישהו שאתם לא מכירים יכתוב לכם ברשת ויבקש את הכתובת שלכם?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 עונים ולא נותנים פרטים; מספרים להורה או למורה; חוסמים ומדווחים יחד עם 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כלל אחד לקבוצת הוואטסאפ של הכיתה שישמור על כבוד ועל פרטיות.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«לא מצלמים ולא משתפים בלי רשות», «לא מעבירים הודעות פוגעות», «כותבים רק מה שהיינו אומרים פנים מול פנים».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אומר «זו רק תמונה, אפשר למחוק אותה אחר כך». הסבירו לו בשני נימוקים למה זה לא בהכרח נכון.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מי שקיבל יכול לשמור, לצלם מסך ולהעביר הלאה, כך שהתמונה ממשיכה להתפשט גם אחרי שמחקתי; התמונה יכולה להגיע לאנשים רבים בתוך דקות ולפגוע לאורך זמן.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