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ד'   |   דף סיכום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נקודת מבט: להביט בתמונה המלאה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  <w:rtl/>
        </w:rPr>
        <w:t>דף סיכום: נקודת מבט, עובדה והשערה, והקשבה לצד השני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4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נקודת מבט</w:t>
      </w:r>
    </w:p>
    <w:p>
      <w:pPr>
        <w:bidi/>
        <w:spacing w:before="0" w:after="40"/>
        <w:jc w:val="both"/>
      </w:pPr>
      <w:r>
        <w:rPr>
          <w:rtl/>
        </w:rPr>
        <w:t>כל אחד רואה מקרה לפי מה שראה, הרגיש וידע. שני סיפורים שונים יכולים להיות שניהם כנים.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עובדה או השערה?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עובדה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השערה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דבר שקרה ואפשר לבדוק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שאנחנו מנחשים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«הוא לא ענה להודעה»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«הוא לא רוצה להיות חבר שלי»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להיכנס לנעליים של האחר</w:t>
      </w:r>
    </w:p>
    <w:p>
      <w:pPr>
        <w:bidi/>
        <w:spacing w:before="0" w:after="20"/>
        <w:jc w:val="both"/>
      </w:pPr>
      <w:r>
        <w:rPr>
          <w:rtl/>
        </w:rPr>
        <w:t>1. שואלים: «מה קרה מבחינתך?»</w:t>
      </w:r>
    </w:p>
    <w:p>
      <w:pPr>
        <w:bidi/>
        <w:spacing w:before="0" w:after="20"/>
        <w:jc w:val="both"/>
      </w:pPr>
      <w:r>
        <w:rPr>
          <w:rtl/>
        </w:rPr>
        <w:t>2. מקשיבים עד הסוף, בלי לקטוע.</w:t>
      </w:r>
    </w:p>
    <w:p>
      <w:pPr>
        <w:bidi/>
        <w:spacing w:before="0" w:after="20"/>
        <w:jc w:val="both"/>
      </w:pPr>
      <w:r>
        <w:rPr>
          <w:rtl/>
        </w:rPr>
        <w:t>3. להבין – לא חייב להסכים.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מבט למבט: פותרים יחד</w:t>
      </w:r>
    </w:p>
    <w:p>
      <w:pPr>
        <w:bidi/>
        <w:spacing w:before="0" w:after="20"/>
        <w:jc w:val="both"/>
      </w:pPr>
      <w:r>
        <w:rPr>
          <w:rtl/>
        </w:rPr>
        <w:t>1. כל צד מספר בתורו.</w:t>
      </w:r>
    </w:p>
    <w:p>
      <w:pPr>
        <w:bidi/>
        <w:spacing w:before="0" w:after="20"/>
        <w:jc w:val="both"/>
      </w:pPr>
      <w:r>
        <w:rPr>
          <w:rtl/>
        </w:rPr>
        <w:t>2. מנסים להבין את הצד השני.</w:t>
      </w:r>
    </w:p>
    <w:p>
      <w:pPr>
        <w:bidi/>
        <w:spacing w:before="0" w:after="20"/>
        <w:jc w:val="both"/>
      </w:pPr>
      <w:r>
        <w:rPr>
          <w:rtl/>
        </w:rPr>
        <w:t>3. מציעים יחד פתרון או פשרה.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לפני ששופטים – עוצרים ושואלים: מה אני באמת יודע? מה אני רק מנחש? איך זה נראה מהצד של האחר?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חברה לא אמרה לתמר שלום בבוקר. איך תמר תביט בתמונה המלאה?</w:t>
      </w:r>
    </w:p>
    <w:p>
      <w:pPr>
        <w:bidi/>
        <w:spacing w:before="0" w:after="20"/>
        <w:jc w:val="both"/>
      </w:pPr>
      <w:r>
        <w:rPr>
          <w:rtl/>
        </w:rPr>
        <w:t>1. עובדה: החברה לא אמרה שלום.</w:t>
      </w:r>
    </w:p>
    <w:p>
      <w:pPr>
        <w:bidi/>
        <w:spacing w:before="0" w:after="20"/>
        <w:jc w:val="both"/>
      </w:pPr>
      <w:r>
        <w:rPr>
          <w:rtl/>
        </w:rPr>
        <w:t>2. השערות אפשריות: לא ראתה, הייתה עסוקה, משהו מטריד אותה.</w:t>
      </w:r>
    </w:p>
    <w:p>
      <w:pPr>
        <w:bidi/>
        <w:spacing w:before="0" w:after="20"/>
        <w:jc w:val="both"/>
      </w:pPr>
      <w:r>
        <w:rPr>
          <w:rtl/>
        </w:rPr>
        <w:t>3. בודקת: ניגשת ושואלת «הכול בסדר?»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תמר לא שופטת מהר: היא מפרידה בין עובדה להשערה ושואלת את החברה.</w:t>
      </w:r>
    </w:p>
    <w:p>
      <w:pPr>
        <w:bidi/>
        <w:spacing w:before="120" w:after="8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  <w:jc w:val="both"/>
      </w:pPr>
      <w:r>
        <w:rPr>
          <w:rtl/>
        </w:rPr>
        <w:t>א. «הוא לא אוהב אותי» היא __________ ולא עובדה.</w:t>
      </w:r>
    </w:p>
    <w:p>
      <w:pPr>
        <w:bidi/>
        <w:spacing w:before="0" w:after="60"/>
        <w:jc w:val="both"/>
      </w:pPr>
      <w:r>
        <w:rPr>
          <w:rtl/>
        </w:rPr>
        <w:t>ב. כדי להבין את האחר מקשיבים בלי __________.</w:t>
      </w:r>
    </w:p>
    <w:p>
      <w:pPr>
        <w:bidi/>
        <w:spacing w:before="0" w:after="60"/>
        <w:jc w:val="both"/>
      </w:pPr>
      <w:r>
        <w:rPr>
          <w:rtl/>
        </w:rPr>
        <w:t>ג. פתרון שבו כל צד מוותר קצת נקרא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השערה · ב. לקטוע · ג. פשרה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