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הבנת הנקרא (40 נק')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האוהל של אורי</w:t>
      </w:r>
    </w:p>
    <w:p>
      <w:pPr>
        <w:bidi/>
        <w:spacing w:before="0" w:after="80"/>
        <w:jc w:val="both"/>
      </w:pPr>
      <w:r>
        <w:rPr>
          <w:rtl/>
        </w:rPr>
        <w:t>לקראת הטיול השנתי פתח עומר קבוצה חדשה בשם «האוהל הכי שווה». הוא צירף אליה את כל הבנים בכיתה – חוץ מאורי. «הוא תמיד מתלונן, הוא יהרוס לנו», כתב עומר. כמה ילדים שלחו פרצופים צוחקים.</w:t>
      </w:r>
    </w:p>
    <w:p>
      <w:pPr>
        <w:bidi/>
        <w:spacing w:before="0" w:after="80"/>
        <w:jc w:val="both"/>
      </w:pPr>
      <w:r>
        <w:rPr>
          <w:rtl/>
        </w:rPr>
        <w:t>יהונתן קרא את ההודעות והרגיש כאב בבטן. הוא נזכר שבשבוע שעבר ראה את אורי אוכל לבד בהפסקה. «אורי לא מתלונן תמיד», חשב, «פשוט קשה לו מאז שעבר לשכונה החדשה».</w:t>
      </w:r>
    </w:p>
    <w:p>
      <w:pPr>
        <w:bidi/>
        <w:spacing w:before="0" w:after="80"/>
        <w:jc w:val="both"/>
      </w:pPr>
      <w:r>
        <w:rPr>
          <w:rtl/>
        </w:rPr>
        <w:t>יהונתן נשם עמוק, ולפני שכתב משהו בקבוצה שאל את עצמו: מה הייתי רוצה שיעשו בשבילי? בסוף כתב: «לדעתי זה לא הוגן להשאיר מישהו בחוץ. אני מציע לצרף את אורי». אחר כך שלח לאורי הודעה בפרטי: «רוצה להיות איתי באוהל בטיול?»</w:t>
      </w:r>
    </w:p>
    <w:p>
      <w:pPr>
        <w:bidi/>
        <w:spacing w:before="0" w:after="80"/>
        <w:jc w:val="both"/>
      </w:pPr>
      <w:r>
        <w:rPr>
          <w:rtl/>
        </w:rPr>
        <w:t>עומר לא ענה. אבל למחרת אריאל ונועם כתבו שהם מסכימים, ואורי נוסף לקבוצה. בטיול התברר שאורי יודע להקים אוהל מהר יותר מכולם.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את מי לא צירף עומר לקבוצה?</w:t>
      </w:r>
    </w:p>
    <w:p>
      <w:pPr>
        <w:bidi/>
        <w:spacing w:before="0" w:after="80"/>
        <w:jc w:val="both"/>
      </w:pPr>
      <w:r>
        <w:rPr>
          <w:rtl/>
        </w:rPr>
        <w:t xml:space="preserve">   ○ את יהונתן      ○ את אורי      ○ את אריאל      ○ את נועם</w:t>
      </w:r>
    </w:p>
    <w:p>
      <w:pPr>
        <w:bidi/>
        <w:spacing w:before="0" w:after="20"/>
        <w:jc w:val="both"/>
      </w:pPr>
      <w:r>
        <w:rPr>
          <w:rtl/>
        </w:rPr>
        <w:t>ב. מה הרגיש יהונתן בגוף כשקרא את ההודעות?</w:t>
      </w:r>
    </w:p>
    <w:p>
      <w:pPr>
        <w:bidi/>
        <w:spacing w:before="0" w:after="80"/>
        <w:jc w:val="both"/>
      </w:pPr>
      <w:r>
        <w:rPr>
          <w:rtl/>
        </w:rPr>
        <w:t xml:space="preserve">   ○ כאב ראש      ○ כאב בבטן      ○ רעד בידיים      ○ חום בפנים</w:t>
      </w:r>
    </w:p>
    <w:p>
      <w:pPr>
        <w:bidi/>
        <w:spacing w:before="0" w:after="20"/>
        <w:jc w:val="both"/>
      </w:pPr>
      <w:r>
        <w:rPr>
          <w:rtl/>
        </w:rPr>
        <w:t>ג. מה התברר על אורי בטיול?</w:t>
      </w:r>
    </w:p>
    <w:p>
      <w:pPr>
        <w:bidi/>
        <w:spacing w:before="0" w:after="80"/>
        <w:jc w:val="both"/>
      </w:pPr>
      <w:r>
        <w:rPr>
          <w:rtl/>
        </w:rPr>
        <w:t xml:space="preserve">   ○ שהוא מתלונן הרבה      ○ שהוא שר יפה      ○ שהוא מקים אוהל מהר מכולם      ○ שהוא לא הגיע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 (6 נק')</w:t>
      </w:r>
    </w:p>
    <w:p>
      <w:pPr>
        <w:bidi/>
        <w:spacing w:before="0" w:after="60"/>
        <w:jc w:val="both"/>
      </w:pPr>
      <w:r>
        <w:rPr>
          <w:rtl/>
        </w:rPr>
        <w:t>א. שם הקבוצה היה «האוהל הכי __________».</w:t>
      </w:r>
    </w:p>
    <w:p>
      <w:pPr>
        <w:bidi/>
        <w:spacing w:before="0" w:after="60"/>
        <w:jc w:val="both"/>
      </w:pPr>
      <w:r>
        <w:rPr>
          <w:rtl/>
        </w:rPr>
        <w:t>ב. בשבוע שעבר ראה יהונתן את אורי אוכל __________ בהפסקה.</w:t>
      </w:r>
    </w:p>
    <w:p>
      <w:pPr>
        <w:bidi/>
        <w:spacing w:before="0" w:after="60"/>
        <w:jc w:val="both"/>
      </w:pPr>
      <w:r>
        <w:rPr>
          <w:rtl/>
        </w:rPr>
        <w:t>ג. אורי עבר לאחרונה ל__________ החדשה.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 (6 נק')</w:t>
      </w:r>
    </w:p>
    <w:p>
      <w:pPr>
        <w:bidi/>
        <w:spacing w:before="0" w:after="60"/>
        <w:jc w:val="both"/>
      </w:pPr>
      <w:r>
        <w:rPr>
          <w:rtl/>
        </w:rPr>
        <w:t>א. יהונתן כתב בקבוצה מיד, בלי לחשוב.      נכון / לא נכון</w:t>
      </w:r>
    </w:p>
    <w:p>
      <w:pPr>
        <w:bidi/>
        <w:spacing w:before="0" w:after="60"/>
        <w:jc w:val="both"/>
      </w:pPr>
      <w:r>
        <w:rPr>
          <w:rtl/>
        </w:rPr>
        <w:t>ב. עומר ענה מיד שהוא מסכים לצרף את אורי.      נכון / לא נכון</w:t>
      </w:r>
    </w:p>
    <w:p>
      <w:pPr>
        <w:bidi/>
        <w:spacing w:before="0" w:after="60"/>
        <w:jc w:val="both"/>
      </w:pPr>
      <w:r>
        <w:rPr>
          <w:rtl/>
        </w:rPr>
        <w:t>ג. יהונתן שלח לאורי הודעה בפרטי.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עומר כתב: «הוא תמיד מתלונן». איזו טעות במחשבה יש במשפט הזה, ואיך יהונתן הבין את אורי אחרת? (9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הסקה ודעה: איזה תפקיד בחר יהונתן, ואילו שני מעשים שלו מראים זאת? האם לדעתכם הוא פעל נכון? נמקו. (10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 (8 נק')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נשימה  |  הכללה  |  מקדמת  |  מבוגר</w:t>
      </w:r>
    </w:p>
    <w:p>
      <w:pPr>
        <w:bidi/>
        <w:spacing w:before="0" w:after="60"/>
        <w:jc w:val="both"/>
      </w:pPr>
      <w:r>
        <w:rPr>
          <w:rtl/>
        </w:rPr>
        <w:t>א. __________ איטית עוזרת לגוף להירגע.</w:t>
      </w:r>
    </w:p>
    <w:p>
      <w:pPr>
        <w:bidi/>
        <w:spacing w:before="0" w:after="60"/>
        <w:jc w:val="both"/>
      </w:pPr>
      <w:r>
        <w:rPr>
          <w:rtl/>
        </w:rPr>
        <w:t>ב. «כל המורים קשוחים» הוא משפט של __________.</w:t>
      </w:r>
    </w:p>
    <w:p>
      <w:pPr>
        <w:bidi/>
        <w:spacing w:before="0" w:after="60"/>
        <w:jc w:val="both"/>
      </w:pPr>
      <w:r>
        <w:rPr>
          <w:rtl/>
        </w:rPr>
        <w:t>ג. «טעיתי, ואלמד מזה» היא מחשבה __________.</w:t>
      </w:r>
    </w:p>
    <w:p>
      <w:pPr>
        <w:bidi/>
        <w:spacing w:before="0" w:after="60"/>
        <w:jc w:val="both"/>
      </w:pPr>
      <w:r>
        <w:rPr>
          <w:rtl/>
        </w:rPr>
        <w:t>ד. על הודעה מזר שמבקש סוד מספרים ל__________.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(6 נק')</w:t>
      </w:r>
    </w:p>
    <w:p>
      <w:pPr>
        <w:bidi/>
        <w:spacing w:before="0" w:after="60"/>
        <w:jc w:val="both"/>
      </w:pPr>
      <w:r>
        <w:rPr>
          <w:rtl/>
        </w:rPr>
        <w:t>א. כל דבר מפחיד הוא גם מסוכן.      נכון / לא נכון</w:t>
      </w:r>
    </w:p>
    <w:p>
      <w:pPr>
        <w:bidi/>
        <w:spacing w:before="0" w:after="60"/>
        <w:jc w:val="both"/>
      </w:pPr>
      <w:r>
        <w:rPr>
          <w:rtl/>
        </w:rPr>
        <w:t>ב. מסר אני מתאר רגש ובקשה בלי להאשים.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מותר להעביר תמונה מביכה אם היא מצחיקה.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מושג את ההסבר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אמפתיה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להבין את הרגש של האחר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שייכות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שיפוט לפני שמכירים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שיקוף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לומר במילים שלי מה ששמעתי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מצפן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הרגשה שאני חלק מקבוצה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דעה קדומה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הערכים והמטרות שמכוונים אותי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עומד מהצד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רואה פגיעה ושותק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המעשים: עוזר במצב קשה, או מחמיר אותו. (6 נק')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לנשום לאט לפני שעונים  |  לצחוק על חבר שנפל  |  לשאול חבר עצוב מה קרה  |  להפיץ שמועה  |  לספר ליועצת על חרם  |  לטרוק דלת בכעס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עוזר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מחמיר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מה פירוש «בחירה היא שליטה»?</w:t>
      </w:r>
    </w:p>
    <w:p>
      <w:pPr>
        <w:bidi/>
        <w:spacing w:before="0" w:after="80"/>
        <w:jc w:val="both"/>
      </w:pPr>
      <w:r>
        <w:rPr>
          <w:rtl/>
        </w:rPr>
        <w:t xml:space="preserve">   ○ אני שולט ברגשות של כולם      ○ אני בוחר את התגובה שלי לרגש      ○ אסור להרגיש כעס      ○ מי שבוחר ראשון מנצח</w:t>
      </w:r>
    </w:p>
    <w:p>
      <w:pPr>
        <w:bidi/>
        <w:spacing w:before="0" w:after="20"/>
        <w:jc w:val="both"/>
      </w:pPr>
      <w:r>
        <w:rPr>
          <w:rtl/>
        </w:rPr>
        <w:t>ב. איזה פרט לא משתפים בפרופיל פתוח?</w:t>
      </w:r>
    </w:p>
    <w:p>
      <w:pPr>
        <w:bidi/>
        <w:spacing w:before="0" w:after="80"/>
        <w:jc w:val="both"/>
      </w:pPr>
      <w:r>
        <w:rPr>
          <w:rtl/>
        </w:rPr>
        <w:t xml:space="preserve">   ○ הספר שאני אוהב      ○ התחביב שלי      ○ הכתובת שלי      ○ הצבע האהוב עליי</w:t>
      </w:r>
    </w:p>
    <w:p>
      <w:pPr>
        <w:bidi/>
        <w:spacing w:before="0" w:after="20"/>
        <w:jc w:val="both"/>
      </w:pPr>
      <w:r>
        <w:rPr>
          <w:rtl/>
        </w:rPr>
        <w:t>ג. איזה מעשה מראה הקשבה פעילה?</w:t>
      </w:r>
    </w:p>
    <w:p>
      <w:pPr>
        <w:bidi/>
        <w:spacing w:before="0" w:after="80"/>
        <w:jc w:val="both"/>
      </w:pPr>
      <w:r>
        <w:rPr>
          <w:rtl/>
        </w:rPr>
        <w:t xml:space="preserve">   ○ להסתכל בטלפון בזמן שחבר מדבר      ○ להפריע ולספר על עצמי      ○ להנהן ולשאול «ומה הרגשת?»      ○ לשנות נושא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בהפסקה ראיתם שכמה ילדים לא נותנים לילד חדש להצטרף למשחק. בחרו דרך פעולה אחת והסבירו בשני נימוקים למה בחרתם בה. (10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החבר שלכם כתב לכם: «אתה תמיד שוכח להחזיר לי את הכדור!». כתבו את המשפט מחדש כמסר אני בשלושה חלקים.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על חוזקה אחת שלכם או על מטרה אישית לשנה הבאה: מהי, ואיזה צעד אחד תעשו כדי לחזק אותה או להשיג אותה.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