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ה'   |   מחוון למבחן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מבחן מסכם – רמה בסיסית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קראו את הסיפור בעיון וענו על כל השאלות.</w:t>
      </w:r>
    </w:p>
    <w:p>
      <w:pPr>
        <w:bidi/>
        <w:spacing w:before="200" w:after="80"/>
        <w:jc w:val="both"/>
      </w:pPr>
      <w:r>
        <w:rPr>
          <w:rFonts w:ascii="Gisha" w:hAnsi="Gisha" w:cs="Gisha"/>
          <w:b/>
          <w:bCs/>
          <w:color w:val="6D28D9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מושגים ודרכי התמודדות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ערכים, חשיבה והבעה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א': הבנת הנקרא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איתור מידע: בחרו את התשובה הנכונה. (9 נק')</w:t>
      </w:r>
    </w:p>
    <w:p>
      <w:pPr>
        <w:bidi/>
        <w:spacing w:before="0" w:after="20"/>
        <w:jc w:val="both"/>
      </w:pPr>
      <w:r>
        <w:rPr>
          <w:rtl/>
        </w:rPr>
        <w:t>א. את מי לא צירף עומר לקבוצה?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את אורי</w:t>
      </w:r>
    </w:p>
    <w:p>
      <w:pPr>
        <w:bidi/>
        <w:spacing w:before="0" w:after="20"/>
        <w:jc w:val="both"/>
      </w:pPr>
      <w:r>
        <w:rPr>
          <w:rtl/>
        </w:rPr>
        <w:t>ב. מה הרגיש יהונתן בגוף כשקרא את ההודעות?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כאב בבטן</w:t>
      </w:r>
    </w:p>
    <w:p>
      <w:pPr>
        <w:bidi/>
        <w:spacing w:before="0" w:after="20"/>
        <w:jc w:val="both"/>
      </w:pPr>
      <w:r>
        <w:rPr>
          <w:rtl/>
        </w:rPr>
        <w:t>ג. מה התברר על אורי בטיול?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שהוא מקים אוהל מהר מכולם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לפי הסיפור. (6 נק')</w:t>
      </w:r>
    </w:p>
    <w:p>
      <w:pPr>
        <w:bidi/>
        <w:spacing w:before="0" w:after="40"/>
        <w:jc w:val="both"/>
      </w:pPr>
      <w:r>
        <w:rPr>
          <w:rtl/>
        </w:rPr>
        <w:t>א. שם הקבוצה היה «האוהל הכי שווה».</w:t>
      </w:r>
    </w:p>
    <w:p>
      <w:pPr>
        <w:bidi/>
        <w:spacing w:before="0" w:after="40"/>
        <w:jc w:val="both"/>
      </w:pPr>
      <w:r>
        <w:rPr>
          <w:rtl/>
        </w:rPr>
        <w:t>ב. בשבוע שעבר ראה יהונתן את אורי אוכל לבד בהפסקה.</w:t>
      </w:r>
    </w:p>
    <w:p>
      <w:pPr>
        <w:bidi/>
        <w:spacing w:before="0" w:after="40"/>
        <w:jc w:val="both"/>
      </w:pPr>
      <w:r>
        <w:rPr>
          <w:rtl/>
        </w:rPr>
        <w:t>ג. אורי עבר לאחרונה לשכונה החדשה.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המשפטים הלא נכונים. (6 נק')</w:t>
      </w:r>
    </w:p>
    <w:p>
      <w:pPr>
        <w:bidi/>
        <w:spacing w:before="0" w:after="40"/>
        <w:jc w:val="both"/>
      </w:pPr>
      <w:r>
        <w:rPr>
          <w:rtl/>
        </w:rPr>
        <w:t>א. יהונתן כתב בקבוצה מיד, בלי לחשוב. – לא נכון – הוא נשם עמוק ושאל את עצמו מה היה רוצה שיעשו בשבילו</w:t>
      </w:r>
    </w:p>
    <w:p>
      <w:pPr>
        <w:bidi/>
        <w:spacing w:before="0" w:after="40"/>
        <w:jc w:val="both"/>
      </w:pPr>
      <w:r>
        <w:rPr>
          <w:rtl/>
        </w:rPr>
        <w:t>ב. עומר ענה מיד שהוא מסכים לצרף את אורי. – לא נכון – עומר לא ענה; אריאל ונועם הסכימו</w:t>
      </w:r>
    </w:p>
    <w:p>
      <w:pPr>
        <w:bidi/>
        <w:spacing w:before="0" w:after="40"/>
        <w:jc w:val="both"/>
      </w:pPr>
      <w:r>
        <w:rPr>
          <w:rtl/>
        </w:rPr>
        <w:t>ג. יהונתן שלח לאורי הודעה בפרטי.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פרשנות: עומר כתב: «הוא תמיד מתלונן». איזו טעות במחשבה יש במשפט הזה, ואיך יהונתן הבין את אורי אחרת? (9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זו הכללה או דעה לא מדויקת («תמיד»); יהונתן הסתכל על המצב של אורי והבין שקשה לו מאז שעבר לשכונה חדשה, כלומר יש סיבה לקושי ואין זה מי שאורי «תמיד».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הסקה ודעה: איזה תפקיד בחר יהונתן, ואילו שני מעשים שלו מראים זאת? האם לדעתכם הוא פעל נכון? נמקו. (10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הוא בחר לעמוד לצד אורי: כתב בקבוצה שזה לא הוגן והציע לצרף אותו, ושלח לאורי הזמנה בפרטי. תשובה מלאה כוללת עמדה מנומקת – למשל שפעל נכון כי מנע הוצאה מהקבוצה, הקפיד לא להעליב את עומר ועזר לאורי להרגיש שייך.</w:t>
      </w: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ב': מושגים ודרכי התמודדות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מן המחסן. (8 נק')</w:t>
      </w:r>
    </w:p>
    <w:p>
      <w:pPr>
        <w:bidi/>
        <w:spacing w:before="0" w:after="40"/>
        <w:jc w:val="both"/>
      </w:pPr>
      <w:r>
        <w:rPr>
          <w:rtl/>
        </w:rPr>
        <w:t>א. נשימה איטית עוזרת לגוף להירגע.</w:t>
      </w:r>
    </w:p>
    <w:p>
      <w:pPr>
        <w:bidi/>
        <w:spacing w:before="0" w:after="40"/>
        <w:jc w:val="both"/>
      </w:pPr>
      <w:r>
        <w:rPr>
          <w:rtl/>
        </w:rPr>
        <w:t>ב. «כל המורים קשוחים» הוא משפט של הכללה.</w:t>
      </w:r>
    </w:p>
    <w:p>
      <w:pPr>
        <w:bidi/>
        <w:spacing w:before="0" w:after="40"/>
        <w:jc w:val="both"/>
      </w:pPr>
      <w:r>
        <w:rPr>
          <w:rtl/>
        </w:rPr>
        <w:t>ג. «טעיתי, ואלמד מזה» היא מחשבה מקדמת.</w:t>
      </w:r>
    </w:p>
    <w:p>
      <w:pPr>
        <w:bidi/>
        <w:spacing w:before="0" w:after="40"/>
        <w:jc w:val="both"/>
      </w:pPr>
      <w:r>
        <w:rPr>
          <w:rtl/>
        </w:rPr>
        <w:t>ד. על הודעה מזר שמבקש סוד מספרים למבוגר.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נכון או לא נכון? תקנו את המשפטים הלא נכונים. (6 נק')</w:t>
      </w:r>
    </w:p>
    <w:p>
      <w:pPr>
        <w:bidi/>
        <w:spacing w:before="0" w:after="40"/>
        <w:jc w:val="both"/>
      </w:pPr>
      <w:r>
        <w:rPr>
          <w:rtl/>
        </w:rPr>
        <w:t>א. כל דבר מפחיד הוא גם מסוכן. – לא נכון – יש מצבים מפחידים שאינם מסוכנים, כמו הופעה מול הכיתה</w:t>
      </w:r>
    </w:p>
    <w:p>
      <w:pPr>
        <w:bidi/>
        <w:spacing w:before="0" w:after="40"/>
        <w:jc w:val="both"/>
      </w:pPr>
      <w:r>
        <w:rPr>
          <w:rtl/>
        </w:rPr>
        <w:t>ב. מסר אני מתאר רגש ובקשה בלי להאשים. – נכון</w:t>
      </w:r>
    </w:p>
    <w:p>
      <w:pPr>
        <w:bidi/>
        <w:spacing w:before="0" w:after="40"/>
        <w:jc w:val="both"/>
      </w:pPr>
      <w:r>
        <w:rPr>
          <w:rtl/>
        </w:rPr>
        <w:t>ג. מותר להעביר תמונה מביכה אם היא מצחיקה. – לא נכון – לא מעבירים תמונה פוגעת; כל העברה מגדילה את הפגיעה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התאימו לכל מושג את ההסבר שלו.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אמפתיה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להבין את הרגש של האחר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שייכות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שיפוט לפני שמכירים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שיקוף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לומר במילים שלי מה ששמעתי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מצפן אישי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הרגשה שאני חלק מקבוצה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דעה קדומה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הערכים והמטרות שמכוונים אותי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עומד מהצד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רואה פגיעה ושותק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המעשים: עוזר במצב קשה, או מחמיר אותו.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עוזר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מחמיר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לנשום לאט לפני שעונים, לשאול חבר עצוב מה קרה, לספר ליועצת על חרם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לצחוק על חבר שנפל, להפיץ שמועה, לטרוק דלת בכעס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הנכונה. (9 נק')</w:t>
      </w:r>
    </w:p>
    <w:p>
      <w:pPr>
        <w:bidi/>
        <w:spacing w:before="0" w:after="20"/>
        <w:jc w:val="both"/>
      </w:pPr>
      <w:r>
        <w:rPr>
          <w:rtl/>
        </w:rPr>
        <w:t>א. מה פירוש «בחירה היא שליטה»?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אני בוחר את התגובה שלי לרגש</w:t>
      </w:r>
    </w:p>
    <w:p>
      <w:pPr>
        <w:bidi/>
        <w:spacing w:before="0" w:after="20"/>
        <w:jc w:val="both"/>
      </w:pPr>
      <w:r>
        <w:rPr>
          <w:rtl/>
        </w:rPr>
        <w:t>ב. איזה פרט לא משתפים בפרופיל פתוח?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הכתובת שלי</w:t>
      </w:r>
    </w:p>
    <w:p>
      <w:pPr>
        <w:bidi/>
        <w:spacing w:before="0" w:after="20"/>
        <w:jc w:val="both"/>
      </w:pPr>
      <w:r>
        <w:rPr>
          <w:rtl/>
        </w:rPr>
        <w:t>ג. איזה מעשה מראה הקשבה פעילה?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להנהן ולשאול «ומה הרגשת?»</w:t>
      </w: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ג': ערכים, חשיבה והבעה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בהפסקה ראיתם שכמה ילדים לא נותנים לילד חדש להצטרף למשחק. בחרו דרך פעולה אחת והסבירו בשני נימוקים למה בחרתם בה. (10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דרך פעולה מתאימה של עומד לצד (להזמין את הילד, לומר «בואו נצרף אותו», לפנות למורה התורן) – 4 נק'; שני נימוקים הגיוניים (שייכות, אמפתיה, מניעת פגיעה, הדוגמה שאני נותן לאחרים) – 3 נק' לכל נימוק.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החבר שלכם כתב לכם: «אתה תמיד שוכח להחזיר לי את הכדור!». כתבו את המשפט מחדש כמסר אני בשלושה חלקים. (7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למשל: «אני מתוסכל כשהכדור שלי לא חוזר, ואני מבקש שתחזיר אותו בסוף ההפסקה». מחוון: רגש – 2 נק', מצב – 2 נק', בקשה – 2 נק', בלי האשמה – 1 נק'.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על חוזקה אחת שלכם או על מטרה אישית לשנה הבאה: מהי, ואיזה צעד אחד תעשו כדי לחזק אותה או להשיג אותה.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חוזקה או מטרה ברורה ומנוסחת בחיוב – 3 נק'; צעד מעשי ומוחשי – 3 נק'; כתיבה מסודרת ובמשפטים שלמים – 2 נק'.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