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ה'   |   מחוון למבחן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🎯 מבחן מסכם – רמה גבוהה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קראו את הסיפור בעיון, נמקו את תשובותיכם וכתבו במשפטים שלמים.</w:t>
      </w:r>
    </w:p>
    <w:p>
      <w:pPr>
        <w:bidi/>
        <w:spacing w:before="200" w:after="80"/>
        <w:jc w:val="both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מושגים ודרכי התמודדות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ערכים, חשיבה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א': הבנת הנקרא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בחרו את התשובה המדויקת ביותר. (6 נק')</w:t>
      </w:r>
    </w:p>
    <w:p>
      <w:pPr>
        <w:bidi/>
        <w:spacing w:before="0" w:after="20"/>
        <w:jc w:val="both"/>
      </w:pPr>
      <w:r>
        <w:rPr>
          <w:rtl/>
        </w:rPr>
        <w:t>א. מדוע הרגיש דניאל «תקוע»?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היה לו קונפליקט בין החברות עם איתי לבין הדאגה לנועם</w:t>
      </w:r>
    </w:p>
    <w:p>
      <w:pPr>
        <w:bidi/>
        <w:spacing w:before="0" w:after="20"/>
        <w:jc w:val="both"/>
      </w:pPr>
      <w:r>
        <w:rPr>
          <w:rtl/>
        </w:rPr>
        <w:t>ב. מה הייתה התוצאה של המשפט «האם זו עובדה, או רק מחשבה?»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דניאל הבין שהפחד שלו אינו עובדה ובחר לפעול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השוו בין שתי הדמויות שעמדו לצד נועם.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דניאל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תמר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למי פנה?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לאיתי, מי שפרסם את התמונה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לנועם, מי שנפגע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עשה?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אמר לו מסר אני וביקש למחוק ולבקש מכולם למחוק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שלחה לו הודעת תמיכה בפרטי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הסקה: הסבירו את המשפט «תמונות שאי אפשר להחזיר». מה הוא מלמד על מה שקרה בסיפור, גם אחרי שאיתי מחק את התמונה?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תמונה שנשלחה עוברת הלאה ונשמרת אצל אחרים; גם אחרי שאיתי מחק, הילדים כבר העבירו אותה לקבוצות אחרות, ולכן הפגיעה לא נעלמה, והיה צורך לבקש מכולם למחוק ולערב את היועצת.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נתחו את דברי דניאל לאיתי: מצאו בהם את שלושת החלקים של מסר אני, והסבירו מדוע הפתיחה «אני יודע שלא רצית לפגוע» עזרה לאיתי להקשיב. (9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רגש: «אני דואג»; מצב: «כשתמונה כזאת עוברת בין עשרות ילדים»; בקשה: «שתמחק ותבקש מכולם למחוק». הפתיחה לא האשימה את איתי והראתה שדניאל מבין את כוונתו, ולכן איתי לא התגונן והיה מוכן לשמוע.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עמדה: האם איתי הוא «ילד רע»? כתבו את עמדתכם ונמקו אותה בשני נימוקים מן הסיפור. (9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עמדה ברורה – 2 נק'; שני נימוקים מן הסיפור – 3 נק' לכל אחד; ניסוח – 1 נק'. למשל: איתי עשה מעשה פוגע, אבל אינו «ילד רע» – הוא לא חשב על התוצאה («לא חשבתי על זה ככה»), ומשהבין, מחק וביקש סליחה מול כולם; מעשים אפשר לבחור ולתקן.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ב': מושגים ודרכי התמודדות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המושג המתאים. (8 נק')</w:t>
      </w:r>
    </w:p>
    <w:p>
      <w:pPr>
        <w:bidi/>
        <w:spacing w:before="0" w:after="40"/>
        <w:jc w:val="both"/>
      </w:pPr>
      <w:r>
        <w:rPr>
          <w:rtl/>
        </w:rPr>
        <w:t>א. רגשות מגיעים מעצמם, אבל התגובה היא בחירה שלנו.</w:t>
      </w:r>
    </w:p>
    <w:p>
      <w:pPr>
        <w:bidi/>
        <w:spacing w:before="0" w:after="40"/>
        <w:jc w:val="both"/>
      </w:pPr>
      <w:r>
        <w:rPr>
          <w:rtl/>
        </w:rPr>
        <w:t>ב. «אני לא מצליח לקלוע – עדיין» מזכיר שאפשר להשתפר.</w:t>
      </w:r>
    </w:p>
    <w:p>
      <w:pPr>
        <w:bidi/>
        <w:spacing w:before="0" w:after="40"/>
        <w:jc w:val="both"/>
      </w:pPr>
      <w:r>
        <w:rPr>
          <w:rtl/>
        </w:rPr>
        <w:t>ג. מי שצוחק ומעודד את הפוגע ממלא את תפקיד המצטרף.</w:t>
      </w:r>
    </w:p>
    <w:p>
      <w:pPr>
        <w:bidi/>
        <w:spacing w:before="0" w:after="40"/>
        <w:jc w:val="both"/>
      </w:pPr>
      <w:r>
        <w:rPr>
          <w:rtl/>
        </w:rPr>
        <w:t>ד. לומר במילים שלנו את הרגש ששמענו נקרא שיקוף.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נכון? תקנו את המשפטים הלא נכונים ונמקו. (8 נק')</w:t>
      </w:r>
    </w:p>
    <w:p>
      <w:pPr>
        <w:bidi/>
        <w:spacing w:before="0" w:after="40"/>
        <w:jc w:val="both"/>
      </w:pPr>
      <w:r>
        <w:rPr>
          <w:rtl/>
        </w:rPr>
        <w:t>א. רגש חזק מוכיח שהמחשבה שגרמה לו נכונה. – לא נכון – מחשבה לא מדויקת יכולה לעורר רגש חזק; צריך לבדוק עובדות</w:t>
      </w:r>
    </w:p>
    <w:p>
      <w:pPr>
        <w:bidi/>
        <w:spacing w:before="0" w:after="40"/>
        <w:jc w:val="both"/>
      </w:pPr>
      <w:r>
        <w:rPr>
          <w:rtl/>
        </w:rPr>
        <w:t>ב. לעמוד לצד אפשר גם בלי להתעמת עם הפוגע מול כולם. – נכון</w:t>
      </w:r>
    </w:p>
    <w:p>
      <w:pPr>
        <w:bidi/>
        <w:spacing w:before="0" w:after="40"/>
        <w:jc w:val="both"/>
      </w:pPr>
      <w:r>
        <w:rPr>
          <w:rtl/>
        </w:rPr>
        <w:t>ג. הכללה חיובית, כמו «כל הבנים אמיצים», אינה בעייתית. – לא נכון – גם הכללה חיובית אינה מדויקת ויוצרת לחץ על מי שאינו מתאים לה</w:t>
      </w:r>
    </w:p>
    <w:p>
      <w:pPr>
        <w:bidi/>
        <w:spacing w:before="0" w:after="40"/>
        <w:jc w:val="both"/>
      </w:pPr>
      <w:r>
        <w:rPr>
          <w:rtl/>
        </w:rPr>
        <w:t>ד. פחד יכול לשמור עלינו במצבים מסוכנים באמת.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לכל מצב כתבו: מהו הכלי המתאים מהחוברת, ולמה דווקא הוא. (9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כלי מתאים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למה?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יואב רועד לפני שהוא קורא חיבור מול הכיתה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נשימה איטית ו«מפחיד אבל לא מסוכן»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המצב אינו מסוכן, והנשימה מרגיעה את הגוף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מיכל חושבת: «אף אחד בכיתה לא אוהב אותי»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בדיקת המחשבה: עובדה או מחשבה?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זו מחשבה עוקצת עם הכללה, ואפשר למצוא מחשבה מקדמת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אריאל קיבל הודעה מזר שמבקש תמונה ושלא יספר להורים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 עונים, חוסמים ומספרים למבוגר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בקשת סוד מההורים היא סימן אזהרה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המשפטים לפי סוגם.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הכללה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דעה קדומה על אדם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תקשורת מקרבת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 הילדים מהעיר ההיא רברבנים, כל השחקנים הגבוהים טובים בכדורסל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הוא נראה מוזר, לא אשב לידו, היא חדשה, בטח היא לא חכמה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 מתוסכל כשמפריעים לי, ואבקש לחכות, נשמע שהיה לך יום קשה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המדויקת ביותר. (4 נק')</w:t>
      </w:r>
    </w:p>
    <w:p>
      <w:pPr>
        <w:bidi/>
        <w:spacing w:before="0" w:after="20"/>
        <w:jc w:val="both"/>
      </w:pPr>
      <w:r>
        <w:rPr>
          <w:rtl/>
        </w:rPr>
        <w:t>א. מה ההבדל העיקרי בין «עומד מהצד» לבין «עומד לצד»?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העומד לצד עושה צעד כדי לעזור לנפגע</w:t>
      </w:r>
    </w:p>
    <w:p>
      <w:pPr>
        <w:bidi/>
        <w:spacing w:before="0" w:after="20"/>
        <w:jc w:val="both"/>
      </w:pPr>
      <w:r>
        <w:rPr>
          <w:rtl/>
        </w:rPr>
        <w:t>ב. איזה משפט מבטא חמלה כלפי חבר שנכשל?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«אני רואה שזה כואב לך. רוצה שנתאמן יחד?»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ג': ערכים, חשיבה והבעה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חבר טוב שלכם מתחיל חרם על ילד בכיתה ומבקש שתצטרפו. הציגו שתי דרכי פעולה אפשריות, השוו ביניהן, ובחרו אחת עם שני נימוקים. (10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שתי דרכי פעולה מתאימות (למשל לסרב ולדבר עם החבר במסר אני; לתמוך בילד המוחרם ולפנות למחנך) – 3 נק'; השוואה (יתרון וקושי לכל אחת) – 3 נק'; בחירה עם שני נימוקים – 4 נק'.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מחדש את ההודעה כמסר אני: «אתם ממש מגעילים, תמיד אתם מתחילים את המשחק בלי לחכות לי!» והסבירו במשפט אחד מה שיניתם.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«אני מרגיש עצוב ומיותר כשמתחילים את המשחק בלי לחכות לי, ואני מבקש שתקראו לי לפני שמתחילים». ההסבר: הורדתי את העלבון ואת ההכללה «תמיד», ותיארתי רגש ובקשה. מחוון: שלושה חלקים – 5 נק'; הסבר – 2 נק'.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פסקה (4 שורות): איזה כלי מהחוברת תיקחו איתכם לכיתה ו', ותארו מצב שבו הוא יעזור לכם.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בחירת כלי מהחוברת והסבר שלו – 3 נק'; תיאור מצב ממשי ומתאים – 3 נק'; כתיבה מסודרת ונכונה – 2 נק'.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