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חוסן דרך הגוף: נשימה, תשומת לב מודעת ו«מפחיד אבל לא מסוכן»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איך הגוף עוזר לנו להירגע ולהתמודד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5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אותות הגוף</w:t>
      </w:r>
    </w:p>
    <w:p>
      <w:pPr>
        <w:bidi/>
        <w:spacing w:before="0" w:after="40"/>
        <w:jc w:val="both"/>
      </w:pPr>
      <w:r>
        <w:rPr>
          <w:rtl/>
        </w:rPr>
        <w:t>הגוף מגיב לרגשות לפני שאנחנו חושבים. כשמזהים את האותות – אפשר לעצור.</w:t>
      </w:r>
    </w:p>
    <w:p>
      <w:pPr>
        <w:bidi/>
        <w:spacing w:before="0" w:after="20"/>
        <w:jc w:val="both"/>
      </w:pPr>
      <w:r>
        <w:rPr>
          <w:rtl/>
        </w:rPr>
        <w:t>1. לב שדופק מהר ונשימה קצרה</w:t>
      </w:r>
    </w:p>
    <w:p>
      <w:pPr>
        <w:bidi/>
        <w:spacing w:before="0" w:after="20"/>
        <w:jc w:val="both"/>
      </w:pPr>
      <w:r>
        <w:rPr>
          <w:rtl/>
        </w:rPr>
        <w:t>2. שרירים מתוחים ואגרופים קפוצים</w:t>
      </w:r>
    </w:p>
    <w:p>
      <w:pPr>
        <w:bidi/>
        <w:spacing w:before="0" w:after="20"/>
        <w:jc w:val="both"/>
      </w:pPr>
      <w:r>
        <w:rPr>
          <w:rtl/>
        </w:rPr>
        <w:t>3. כאב בטן או חום בפנים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בחירה היא שליטה</w:t>
      </w:r>
    </w:p>
    <w:p>
      <w:pPr>
        <w:bidi/>
        <w:spacing w:before="0" w:after="40"/>
        <w:jc w:val="both"/>
      </w:pPr>
      <w:r>
        <w:rPr>
          <w:rtl/>
        </w:rPr>
        <w:t>רגשות מגיעים מעצמם; התגובה היא בחירה שלנו.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שלושה צעדים: עצור · נשום · בחר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מסוכן או מפחיד?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המצב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מסוכן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מתרחקים וקוראים למבוגר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אש, כביש סואן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מפחיד אבל לא מסוכן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נושמים ומתמודדים צעד אחר צעד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הופעה מול הכיתה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כלים להרגעה</w:t>
      </w:r>
    </w:p>
    <w:p>
      <w:pPr>
        <w:bidi/>
        <w:spacing w:before="0" w:after="20"/>
        <w:jc w:val="both"/>
      </w:pPr>
      <w:r>
        <w:rPr>
          <w:rtl/>
        </w:rPr>
        <w:t>1. נשימה איטית: שאיפה 4, נשיפה 6</w:t>
      </w:r>
    </w:p>
    <w:p>
      <w:pPr>
        <w:bidi/>
        <w:spacing w:before="0" w:after="20"/>
        <w:jc w:val="both"/>
      </w:pPr>
      <w:r>
        <w:rPr>
          <w:rtl/>
        </w:rPr>
        <w:t>2. תשומת לב מודעת: חמישה דברים שאני רואה</w:t>
      </w:r>
    </w:p>
    <w:p>
      <w:pPr>
        <w:bidi/>
        <w:spacing w:before="0" w:after="20"/>
        <w:jc w:val="both"/>
      </w:pPr>
      <w:r>
        <w:rPr>
          <w:rtl/>
        </w:rPr>
        <w:t>3. לפנות למבוגר שסומכים עליו: הורה, מורה, יועצת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נשימה איטית מרגיעה את הגוף: שואפים באף בספירה עד 4, ונושפים לאט בפה בספירה עד 6. הנשיפה הארוכה אומרת לגוף: «אפשר להירגע».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איתי רועד לפני שהוא קורא את החיבור שלו מול הכיתה. מה הוא יכול לעשות?</w:t>
      </w:r>
    </w:p>
    <w:p>
      <w:pPr>
        <w:bidi/>
        <w:spacing w:before="0" w:after="20"/>
        <w:jc w:val="both"/>
      </w:pPr>
      <w:r>
        <w:rPr>
          <w:rtl/>
        </w:rPr>
        <w:t>1. לזהות: «הלב דופק, אני לחוץ».</w:t>
      </w:r>
    </w:p>
    <w:p>
      <w:pPr>
        <w:bidi/>
        <w:spacing w:before="0" w:after="20"/>
        <w:jc w:val="both"/>
      </w:pPr>
      <w:r>
        <w:rPr>
          <w:rtl/>
        </w:rPr>
        <w:t>2. לשאול: האם זה מסוכן? לא – זה מפחיד אבל לא מסוכן.</w:t>
      </w:r>
    </w:p>
    <w:p>
      <w:pPr>
        <w:bidi/>
        <w:spacing w:before="0" w:after="20"/>
        <w:jc w:val="both"/>
      </w:pPr>
      <w:r>
        <w:rPr>
          <w:rtl/>
        </w:rPr>
        <w:t>3. לנשום לאט שלוש פעמים ולהתחיל לקרוא.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לזהות את הפחד, לנשום לאט ולהתמודד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את הרגשות לא בוחרים, אבל את ה__________ בוחרים.</w:t>
      </w:r>
    </w:p>
    <w:p>
      <w:pPr>
        <w:bidi/>
        <w:spacing w:before="0" w:after="60"/>
        <w:jc w:val="both"/>
      </w:pPr>
      <w:r>
        <w:rPr>
          <w:rtl/>
        </w:rPr>
        <w:t>ב. בנשימה מרגיעה שואפים עד 4 ונושפים עד __________.</w:t>
      </w:r>
    </w:p>
    <w:p>
      <w:pPr>
        <w:bidi/>
        <w:spacing w:before="0" w:after="60"/>
        <w:jc w:val="both"/>
      </w:pPr>
      <w:r>
        <w:rPr>
          <w:rtl/>
        </w:rPr>
        <w:t>ג. במצב __________ מתרחקים וקוראים למבוגר.</w:t>
      </w:r>
    </w:p>
    <w:p>
      <w:pPr>
        <w:bidi/>
        <w:spacing w:before="0" w:after="60"/>
        <w:jc w:val="both"/>
      </w:pPr>
      <w:r>
        <w:rPr>
          <w:rtl/>
        </w:rPr>
        <w:t>ד. בתשומת לב מודעת שמים לב למה שקורה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תגובה · ב. 6 · ג. מסוכן · ד. עכשיו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