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חוסן דרך הגוף: נשימה, תשומת לב מודעת ו«מפחיד אבל לא מסוכן»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מחסן מילים: נשימה  |  לבחור  |  אותות  |  מודעת  |  מסוכן</w:t>
      </w:r>
    </w:p>
    <w:p>
      <w:pPr>
        <w:bidi/>
        <w:spacing w:before="0" w:after="60"/>
        <w:jc w:val="both"/>
      </w:pPr>
      <w:r>
        <w:rPr>
          <w:rtl/>
        </w:rPr>
        <w:t>א. כשהלב דופק מהר והשרירים מתוחים, הגוף שולח לנו __________.</w:t>
      </w:r>
    </w:p>
    <w:p>
      <w:pPr>
        <w:bidi/>
        <w:spacing w:before="0" w:after="60"/>
        <w:jc w:val="both"/>
      </w:pPr>
      <w:r>
        <w:rPr>
          <w:rtl/>
        </w:rPr>
        <w:t>ב. את התגובה שלנו אנחנו יכולים __________.</w:t>
      </w:r>
    </w:p>
    <w:p>
      <w:pPr>
        <w:bidi/>
        <w:spacing w:before="0" w:after="60"/>
        <w:jc w:val="both"/>
      </w:pPr>
      <w:r>
        <w:rPr>
          <w:rtl/>
        </w:rPr>
        <w:t>ג. __________ איטית עוזרת לגוף להירגע.</w:t>
      </w:r>
    </w:p>
    <w:p>
      <w:pPr>
        <w:bidi/>
        <w:spacing w:before="0" w:after="60"/>
        <w:jc w:val="both"/>
      </w:pPr>
      <w:r>
        <w:rPr>
          <w:rtl/>
        </w:rPr>
        <w:t>ד. תשומת לב __________ היא לשים לב למה שקורה עכשיו.</w:t>
      </w:r>
    </w:p>
    <w:p>
      <w:pPr>
        <w:bidi/>
        <w:spacing w:before="0" w:after="60"/>
        <w:jc w:val="both"/>
      </w:pPr>
      <w:r>
        <w:rPr>
          <w:rtl/>
        </w:rPr>
        <w:t>ה. כשמשהו __________ באמת, מתרחקים וקוראים למבוגר.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רגש אות גוף שעשוי להופיע איתו.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פחד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הלב דופק מהר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כעס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הפנים מאדימות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לחץ לפני מבחן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אגרופים קפוצים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מבוכה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פיהוקים ועיניים כבדות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עייפות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פרפרים בבטן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אפשר להחליט לא להרגיש כעס בכלל.      נכון / לא נכון</w:t>
      </w:r>
    </w:p>
    <w:p>
      <w:pPr>
        <w:bidi/>
        <w:spacing w:before="0" w:after="60"/>
        <w:jc w:val="both"/>
      </w:pPr>
      <w:r>
        <w:rPr>
          <w:rtl/>
        </w:rPr>
        <w:t>ב. נשיפה ארוכה עוזרת לגוף להירגע.      נכון / לא נכון</w:t>
      </w:r>
    </w:p>
    <w:p>
      <w:pPr>
        <w:bidi/>
        <w:spacing w:before="0" w:after="60"/>
        <w:jc w:val="both"/>
      </w:pPr>
      <w:r>
        <w:rPr>
          <w:rtl/>
        </w:rPr>
        <w:t>ג. כל דבר מפחיד הוא גם מסוכן.      נכון / לא נכון</w:t>
      </w:r>
    </w:p>
    <w:p>
      <w:pPr>
        <w:bidi/>
        <w:spacing w:before="0" w:after="60"/>
        <w:jc w:val="both"/>
      </w:pPr>
      <w:r>
        <w:rPr>
          <w:rtl/>
        </w:rPr>
        <w:t>ד. אפשר לתרגל תשומת לב מודעת בעזרת החושים.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המצבים: מסוכן באמת, או מפחיד אבל לא מסוכן.</w:t>
      </w:r>
    </w:p>
    <w:p>
      <w:pPr>
        <w:bidi/>
        <w:spacing w:before="0" w:after="80"/>
        <w:jc w:val="both"/>
      </w:pPr>
      <w:r>
        <w:rPr>
          <w:color w:val="C2410C"/>
          <w:sz w:val="24"/>
          <w:szCs w:val="24"/>
          <w:rtl/>
        </w:rPr>
        <w:t>המילים: לטפס על גג בניין  |  לשאול שאלה בשיעור  |  לשחות בים כשיש דגל שחור  |  להציג עבודה מול הכיתה  |  לגעת בחוט חשמל קרוע  |  להכיר ילד חדש בחוג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מסוכן באמת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מפחיד אבל לא מסוכן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הטבלה: מה הגוף מרגיש, ומה אפשר לעשות.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הגוף מרגיש?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אני יכול לעשות?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רגע לפני משחק גמר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צחק עליי מול כולם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 מחכה לתור אצל רופא השיניים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המשמעות של «בחירה היא שליטה»?</w:t>
      </w:r>
    </w:p>
    <w:p>
      <w:pPr>
        <w:bidi/>
        <w:spacing w:before="0" w:after="80"/>
        <w:jc w:val="both"/>
      </w:pPr>
      <w:r>
        <w:rPr>
          <w:rtl/>
        </w:rPr>
        <w:t xml:space="preserve">   ○ אני שולט ברגשות של אחרים      ○ אני בוחר איך להגיב לרגש שלי      ○ אסור לי לכעוס      ○ תמיד צריך לוותר</w:t>
      </w:r>
    </w:p>
    <w:p>
      <w:pPr>
        <w:bidi/>
        <w:spacing w:before="0" w:after="20"/>
        <w:jc w:val="both"/>
      </w:pPr>
      <w:r>
        <w:rPr>
          <w:rtl/>
        </w:rPr>
        <w:t>ב. איזו פעולה היא תרגול של תשומת לב מודעת?</w:t>
      </w:r>
    </w:p>
    <w:p>
      <w:pPr>
        <w:bidi/>
        <w:spacing w:before="0" w:after="80"/>
        <w:jc w:val="both"/>
      </w:pPr>
      <w:r>
        <w:rPr>
          <w:rtl/>
        </w:rPr>
        <w:t xml:space="preserve">   ○ לשחק במשחק מחשב      ○ להקשיב לכל הצלילים שבחדר במשך דקה      ○ לרוץ מהר ככל האפשר      ○ לדבר בטלפון</w:t>
      </w:r>
    </w:p>
    <w:p>
      <w:pPr>
        <w:bidi/>
        <w:spacing w:before="0" w:after="20"/>
        <w:jc w:val="both"/>
      </w:pPr>
      <w:r>
        <w:rPr>
          <w:rtl/>
        </w:rPr>
        <w:t>ג. מה כדאי לעשות במצב מסוכן באמת?</w:t>
      </w:r>
    </w:p>
    <w:p>
      <w:pPr>
        <w:bidi/>
        <w:spacing w:before="0" w:after="80"/>
        <w:jc w:val="both"/>
      </w:pPr>
      <w:r>
        <w:rPr>
          <w:rtl/>
        </w:rPr>
        <w:t xml:space="preserve">   ○ להתרחק ולקרוא למבוגר      ○ לנשום ולהישאר במקום      ○ לצלם את המצב      ○ לחכות שזה יעבור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תגובה כתבו: «בחירה מרגיעה» או «תגובה אוטומטית».</w:t>
      </w:r>
    </w:p>
    <w:p>
      <w:pPr>
        <w:bidi/>
        <w:spacing w:before="0" w:after="100"/>
        <w:jc w:val="both"/>
      </w:pPr>
      <w:r>
        <w:rPr>
          <w:rtl/>
        </w:rPr>
        <w:t>א. עומר נשם שלוש נשימות לפני שענה לאחיו.</w:t>
      </w:r>
    </w:p>
    <w:p>
      <w:pPr>
        <w:bidi/>
        <w:spacing w:before="0" w:after="100"/>
        <w:jc w:val="both"/>
      </w:pPr>
      <w:r>
        <w:rPr>
          <w:rtl/>
        </w:rPr>
        <w:t>ב. יואב טרק את הדלת בכוח.</w:t>
      </w:r>
    </w:p>
    <w:p>
      <w:pPr>
        <w:bidi/>
        <w:spacing w:before="0" w:after="100"/>
        <w:jc w:val="both"/>
      </w:pPr>
      <w:r>
        <w:rPr>
          <w:rtl/>
        </w:rPr>
        <w:t>ג. נועה אמרה: «אני צריכה רגע» ויצאה לשתות מים.</w:t>
      </w:r>
    </w:p>
    <w:p>
      <w:pPr>
        <w:bidi/>
        <w:spacing w:before="0" w:after="100"/>
        <w:jc w:val="both"/>
      </w:pPr>
      <w:r>
        <w:rPr>
          <w:rtl/>
        </w:rPr>
        <w:t>ד. אורי צעק על השופט באמצע המשחק.</w:t>
      </w:r>
    </w:p>
    <w:p>
      <w:pPr>
        <w:bidi/>
        <w:spacing w:before="0" w:after="100"/>
        <w:jc w:val="both"/>
      </w:pPr>
      <w:r>
        <w:rPr>
          <w:rtl/>
        </w:rPr>
        <w:t>ה. דניאל ספר עד עשר וחזר לשחק.</w:t>
      </w:r>
    </w:p>
    <w:p>
      <w:pPr>
        <w:bidi/>
        <w:spacing w:before="120" w:after="40"/>
        <w:jc w:val="center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הקפיצה של אריאל</w:t>
      </w:r>
    </w:p>
    <w:p>
      <w:pPr>
        <w:bidi/>
        <w:spacing w:before="0" w:after="80"/>
        <w:jc w:val="both"/>
      </w:pPr>
      <w:r>
        <w:rPr>
          <w:rtl/>
        </w:rPr>
        <w:t>כל הכיתה עמדה בתור ליד הבריכה. היום כל אחד צריך היה לקפוץ מהמקפצה הנמוכה. כשהגיע התור של אריאל, הלב שלו התחיל לדפוק חזק והרגליים רעדו. «אני לא יכול», לחש למדריך.</w:t>
      </w:r>
    </w:p>
    <w:p>
      <w:pPr>
        <w:bidi/>
        <w:spacing w:before="0" w:after="80"/>
        <w:jc w:val="both"/>
      </w:pPr>
      <w:r>
        <w:rPr>
          <w:rtl/>
        </w:rPr>
        <w:t>המדריך התכופף אליו ואמר בשקט: «המים עמוקים בדיוק כמו שצריך, ואני עומד כאן לידך. זה מפחיד, אבל זה לא מסוכן». הוא הציע לאריאל לנשום יחד איתו: לשאוף לאט באף, ולנשוף ארוך בפה.</w:t>
      </w:r>
    </w:p>
    <w:p>
      <w:pPr>
        <w:bidi/>
        <w:spacing w:before="0" w:after="80"/>
        <w:jc w:val="both"/>
      </w:pPr>
      <w:r>
        <w:rPr>
          <w:rtl/>
        </w:rPr>
        <w:t>אחרי שלוש נשימות אריאל הרגיש שהרגליים מתייצבות. הוא הסתכל על המים, ספר עד שלוש וקפץ. כשעלה מעל המים, חייך. «בפעם הבאה זה יהיה קל יותר», אמר.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הסיפור «הקפיצה של אריאל».</w:t>
      </w:r>
    </w:p>
    <w:p>
      <w:pPr>
        <w:bidi/>
        <w:spacing w:before="0" w:after="60"/>
        <w:jc w:val="both"/>
      </w:pPr>
      <w:r>
        <w:rPr>
          <w:rtl/>
        </w:rPr>
        <w:t>א. כשהגיע התור של אריאל, הלב שלו __________ חזק.</w:t>
      </w:r>
    </w:p>
    <w:p>
      <w:pPr>
        <w:bidi/>
        <w:spacing w:before="0" w:after="60"/>
        <w:jc w:val="both"/>
      </w:pPr>
      <w:r>
        <w:rPr>
          <w:rtl/>
        </w:rPr>
        <w:t>ב. המדריך אמר: «זה מפחיד, אבל זה לא __________».</w:t>
      </w:r>
    </w:p>
    <w:p>
      <w:pPr>
        <w:bidi/>
        <w:spacing w:before="0" w:after="60"/>
        <w:jc w:val="both"/>
      </w:pPr>
      <w:r>
        <w:rPr>
          <w:rtl/>
        </w:rPr>
        <w:t>ג. אריאל נשם __________ נשימות לפני הקפיצה.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איך עזר המדריך לאריאל? ציינו שני דברים שעשה.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מדוע לדעתכם אמר אריאל: «בפעם הבאה זה יהיה קל יותר»?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ציירו «מד לחץ» מ-1 עד 5. ליד כל מספר כתבו מצב מחייכם ואות גוף שמתאים לו.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תארו מצב שבו הרגשתם פחד גדול, אבל בסוף הצלחתם להתמודד. מה עזר לכם?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נועם אומר: «אם אני מפחד ממשהו, סימן שאסור לי לעשות אותו». הסבירו במה הוא צודק ובמה הוא טועה, ותנו דוגמה לכל אחד.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ה'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חוסן דרך הגוף: נשימה, תשומת לב מודעת ו«מפחיד אבל לא מסוכן»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40"/>
        <w:jc w:val="both"/>
      </w:pPr>
      <w:r>
        <w:rPr>
          <w:rtl/>
        </w:rPr>
        <w:t>א. כשהלב דופק מהר והשרירים מתוחים, הגוף שולח לנו אותות.</w:t>
      </w:r>
    </w:p>
    <w:p>
      <w:pPr>
        <w:bidi/>
        <w:spacing w:before="0" w:after="40"/>
        <w:jc w:val="both"/>
      </w:pPr>
      <w:r>
        <w:rPr>
          <w:rtl/>
        </w:rPr>
        <w:t>ב. את התגובה שלנו אנחנו יכולים לבחור.</w:t>
      </w:r>
    </w:p>
    <w:p>
      <w:pPr>
        <w:bidi/>
        <w:spacing w:before="0" w:after="40"/>
        <w:jc w:val="both"/>
      </w:pPr>
      <w:r>
        <w:rPr>
          <w:rtl/>
        </w:rPr>
        <w:t>ג. נשימה איטית עוזרת לגוף להירגע.</w:t>
      </w:r>
    </w:p>
    <w:p>
      <w:pPr>
        <w:bidi/>
        <w:spacing w:before="0" w:after="40"/>
        <w:jc w:val="both"/>
      </w:pPr>
      <w:r>
        <w:rPr>
          <w:rtl/>
        </w:rPr>
        <w:t>ד. תשומת לב מודעת היא לשים לב למה שקורה עכשיו.</w:t>
      </w:r>
    </w:p>
    <w:p>
      <w:pPr>
        <w:bidi/>
        <w:spacing w:before="0" w:after="40"/>
        <w:jc w:val="both"/>
      </w:pPr>
      <w:r>
        <w:rPr>
          <w:rtl/>
        </w:rPr>
        <w:t>ה. כשמשהו מסוכן באמת, מתרחקים וקוראים למבוגר.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רגש אות גוף שעשוי להופיע איתו.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פחד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הלב דופק מהר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כעס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הפנים מאדימות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לחץ לפני מבחן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אגרופים קפוצים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מבוכה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פיהוקים ועיניים כבדות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עייפות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פרפרים בבטן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אפשר להחליט לא להרגיש כעס בכלל. – לא נכון – רגשות מגיעים מעצמם; אנחנו בוחרים את התגובה</w:t>
      </w:r>
    </w:p>
    <w:p>
      <w:pPr>
        <w:bidi/>
        <w:spacing w:before="0" w:after="40"/>
        <w:jc w:val="both"/>
      </w:pPr>
      <w:r>
        <w:rPr>
          <w:rtl/>
        </w:rPr>
        <w:t>ב. נשיפה ארוכה עוזרת לגוף להירגע. – נכון</w:t>
      </w:r>
    </w:p>
    <w:p>
      <w:pPr>
        <w:bidi/>
        <w:spacing w:before="0" w:after="40"/>
        <w:jc w:val="both"/>
      </w:pPr>
      <w:r>
        <w:rPr>
          <w:rtl/>
        </w:rPr>
        <w:t>ג. כל דבר מפחיד הוא גם מסוכן. – לא נכון – יש מצבים מפחידים שאינם מסוכנים, כמו הופעה מול הכיתה</w:t>
      </w:r>
    </w:p>
    <w:p>
      <w:pPr>
        <w:bidi/>
        <w:spacing w:before="0" w:after="40"/>
        <w:jc w:val="both"/>
      </w:pPr>
      <w:r>
        <w:rPr>
          <w:rtl/>
        </w:rPr>
        <w:t>ד. אפשר לתרגל תשומת לב מודעת בעזרת החושים.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המצבים: מסוכן באמת, או מפחיד אבל לא מסוכן.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מסוכן באמת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מפחיד אבל לא מסוכן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לטפס על גג בניין, לשחות בים כשיש דגל שחור, לגעת בחוט חשמל קרוע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לשאול שאלה בשיעור, להציג עבודה מול הכיתה, להכיר ילד חדש בחוג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הטבלה: מה הגוף מרגיש, ומה אפשר לעשות.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הגוף מרגיש?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אני יכול לעשות?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רגע לפני משחק גמר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לב דופק, ידיים רועדות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לנשום לאט ולהזכיר לעצמי שהתאמנתי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צחק עליי מול כולם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פנים חמות, אגרופים קפוצים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לעצור, להתרחק ולדבר איתו כשאירגע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 מחכה לתור אצל רופא השיניים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כאב בטן, נשימה קצרה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נשימת בלון ולספור דברים שאני רואה בחדר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המשמעות של «בחירה היא שליטה»?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אני בוחר איך להגיב לרגש שלי</w:t>
      </w:r>
    </w:p>
    <w:p>
      <w:pPr>
        <w:bidi/>
        <w:spacing w:before="0" w:after="20"/>
        <w:jc w:val="both"/>
      </w:pPr>
      <w:r>
        <w:rPr>
          <w:rtl/>
        </w:rPr>
        <w:t>ב. איזו פעולה היא תרגול של תשומת לב מודעת?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להקשיב לכל הצלילים שבחדר במשך דקה</w:t>
      </w:r>
    </w:p>
    <w:p>
      <w:pPr>
        <w:bidi/>
        <w:spacing w:before="0" w:after="20"/>
        <w:jc w:val="both"/>
      </w:pPr>
      <w:r>
        <w:rPr>
          <w:rtl/>
        </w:rPr>
        <w:t>ג. מה כדאי לעשות במצב מסוכן באמת?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להתרחק ולקרוא למבוגר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תגובה כתבו: «בחירה מרגיעה» או «תגובה אוטומטית».</w:t>
      </w:r>
    </w:p>
    <w:p>
      <w:pPr>
        <w:bidi/>
        <w:spacing w:before="0" w:after="100"/>
        <w:jc w:val="both"/>
      </w:pPr>
      <w:r>
        <w:rPr>
          <w:rtl/>
        </w:rPr>
        <w:t>א. עומר נשם שלוש נשימות לפני שענה לאחיו.  ← בחירה מרגיעה</w:t>
      </w:r>
    </w:p>
    <w:p>
      <w:pPr>
        <w:bidi/>
        <w:spacing w:before="0" w:after="100"/>
        <w:jc w:val="both"/>
      </w:pPr>
      <w:r>
        <w:rPr>
          <w:rtl/>
        </w:rPr>
        <w:t>ב. יואב טרק את הדלת בכוח.  ← תגובה אוטומטית</w:t>
      </w:r>
    </w:p>
    <w:p>
      <w:pPr>
        <w:bidi/>
        <w:spacing w:before="0" w:after="100"/>
        <w:jc w:val="both"/>
      </w:pPr>
      <w:r>
        <w:rPr>
          <w:rtl/>
        </w:rPr>
        <w:t>ג. נועה אמרה: «אני צריכה רגע» ויצאה לשתות מים.  ← בחירה מרגיעה</w:t>
      </w:r>
    </w:p>
    <w:p>
      <w:pPr>
        <w:bidi/>
        <w:spacing w:before="0" w:after="100"/>
        <w:jc w:val="both"/>
      </w:pPr>
      <w:r>
        <w:rPr>
          <w:rtl/>
        </w:rPr>
        <w:t>ד. אורי צעק על השופט באמצע המשחק.  ← תגובה אוטומטית</w:t>
      </w:r>
    </w:p>
    <w:p>
      <w:pPr>
        <w:bidi/>
        <w:spacing w:before="0" w:after="100"/>
        <w:jc w:val="both"/>
      </w:pPr>
      <w:r>
        <w:rPr>
          <w:rtl/>
        </w:rPr>
        <w:t>ה. דניאל ספר עד עשר וחזר לשחק.  ← בחירה מרגיעה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השלימו לפי הסיפור «הקפיצה של אריאל».</w:t>
      </w:r>
    </w:p>
    <w:p>
      <w:pPr>
        <w:bidi/>
        <w:spacing w:before="0" w:after="40"/>
        <w:jc w:val="both"/>
      </w:pPr>
      <w:r>
        <w:rPr>
          <w:rtl/>
        </w:rPr>
        <w:t>א. כשהגיע התור של אריאל, הלב שלו דפק חזק.</w:t>
      </w:r>
    </w:p>
    <w:p>
      <w:pPr>
        <w:bidi/>
        <w:spacing w:before="0" w:after="40"/>
        <w:jc w:val="both"/>
      </w:pPr>
      <w:r>
        <w:rPr>
          <w:rtl/>
        </w:rPr>
        <w:t>ב. המדריך אמר: «זה מפחיד, אבל זה לא מסוכן».</w:t>
      </w:r>
    </w:p>
    <w:p>
      <w:pPr>
        <w:bidi/>
        <w:spacing w:before="0" w:after="40"/>
        <w:jc w:val="both"/>
      </w:pPr>
      <w:r>
        <w:rPr>
          <w:rtl/>
        </w:rPr>
        <w:t>ג. אריאל נשם שלוש נשימות לפני הקפיצה.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איך עזר המדריך לאריאל? ציינו שני דברים שעשה.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המדריך הרגיע אותו שהמצב אינו מסוכן ושהוא עומד לידו, ונשם איתו נשימות איטיות.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מדוע לדעתכם אמר אריאל: «בפעם הבאה זה יהיה קל יותר»?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כי הוא גילה שהצליח להתמודד עם הפחד; כשמתמודדים עם משהו מפחיד שאינו מסוכן, בכל פעם הוא נעשה קל יותר.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ציירו «מד לחץ» מ-1 עד 5. ליד כל מספר כתבו מצב מחייכם ואות גוף שמתאים לו.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סולם עם חמש דרגות, לכל דרגה מצב אישי ואות גוף מתאים (למשל 1 – רגוע, נשימה שקטה; 5 – לחוץ מאוד, לב דופק).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תארו מצב שבו הרגשתם פחד גדול, אבל בסוף הצלחתם להתמודד. מה עזר לכם?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שמתארת מצב מפחיד שאינו מסוכן ודרך התמודדות (נשימה, עידוד עצמי, עזרה של מבוגר או חבר).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נועם אומר: «אם אני מפחד ממשהו, סימן שאסור לי לעשות אותו». הסבירו במה הוא צודק ובמה הוא טועה, ותנו דוגמה לכל אחד.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הוא צודק כשמדובר במצב מסוכן באמת (למשל לטפס על גג) – שם הפחד שומר עלינו. הוא טועה כשמדובר במצב מפחיד שאינו מסוכן (למשל לקרוא מול הכיתה) – שם אפשר לנשום ולהתמודד, וזה מחזק אותנו.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