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מרחב חיובי ובטוח ברשת: אמפתיה ו«עומדים לצד»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איך שומרים על רשת חיובית ובטוחה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5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למה ברשת קל לפגוע?</w:t>
      </w:r>
    </w:p>
    <w:p>
      <w:pPr>
        <w:bidi/>
        <w:spacing w:before="0" w:after="20"/>
        <w:jc w:val="both"/>
      </w:pPr>
      <w:r>
        <w:rPr>
          <w:rtl/>
        </w:rPr>
        <w:t>1. לא רואים פנים ולא שומעים טון</w:t>
      </w:r>
    </w:p>
    <w:p>
      <w:pPr>
        <w:bidi/>
        <w:spacing w:before="0" w:after="20"/>
        <w:jc w:val="both"/>
      </w:pPr>
      <w:r>
        <w:rPr>
          <w:rtl/>
        </w:rPr>
        <w:t>2. מגיבים מהר, בלי לחשוב</w:t>
      </w:r>
    </w:p>
    <w:p>
      <w:pPr>
        <w:bidi/>
        <w:spacing w:before="0" w:after="20"/>
        <w:jc w:val="both"/>
      </w:pPr>
      <w:r>
        <w:rPr>
          <w:rtl/>
        </w:rPr>
        <w:t>3. הודעה מגיעה להרבה אנשים ונשארת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עומד מהצד ועומד לצד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 עושה?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עומד מהצד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רואה ושותק או מצטרף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מסמן «אהבתי» על לעג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עומד לצד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עושה צעד כדי לעזור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כותב לנפגע: «אני איתך»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דרכים לעמוד לצד</w:t>
      </w:r>
    </w:p>
    <w:p>
      <w:pPr>
        <w:bidi/>
        <w:spacing w:before="0" w:after="20"/>
        <w:jc w:val="both"/>
      </w:pPr>
      <w:r>
        <w:rPr>
          <w:rtl/>
        </w:rPr>
        <w:t>1. לא להעביר הלאה ולא לסמן «אהבתי»</w:t>
      </w:r>
    </w:p>
    <w:p>
      <w:pPr>
        <w:bidi/>
        <w:spacing w:before="0" w:after="20"/>
        <w:jc w:val="both"/>
      </w:pPr>
      <w:r>
        <w:rPr>
          <w:rtl/>
        </w:rPr>
        <w:t>2. לכתוב «זה לא בסדר» או לשלוח תמיכה בפרטי</w:t>
      </w:r>
    </w:p>
    <w:p>
      <w:pPr>
        <w:bidi/>
        <w:spacing w:before="0" w:after="20"/>
        <w:jc w:val="both"/>
      </w:pPr>
      <w:r>
        <w:rPr>
          <w:rtl/>
        </w:rPr>
        <w:t>3. לספר למבוגר: הורה, מחנך, יועצת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שלוש שאלות לפני ששולחים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שואלים: האם זה נכון? · האם זה מכבד? · האם הייתי אומר את זה פנים אל פנים?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לפני כל הודעה – עצרו ובדקו: האם זה נכון? האם זה מכבד? האם הייתי אומר את זה גם פנים אל פנים?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בקבוצת הכיתה מישהו העלה תמונה של יהונתן נופל, וכולם צוחקים. מה אפשר לעשות?</w:t>
      </w:r>
    </w:p>
    <w:p>
      <w:pPr>
        <w:bidi/>
        <w:spacing w:before="0" w:after="20"/>
        <w:jc w:val="both"/>
      </w:pPr>
      <w:r>
        <w:rPr>
          <w:rtl/>
        </w:rPr>
        <w:t>1. לא לצחוק ולא לסמן «אהבתי».</w:t>
      </w:r>
    </w:p>
    <w:p>
      <w:pPr>
        <w:bidi/>
        <w:spacing w:before="0" w:after="20"/>
        <w:jc w:val="both"/>
      </w:pPr>
      <w:r>
        <w:rPr>
          <w:rtl/>
        </w:rPr>
        <w:t>2. לכתוב ליהונתן בפרטי: «אני איתך».</w:t>
      </w:r>
    </w:p>
    <w:p>
      <w:pPr>
        <w:bidi/>
        <w:spacing w:before="0" w:after="20"/>
        <w:jc w:val="both"/>
      </w:pPr>
      <w:r>
        <w:rPr>
          <w:rtl/>
        </w:rPr>
        <w:t>3. לבקש ממי שהעלה למחוק, ואם זה נמשך – לספר למבוגר.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לעמוד לצד יהונתן: לתמוך בו ולפנות לעזרה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מי שרואה פגיעה ושותק עומד __________.</w:t>
      </w:r>
    </w:p>
    <w:p>
      <w:pPr>
        <w:bidi/>
        <w:spacing w:before="0" w:after="60"/>
        <w:jc w:val="both"/>
      </w:pPr>
      <w:r>
        <w:rPr>
          <w:rtl/>
        </w:rPr>
        <w:t>ב. ברשת לא שומעים את ה__________ של הכותב.</w:t>
      </w:r>
    </w:p>
    <w:p>
      <w:pPr>
        <w:bidi/>
        <w:spacing w:before="0" w:after="60"/>
        <w:jc w:val="both"/>
      </w:pPr>
      <w:r>
        <w:rPr>
          <w:rtl/>
        </w:rPr>
        <w:t>ג. אפשר לשלוח לנפגע הודעת __________ בפרטי.</w:t>
      </w:r>
    </w:p>
    <w:p>
      <w:pPr>
        <w:bidi/>
        <w:spacing w:before="0" w:after="60"/>
        <w:jc w:val="both"/>
      </w:pPr>
      <w:r>
        <w:rPr>
          <w:rtl/>
        </w:rPr>
        <w:t>ד. אם הפגיעה נמשכת, מספרים ל__________.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מהצד · ב. טון · ג. תמיכה · ד. מבוגר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