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מרחב חיובי ובטוח ברשת: אמפתיה ו«עומדים לצד»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אמפתיה  |  לצד  |  מהצד  |  טון  |  פרטי</w:t>
      </w:r>
    </w:p>
    <w:p>
      <w:pPr>
        <w:bidi/>
        <w:spacing w:before="0" w:after="60"/>
        <w:jc w:val="both"/>
      </w:pPr>
      <w:r>
        <w:rPr>
          <w:rtl/>
        </w:rPr>
        <w:t>א. __________ היא היכולת להבין מה מרגיש מישהו אחר.</w:t>
      </w:r>
    </w:p>
    <w:p>
      <w:pPr>
        <w:bidi/>
        <w:spacing w:before="0" w:after="60"/>
        <w:jc w:val="both"/>
      </w:pPr>
      <w:r>
        <w:rPr>
          <w:rtl/>
        </w:rPr>
        <w:t>ב. מי שרואה לעג ושותק עומד __________.</w:t>
      </w:r>
    </w:p>
    <w:p>
      <w:pPr>
        <w:bidi/>
        <w:spacing w:before="0" w:after="60"/>
        <w:jc w:val="both"/>
      </w:pPr>
      <w:r>
        <w:rPr>
          <w:rtl/>
        </w:rPr>
        <w:t>ג. מי שתומך בנפגע עומד __________.</w:t>
      </w:r>
    </w:p>
    <w:p>
      <w:pPr>
        <w:bidi/>
        <w:spacing w:before="0" w:after="60"/>
        <w:jc w:val="both"/>
      </w:pPr>
      <w:r>
        <w:rPr>
          <w:rtl/>
        </w:rPr>
        <w:t>ד. בהודעה כתובה לא שומעים את ה__________.</w:t>
      </w:r>
    </w:p>
    <w:p>
      <w:pPr>
        <w:bidi/>
        <w:spacing w:before="0" w:after="60"/>
        <w:jc w:val="both"/>
      </w:pPr>
      <w:r>
        <w:rPr>
          <w:rtl/>
        </w:rPr>
        <w:t>ה. אפשר לשלוח לנפגע הודעת חיזוק ב__________.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אמפתיה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שמירת תמונה של מה שמופיע על המסך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עומד מהצד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רואה פגיעה ולא עושה דבר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להבין את הרגש של האחר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חסימה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מניעת הודעות מחשבון מסוים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צילום מסך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פועל כדי לעזור לנפגע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אם כתבתי «סתם צוחק», ההודעה לא יכולה לפגוע.      נכון / לא נכון</w:t>
      </w:r>
    </w:p>
    <w:p>
      <w:pPr>
        <w:bidi/>
        <w:spacing w:before="0" w:after="60"/>
        <w:jc w:val="both"/>
      </w:pPr>
      <w:r>
        <w:rPr>
          <w:rtl/>
        </w:rPr>
        <w:t>ב. סימון «אהבתי» על הודעה פוגעת מחזק את הפגיעה.      נכון / לא נכון</w:t>
      </w:r>
    </w:p>
    <w:p>
      <w:pPr>
        <w:bidi/>
        <w:spacing w:before="0" w:after="60"/>
        <w:jc w:val="both"/>
      </w:pPr>
      <w:r>
        <w:rPr>
          <w:rtl/>
        </w:rPr>
        <w:t>ג. לעמוד לצד זה תמיד להתעמת עם הפוגע.      נכון / לא נכון</w:t>
      </w:r>
    </w:p>
    <w:p>
      <w:pPr>
        <w:bidi/>
        <w:spacing w:before="0" w:after="60"/>
        <w:jc w:val="both"/>
      </w:pPr>
      <w:r>
        <w:rPr>
          <w:rtl/>
        </w:rPr>
        <w:t>ד. הודעה שנשלחה לקבוצה יכולה להישמר ולהגיע לאנשים רבים.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המעשים ברשת: בונים מרחב חיובי, או פוגעים.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לפרגן על עבודה של חבר  |  להוציא ילד מהקבוצה בלי סיבה  |  לשלוח מדבקה מצחיקה ולא פוגעת  |  להעביר צילום מביך של ילד  |  לשאול בפרטי «הכול בסדר?»  |  לכתוב כינוי מעליב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בונים מרחב חיובי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פוגעים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מה מרגיש הנפגע, ואיך אפשר לעמוד לצידו?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 ברשת?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עשוי להרגיש?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עומדים לצידו?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התעלמו מההודעה של נועם בקבוצה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מישהו כתב תגובה מעליבה על השיר שאורי העלה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הזמינו את כל הכיתה למשחק מקוון חוץ מאיתי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איזו שאלה כדאי לשאול לפני ששולחים הודעה?</w:t>
      </w:r>
    </w:p>
    <w:p>
      <w:pPr>
        <w:bidi/>
        <w:spacing w:before="0" w:after="80"/>
        <w:jc w:val="both"/>
      </w:pPr>
      <w:r>
        <w:rPr>
          <w:rtl/>
        </w:rPr>
        <w:t xml:space="preserve">   ○ כמה אנשים יצחקו?      ○ האם הייתי אומר את זה פנים אל פנים?      ○ האם יש לי מספיק מדבקות?      ○ מי יענה ראשון?</w:t>
      </w:r>
    </w:p>
    <w:p>
      <w:pPr>
        <w:bidi/>
        <w:spacing w:before="0" w:after="20"/>
        <w:jc w:val="both"/>
      </w:pPr>
      <w:r>
        <w:rPr>
          <w:rtl/>
        </w:rPr>
        <w:t>ב. עומר ראה שמעליבים את דניאל בקבוצה. מה פירוש «לעמוד לצד»?</w:t>
      </w:r>
    </w:p>
    <w:p>
      <w:pPr>
        <w:bidi/>
        <w:spacing w:before="0" w:after="80"/>
        <w:jc w:val="both"/>
      </w:pPr>
      <w:r>
        <w:rPr>
          <w:rtl/>
        </w:rPr>
        <w:t xml:space="preserve">   ○ לצאת מהקבוצה ולא להגיד כלום      ○ להעביר את ההודעה לחברים      ○ לכתוב לדניאל מילה טובה ולספר למבוגר      ○ להעליב בחזרה את הפוגע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התגובות בקבוצת הכיתה. ליד כל אחת כתבו «מכבדת» או «פוגעת».</w:t>
      </w:r>
    </w:p>
    <w:p>
      <w:pPr>
        <w:bidi/>
        <w:spacing w:before="0" w:after="100"/>
        <w:jc w:val="both"/>
      </w:pPr>
      <w:r>
        <w:rPr>
          <w:rtl/>
        </w:rPr>
        <w:t>א. «איזה יופי של פרויקט, איך עשיתם את זה?»</w:t>
      </w:r>
    </w:p>
    <w:p>
      <w:pPr>
        <w:bidi/>
        <w:spacing w:before="0" w:after="100"/>
        <w:jc w:val="both"/>
      </w:pPr>
      <w:r>
        <w:rPr>
          <w:rtl/>
        </w:rPr>
        <w:t>ב. «רק אתה יכול להיות כל כך איטי»</w:t>
      </w:r>
    </w:p>
    <w:p>
      <w:pPr>
        <w:bidi/>
        <w:spacing w:before="0" w:after="100"/>
        <w:jc w:val="both"/>
      </w:pPr>
      <w:r>
        <w:rPr>
          <w:rtl/>
        </w:rPr>
        <w:t>ג. «לא הבנתי את השאלה, מישהו יכול להסביר?»</w:t>
      </w:r>
    </w:p>
    <w:p>
      <w:pPr>
        <w:bidi/>
        <w:spacing w:before="0" w:after="100"/>
        <w:jc w:val="both"/>
      </w:pPr>
      <w:r>
        <w:rPr>
          <w:rtl/>
        </w:rPr>
        <w:t>ד. «מי שלא מסכים איתי הוא טיפש»</w:t>
      </w:r>
    </w:p>
    <w:p>
      <w:pPr>
        <w:bidi/>
        <w:spacing w:before="0" w:after="100"/>
        <w:jc w:val="both"/>
      </w:pPr>
      <w:r>
        <w:rPr>
          <w:rtl/>
        </w:rPr>
        <w:t>ה. «מזל טוב ליום ההולדת, נועה!»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ההודעה של יואב</w:t>
      </w:r>
    </w:p>
    <w:p>
      <w:pPr>
        <w:bidi/>
        <w:spacing w:before="0" w:after="80"/>
        <w:jc w:val="both"/>
      </w:pPr>
      <w:r>
        <w:rPr>
          <w:rtl/>
        </w:rPr>
        <w:t>ביום שישי העלתה תמר לקבוצת הכיתה סרטון שבו היא מנגנת בפסנתר. אחרי כמה דקות כתב מישהו: «אוי, זה צורם לאוזניים», והוסיף פרצופים צוחקים. עוד שני ילדים סימנו שהם אוהבים את התגובה.</w:t>
      </w:r>
    </w:p>
    <w:p>
      <w:pPr>
        <w:bidi/>
        <w:spacing w:before="0" w:after="80"/>
        <w:jc w:val="both"/>
      </w:pPr>
      <w:r>
        <w:rPr>
          <w:rtl/>
        </w:rPr>
        <w:t>יואב ראה את ההודעות והרגיש לא נעים. הוא חשב: «אם אני הייתי מעלה סרטון, הייתי רוצה שמישהו יגן עליי». הוא כתב בקבוצה: «לדעתי זה מרשים שתמר מנגנת. בואו נהיה נחמדים». אחר כך שלח לתמר בפרטי: «ניגנת יפה, אל תתייחסי לזה».</w:t>
      </w:r>
    </w:p>
    <w:p>
      <w:pPr>
        <w:bidi/>
        <w:spacing w:before="0" w:after="80"/>
        <w:jc w:val="both"/>
      </w:pPr>
      <w:r>
        <w:rPr>
          <w:rtl/>
        </w:rPr>
        <w:t>אחרי רגע הצטרפו עוד ילדים ופרגנו לתמר. מי שכתב את התגובה הראשונה מחק אותה.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בחרו לפי הסיפור «ההודעה של יואב».</w:t>
      </w:r>
    </w:p>
    <w:p>
      <w:pPr>
        <w:bidi/>
        <w:spacing w:before="0" w:after="20"/>
        <w:jc w:val="both"/>
      </w:pPr>
      <w:r>
        <w:rPr>
          <w:rtl/>
        </w:rPr>
        <w:t>א. מה גרם ליואב לפעול?</w:t>
      </w:r>
    </w:p>
    <w:p>
      <w:pPr>
        <w:bidi/>
        <w:spacing w:before="0" w:after="80"/>
        <w:jc w:val="both"/>
      </w:pPr>
      <w:r>
        <w:rPr>
          <w:rtl/>
        </w:rPr>
        <w:t xml:space="preserve">   ○ הוא פחד מהמורה      ○ הוא דמיין איך היה מרגיש במקומה של תמר      ○ הוא רצה להיות מפורסם      ○ תמר ביקשה ממנו</w:t>
      </w:r>
    </w:p>
    <w:p>
      <w:pPr>
        <w:bidi/>
        <w:spacing w:before="0" w:after="20"/>
        <w:jc w:val="both"/>
      </w:pPr>
      <w:r>
        <w:rPr>
          <w:rtl/>
        </w:rPr>
        <w:t>ב. מה קרה אחרי שיואב כתב בקבוצה?</w:t>
      </w:r>
    </w:p>
    <w:p>
      <w:pPr>
        <w:bidi/>
        <w:spacing w:before="0" w:after="80"/>
        <w:jc w:val="both"/>
      </w:pPr>
      <w:r>
        <w:rPr>
          <w:rtl/>
        </w:rPr>
        <w:t xml:space="preserve">   ○ ילדים נוספים פרגנו לתמר      ○ תמר יצאה מהקבוצה      ○ כולם צחקו על יואב      ○ הקבוצה נסגרה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יואב עשה שני דברים כדי לעמוד לצד תמר. מה הם, ולמה כל אחד מהם חשוב?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רצועת קומיקס של שלוש משבצות: הודעה פוגעת בקבוצה, ילד שעומד לצד, והסוף הטוב. הוסיפו בועות דיבור.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אם הייתם רואים בקבוצה צילום מביך של ילד מהכיתה? כתבו שני צעדים.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מיכל אומרת: «מה שקורה ברשת זה לא באמת, אז זה לא כל כך פוגע». כתבו לה תשובה עם שני נימוקים.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מרחב חיובי ובטוח ברשת: אמפתיה ו«עומדים לצד»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  <w:jc w:val="both"/>
      </w:pPr>
      <w:r>
        <w:rPr>
          <w:rtl/>
        </w:rPr>
        <w:t>א. אמפתיה היא היכולת להבין מה מרגיש מישהו אחר.</w:t>
      </w:r>
    </w:p>
    <w:p>
      <w:pPr>
        <w:bidi/>
        <w:spacing w:before="0" w:after="40"/>
        <w:jc w:val="both"/>
      </w:pPr>
      <w:r>
        <w:rPr>
          <w:rtl/>
        </w:rPr>
        <w:t>ב. מי שרואה לעג ושותק עומד מהצד.</w:t>
      </w:r>
    </w:p>
    <w:p>
      <w:pPr>
        <w:bidi/>
        <w:spacing w:before="0" w:after="40"/>
        <w:jc w:val="both"/>
      </w:pPr>
      <w:r>
        <w:rPr>
          <w:rtl/>
        </w:rPr>
        <w:t>ג. מי שתומך בנפגע עומד לצד.</w:t>
      </w:r>
    </w:p>
    <w:p>
      <w:pPr>
        <w:bidi/>
        <w:spacing w:before="0" w:after="40"/>
        <w:jc w:val="both"/>
      </w:pPr>
      <w:r>
        <w:rPr>
          <w:rtl/>
        </w:rPr>
        <w:t>ד. בהודעה כתובה לא שומעים את הטון.</w:t>
      </w:r>
    </w:p>
    <w:p>
      <w:pPr>
        <w:bidi/>
        <w:spacing w:before="0" w:after="40"/>
        <w:jc w:val="both"/>
      </w:pPr>
      <w:r>
        <w:rPr>
          <w:rtl/>
        </w:rPr>
        <w:t>ה. אפשר לשלוח לנפגע הודעת חיזוק בפרטי.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אמפתיה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שמירת תמונה של מה שמופיע על המסך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עומד מהצד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רואה פגיעה ולא עושה דבר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להבין את הרגש של האחר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חסימה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מניעת הודעות מחשבון מסוים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צילום מסך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פועל כדי לעזור לנפגע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אם כתבתי «סתם צוחק», ההודעה לא יכולה לפגוע. – לא נכון – גם הודעה «בצחוק» יכולה להכאיב</w:t>
      </w:r>
    </w:p>
    <w:p>
      <w:pPr>
        <w:bidi/>
        <w:spacing w:before="0" w:after="40"/>
        <w:jc w:val="both"/>
      </w:pPr>
      <w:r>
        <w:rPr>
          <w:rtl/>
        </w:rPr>
        <w:t>ב. סימון «אהבתי» על הודעה פוגעת מחזק את הפגיעה. – נכון</w:t>
      </w:r>
    </w:p>
    <w:p>
      <w:pPr>
        <w:bidi/>
        <w:spacing w:before="0" w:after="40"/>
        <w:jc w:val="both"/>
      </w:pPr>
      <w:r>
        <w:rPr>
          <w:rtl/>
        </w:rPr>
        <w:t>ג. לעמוד לצד זה תמיד להתעמת עם הפוגע. – לא נכון – אפשר גם לתמוך בפרטי או לספר למבוגר</w:t>
      </w:r>
    </w:p>
    <w:p>
      <w:pPr>
        <w:bidi/>
        <w:spacing w:before="0" w:after="40"/>
        <w:jc w:val="both"/>
      </w:pPr>
      <w:r>
        <w:rPr>
          <w:rtl/>
        </w:rPr>
        <w:t>ד. הודעה שנשלחה לקבוצה יכולה להישמר ולהגיע לאנשים רבים.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המעשים ברשת: בונים מרחב חיובי, או פוגעים.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בונים מרחב חיובי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פוגעים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לפרגן על עבודה של חבר, לשלוח מדבקה מצחיקה ולא פוגעת, לשאול בפרטי «הכול בסדר?»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להוציא ילד מהקבוצה בלי סיבה, להעביר צילום מביך של ילד, לכתוב כינוי מעליב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מה מרגיש הנפגע, ואיך אפשר לעמוד לצידו?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קרה ברשת?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עשוי להרגיש?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עומדים לצידו?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התעלמו מההודעה של נועם בקבוצה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בודד, לא חשוב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לענות לו ולהתייחס להודעה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מישהו כתב תגובה מעליבה על השיר שאורי העלה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נעלב, מבויש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לכתוב לו תגובה מפרגנת ולבקש למחוק את העלבון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הזמינו את כל הכיתה למשחק מקוון חוץ מאיתי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דחוי, עצוב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להזמין אותו להצטרף ולהגיד למארגנים שזה פוגע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איזו שאלה כדאי לשאול לפני ששולחים הודעה?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האם הייתי אומר את זה פנים אל פנים?</w:t>
      </w:r>
    </w:p>
    <w:p>
      <w:pPr>
        <w:bidi/>
        <w:spacing w:before="0" w:after="20"/>
        <w:jc w:val="both"/>
      </w:pPr>
      <w:r>
        <w:rPr>
          <w:rtl/>
        </w:rPr>
        <w:t>ב. עומר ראה שמעליבים את דניאל בקבוצה. מה פירוש «לעמוד לצד»?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לכתוב לדניאל מילה טובה ולספר למבוגר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התגובות בקבוצת הכיתה. ליד כל אחת כתבו «מכבדת» או «פוגעת».</w:t>
      </w:r>
    </w:p>
    <w:p>
      <w:pPr>
        <w:bidi/>
        <w:spacing w:before="0" w:after="100"/>
        <w:jc w:val="both"/>
      </w:pPr>
      <w:r>
        <w:rPr>
          <w:rtl/>
        </w:rPr>
        <w:t>א. «איזה יופי של פרויקט, איך עשיתם את זה?»  ← מכבדת</w:t>
      </w:r>
    </w:p>
    <w:p>
      <w:pPr>
        <w:bidi/>
        <w:spacing w:before="0" w:after="100"/>
        <w:jc w:val="both"/>
      </w:pPr>
      <w:r>
        <w:rPr>
          <w:rtl/>
        </w:rPr>
        <w:t>ב. «רק אתה יכול להיות כל כך איטי»  ← פוגעת</w:t>
      </w:r>
    </w:p>
    <w:p>
      <w:pPr>
        <w:bidi/>
        <w:spacing w:before="0" w:after="100"/>
        <w:jc w:val="both"/>
      </w:pPr>
      <w:r>
        <w:rPr>
          <w:rtl/>
        </w:rPr>
        <w:t>ג. «לא הבנתי את השאלה, מישהו יכול להסביר?»  ← מכבדת</w:t>
      </w:r>
    </w:p>
    <w:p>
      <w:pPr>
        <w:bidi/>
        <w:spacing w:before="0" w:after="100"/>
        <w:jc w:val="both"/>
      </w:pPr>
      <w:r>
        <w:rPr>
          <w:rtl/>
        </w:rPr>
        <w:t>ד. «מי שלא מסכים איתי הוא טיפש»  ← פוגעת</w:t>
      </w:r>
    </w:p>
    <w:p>
      <w:pPr>
        <w:bidi/>
        <w:spacing w:before="0" w:after="100"/>
        <w:jc w:val="both"/>
      </w:pPr>
      <w:r>
        <w:rPr>
          <w:rtl/>
        </w:rPr>
        <w:t>ה. «מזל טוב ליום ההולדת, נועה!»  ← מכבדת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בחרו לפי הסיפור «ההודעה של יואב».</w:t>
      </w:r>
    </w:p>
    <w:p>
      <w:pPr>
        <w:bidi/>
        <w:spacing w:before="0" w:after="20"/>
        <w:jc w:val="both"/>
      </w:pPr>
      <w:r>
        <w:rPr>
          <w:rtl/>
        </w:rPr>
        <w:t>א. מה גרם ליואב לפעול?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הוא דמיין איך היה מרגיש במקומה של תמר</w:t>
      </w:r>
    </w:p>
    <w:p>
      <w:pPr>
        <w:bidi/>
        <w:spacing w:before="0" w:after="20"/>
        <w:jc w:val="both"/>
      </w:pPr>
      <w:r>
        <w:rPr>
          <w:rtl/>
        </w:rPr>
        <w:t>ב. מה קרה אחרי שיואב כתב בקבוצה?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ילדים נוספים פרגנו לתמר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יואב עשה שני דברים כדי לעמוד לצד תמר. מה הם, ולמה כל אחד מהם חשוב?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כתב בקבוצה תגובה מפרגנת וקרא לכולם להיות נחמדים – זה עצר את הלעג והראה שיש מי שמתנגד; שלח לתמר הודעת תמיכה בפרטי – זה עזר לה להרגיש שהיא לא לבד.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רצועת קומיקס של שלוש משבצות: הודעה פוגעת בקבוצה, ילד שעומד לצד, והסוף הטוב. הוסיפו בועות דיבור.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שלוש משבצות ברצף הגיוני: פגיעה, תגובה של עומד לצד (תמיכה, «זה לא בסדר», פנייה למבוגר) ותוצאה חיובית.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אם הייתם רואים בקבוצה צילום מביך של ילד מהכיתה? כתבו שני צעדים.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 להעביר ולא לסמן «אהבתי»; לבקש ממי שהעלה למחוק; לכתוב לילד מילה טובה; לספר להורה או למחנך.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מיכל אומרת: «מה שקורה ברשת זה לא באמת, אז זה לא כל כך פוגע». כתבו לה תשובה עם שני נימוקים.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מאחורי המסך יש אדם אמיתי עם רגשות אמיתיים; הודעה ברשת מגיעה להרבה אנשים, נשמרת ואפשר לחזור אליה, ולכן הפגיעה יכולה להיות אפילו גדולה יותר.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