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חוסן דרך המחשבה: לנהל את המחשבות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מחסן מילים: עובדה  |  עוקצת  |  מקדמת  |  מצפן  |  עדיין</w:t>
      </w:r>
    </w:p>
    <w:p>
      <w:pPr>
        <w:bidi/>
        <w:spacing w:before="0" w:after="60"/>
        <w:jc w:val="both"/>
      </w:pPr>
      <w:r>
        <w:rPr>
          <w:rtl/>
        </w:rPr>
        <w:t>א. «אני תמיד הורס הכול» היא מחשבה __________.</w:t>
      </w:r>
    </w:p>
    <w:p>
      <w:pPr>
        <w:bidi/>
        <w:spacing w:before="0" w:after="60"/>
        <w:jc w:val="both"/>
      </w:pPr>
      <w:r>
        <w:rPr>
          <w:rtl/>
        </w:rPr>
        <w:t>ב. «אנסה שוב בדרך אחרת» היא מחשבה __________.</w:t>
      </w:r>
    </w:p>
    <w:p>
      <w:pPr>
        <w:bidi/>
        <w:spacing w:before="0" w:after="60"/>
        <w:jc w:val="both"/>
      </w:pPr>
      <w:r>
        <w:rPr>
          <w:rtl/>
        </w:rPr>
        <w:t>ג. «קיבלתי 70 במבחן» היא __________.</w:t>
      </w:r>
    </w:p>
    <w:p>
      <w:pPr>
        <w:bidi/>
        <w:spacing w:before="0" w:after="60"/>
        <w:jc w:val="both"/>
      </w:pPr>
      <w:r>
        <w:rPr>
          <w:rtl/>
        </w:rPr>
        <w:t>ד. ה__________ האישי עוזר לבחור לפי מה שחשוב לי.</w:t>
      </w:r>
    </w:p>
    <w:p>
      <w:pPr>
        <w:bidi/>
        <w:spacing w:before="0" w:after="60"/>
        <w:jc w:val="both"/>
      </w:pPr>
      <w:r>
        <w:rPr>
          <w:rtl/>
        </w:rPr>
        <w:t>ה. «אני לא יודע לשחות – __________».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מחשבה עוקצת מחשבה מקדמת.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«אני גרוע באנגלית»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«אני עוד לא מבין – אבקש הסבר נוסף»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«כולם צחקו עליי»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«שניים צחקו, והשאר בכלל לא שמו לב»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«זה יהיה הטיול הכי גרוע»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«המורה העירה לי על הפטפוט, לא עליי»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«אף פעם לא אבין את זה»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«אולי יהיה קשה, ויהיו גם רגעים כיפיים»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«המורה שונאת אותי»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«אני משתפר באנגלית כשאני מתרגל»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כל מחשבה שעולה בראש היא בהכרח נכונה.      נכון / לא נכון</w:t>
      </w:r>
    </w:p>
    <w:p>
      <w:pPr>
        <w:bidi/>
        <w:spacing w:before="0" w:after="60"/>
        <w:jc w:val="both"/>
      </w:pPr>
      <w:r>
        <w:rPr>
          <w:rtl/>
        </w:rPr>
        <w:t>ב. אותו מצב יכול לעורר רגשות שונים אצל אנשים שונים.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המילה «עדיין» מזכירה לנו שאפשר ללמוד ולהשתפר.      נכון / לא נכון</w:t>
      </w:r>
    </w:p>
    <w:p>
      <w:pPr>
        <w:bidi/>
        <w:spacing w:before="0" w:after="60"/>
        <w:jc w:val="both"/>
      </w:pPr>
      <w:r>
        <w:rPr>
          <w:rtl/>
        </w:rPr>
        <w:t>ד. המצפן האישי הוא מכשיר שמראה רק צפון.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עובדה, או מחשבה (פרשנות).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ירד גשם בבוקר  |  היום הזה יהיה גרוע  |  שכחתי את המחברת בבית  |  כולם בטח חושבים שאני מפוזר  |  נועם לא ענה להודעה שלי  |  נועם כועס עליי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עובדה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מחשבה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טבלת «מחשבה – רגש – מעשה».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מחשבה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רגש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מעשה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הוזמנתי ליום הולדת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«אף אחד לא אוהב אותי»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הוזמנתי ליום הולדת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«אולי הזמינו רק כמה חברים קרובים»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קיבלתי ציון נמוך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«אני אתכונן אחרת»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איזו שאלה עוזרת לבדוק מחשבה עוקצת?</w:t>
      </w:r>
    </w:p>
    <w:p>
      <w:pPr>
        <w:bidi/>
        <w:spacing w:before="0" w:after="80"/>
        <w:jc w:val="both"/>
      </w:pPr>
      <w:r>
        <w:rPr>
          <w:rtl/>
        </w:rPr>
        <w:t xml:space="preserve">   ○ «למה זה תמיד קורה דווקא לי?»      ○ «מה הייתי אומר לחבר שחושב כך?»      ○ «מי אשם בזה?»      ○ «איך אפשר לברוח מזה?»</w:t>
      </w:r>
    </w:p>
    <w:p>
      <w:pPr>
        <w:bidi/>
        <w:spacing w:before="0" w:after="20"/>
        <w:jc w:val="both"/>
      </w:pPr>
      <w:r>
        <w:rPr>
          <w:rtl/>
        </w:rPr>
        <w:t>ב. איזה מעשה מתאים לערך «התמדה»?</w:t>
      </w:r>
    </w:p>
    <w:p>
      <w:pPr>
        <w:bidi/>
        <w:spacing w:before="0" w:after="80"/>
        <w:jc w:val="both"/>
      </w:pPr>
      <w:r>
        <w:rPr>
          <w:rtl/>
        </w:rPr>
        <w:t xml:space="preserve">   ○ לוותר אחרי ניסיון אחד      ○ להמשיך להתאמן גם כשקשה      ○ להעתיק מחבר      ○ לחכות שמישהו יעשה במקומי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מחשבה כתבו «עוקצת» או «מקדמת».</w:t>
      </w:r>
    </w:p>
    <w:p>
      <w:pPr>
        <w:bidi/>
        <w:spacing w:before="0" w:after="100"/>
        <w:jc w:val="both"/>
      </w:pPr>
      <w:r>
        <w:rPr>
          <w:rtl/>
        </w:rPr>
        <w:t>א. «טעיתי, אז אני כישלון.»</w:t>
      </w:r>
    </w:p>
    <w:p>
      <w:pPr>
        <w:bidi/>
        <w:spacing w:before="0" w:after="100"/>
        <w:jc w:val="both"/>
      </w:pPr>
      <w:r>
        <w:rPr>
          <w:rtl/>
        </w:rPr>
        <w:t>ב. «טעיתי, ועכשיו אני יודע מה לתקן.»</w:t>
      </w:r>
    </w:p>
    <w:p>
      <w:pPr>
        <w:bidi/>
        <w:spacing w:before="0" w:after="100"/>
        <w:jc w:val="both"/>
      </w:pPr>
      <w:r>
        <w:rPr>
          <w:rtl/>
        </w:rPr>
        <w:t>ג. «אני אף פעם לא מצליח להתחבר לילדים חדשים.»</w:t>
      </w:r>
    </w:p>
    <w:p>
      <w:pPr>
        <w:bidi/>
        <w:spacing w:before="0" w:after="100"/>
        <w:jc w:val="both"/>
      </w:pPr>
      <w:r>
        <w:rPr>
          <w:rtl/>
        </w:rPr>
        <w:t>ד. «קשה לי להכיר ילדים חדשים, אז אתחיל משאלה אחת.»</w:t>
      </w:r>
    </w:p>
    <w:p>
      <w:pPr>
        <w:bidi/>
        <w:spacing w:before="0" w:after="100"/>
        <w:jc w:val="both"/>
      </w:pPr>
      <w:r>
        <w:rPr>
          <w:rtl/>
        </w:rPr>
        <w:t>ה. «בטוח שאשכח הכול בהופעה.»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המחשבה של תמר</w:t>
      </w:r>
    </w:p>
    <w:p>
      <w:pPr>
        <w:bidi/>
        <w:spacing w:before="0" w:after="80"/>
        <w:jc w:val="both"/>
      </w:pPr>
      <w:r>
        <w:rPr>
          <w:rtl/>
        </w:rPr>
        <w:t>תמר נכנסה הביתה וזרקה את התיק על הרצפה. «קיבלתי 60 במבחן בגאוגרפיה. אני פשוט טיפשה», אמרה לאחיה הגדול.</w:t>
      </w:r>
    </w:p>
    <w:p>
      <w:pPr>
        <w:bidi/>
        <w:spacing w:before="0" w:after="80"/>
        <w:jc w:val="both"/>
      </w:pPr>
      <w:r>
        <w:rPr>
          <w:rtl/>
        </w:rPr>
        <w:t>האח התיישב לידה. «רגע, בואי נבדוק. מה העובדה?» תמר ענתה: «קיבלתי 60». «ומה המחשבה?» «שאני טיפשה». «אז אם חברה שלך הייתה מקבלת 60, היית אומרת לה שהיא טיפשה?» תמר צחקה: «ברור שלא. הייתי אומרת לה שהיא פשוט לא למדה מספיק את המפות».</w:t>
      </w:r>
    </w:p>
    <w:p>
      <w:pPr>
        <w:bidi/>
        <w:spacing w:before="0" w:after="80"/>
        <w:jc w:val="both"/>
      </w:pPr>
      <w:r>
        <w:rPr>
          <w:rtl/>
        </w:rPr>
        <w:t>«בדיוק», אמר האח. «אז מה את רוצה לעשות עכשיו?» תמר חשבה רגע, ואז הוציאה את המחברת. «אכין כרטיסיות של המפות, ואבקש מהמורה לעבור איתי על הטעויות».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 «המחשבה של תמר».</w:t>
      </w:r>
    </w:p>
    <w:p>
      <w:pPr>
        <w:bidi/>
        <w:spacing w:before="0" w:after="60"/>
        <w:jc w:val="both"/>
      </w:pPr>
      <w:r>
        <w:rPr>
          <w:rtl/>
        </w:rPr>
        <w:t>א. תמר קיבלה __________ במבחן בגאוגרפיה.</w:t>
      </w:r>
    </w:p>
    <w:p>
      <w:pPr>
        <w:bidi/>
        <w:spacing w:before="0" w:after="60"/>
        <w:jc w:val="both"/>
      </w:pPr>
      <w:r>
        <w:rPr>
          <w:rtl/>
        </w:rPr>
        <w:t>ב. המחשבה העוקצת של תמר הייתה: «אני __________».</w:t>
      </w:r>
    </w:p>
    <w:p>
      <w:pPr>
        <w:bidi/>
        <w:spacing w:before="0" w:after="60"/>
        <w:jc w:val="both"/>
      </w:pPr>
      <w:r>
        <w:rPr>
          <w:rtl/>
        </w:rPr>
        <w:t>ג. תמר החליטה להכין __________ של המפות.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איך עזר האח לתמר לנהל את המחשבה? ציינו את שתי השאלות שלו ואת התוצאה.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«מצפן אישי»: בארבעת הכיוונים כתבו ארבעה דברים שחשובים לכם (ערכים או מטרות), וליד כל אחד – מעשה קטן שמתאים לו.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מחשבה עוקצת שעלתה לכם פעם, ואחר כך נסחו לה מחשבה מקדמת.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הסבירו בעזרת המשולש «מחשבה – רגש – מעשה» למה שני ילדים שהפסידו באותו משחק יכולים להגיב בצורה שונה לגמרי.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חוסן דרך המחשבה: לנהל את המחשבות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  <w:jc w:val="both"/>
      </w:pPr>
      <w:r>
        <w:rPr>
          <w:rtl/>
        </w:rPr>
        <w:t>א. «אני תמיד הורס הכול» היא מחשבה עוקצת.</w:t>
      </w:r>
    </w:p>
    <w:p>
      <w:pPr>
        <w:bidi/>
        <w:spacing w:before="0" w:after="40"/>
        <w:jc w:val="both"/>
      </w:pPr>
      <w:r>
        <w:rPr>
          <w:rtl/>
        </w:rPr>
        <w:t>ב. «אנסה שוב בדרך אחרת» היא מחשבה מקדמת.</w:t>
      </w:r>
    </w:p>
    <w:p>
      <w:pPr>
        <w:bidi/>
        <w:spacing w:before="0" w:after="40"/>
        <w:jc w:val="both"/>
      </w:pPr>
      <w:r>
        <w:rPr>
          <w:rtl/>
        </w:rPr>
        <w:t>ג. «קיבלתי 70 במבחן» היא עובדה.</w:t>
      </w:r>
    </w:p>
    <w:p>
      <w:pPr>
        <w:bidi/>
        <w:spacing w:before="0" w:after="40"/>
        <w:jc w:val="both"/>
      </w:pPr>
      <w:r>
        <w:rPr>
          <w:rtl/>
        </w:rPr>
        <w:t>ד. המצפן האישי עוזר לבחור לפי מה שחשוב לי.</w:t>
      </w:r>
    </w:p>
    <w:p>
      <w:pPr>
        <w:bidi/>
        <w:spacing w:before="0" w:after="40"/>
        <w:jc w:val="both"/>
      </w:pPr>
      <w:r>
        <w:rPr>
          <w:rtl/>
        </w:rPr>
        <w:t>ה. «אני לא יודע לשחות – עדיין».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מחשבה עוקצת מחשבה מקדמת.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«אני גרוע באנגלית»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«אני עוד לא מבין – אבקש הסבר נוסף»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«כולם צחקו עליי»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«שניים צחקו, והשאר בכלל לא שמו לב»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«זה יהיה הטיול הכי גרוע»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«המורה העירה לי על הפטפוט, לא עליי»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«אף פעם לא אבין את זה»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«אולי יהיה קשה, ויהיו גם רגעים כיפיים»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«המורה שונאת אותי»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«אני משתפר באנגלית כשאני מתרגל»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כל מחשבה שעולה בראש היא בהכרח נכונה. – לא נכון – מחשבות הן לא עובדות, ואפשר לבדוק אותן</w:t>
      </w:r>
    </w:p>
    <w:p>
      <w:pPr>
        <w:bidi/>
        <w:spacing w:before="0" w:after="40"/>
        <w:jc w:val="both"/>
      </w:pPr>
      <w:r>
        <w:rPr>
          <w:rtl/>
        </w:rPr>
        <w:t>ב. אותו מצב יכול לעורר רגשות שונים אצל אנשים שונים. – נכון</w:t>
      </w:r>
    </w:p>
    <w:p>
      <w:pPr>
        <w:bidi/>
        <w:spacing w:before="0" w:after="40"/>
        <w:jc w:val="both"/>
      </w:pPr>
      <w:r>
        <w:rPr>
          <w:rtl/>
        </w:rPr>
        <w:t>ג. המילה «עדיין» מזכירה לנו שאפשר ללמוד ולהשתפר. – נכון</w:t>
      </w:r>
    </w:p>
    <w:p>
      <w:pPr>
        <w:bidi/>
        <w:spacing w:before="0" w:after="40"/>
        <w:jc w:val="both"/>
      </w:pPr>
      <w:r>
        <w:rPr>
          <w:rtl/>
        </w:rPr>
        <w:t>ד. המצפן האישי הוא מכשיר שמראה רק צפון. – לא נכון – המצפן האישי הוא הערכים והמטרות שמכוונים אותנו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עובדה, או מחשבה (פרשנות).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עובדה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מחשבה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ירד גשם בבוקר, שכחתי את המחברת בבית, נועם לא ענה להודעה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היום הזה יהיה גרוע, כולם בטח חושבים שאני מפוזר, נועם כועס עליי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טבלת «מחשבה – רגש – מעשה».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מחשבה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רגש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מעשה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הוזמנתי ליום הולדת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«אף אחד לא אוהב אותי»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עצב, עלבון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מסתגר ולא מדבר עם אף אחד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הוזמנתי ליום הולדת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«אולי הזמינו רק כמה חברים קרובים»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אכזבה קטנה, רוגע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ממשיך לשחק עם חברים אחרים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קיבלתי ציון נמוך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«אני אתכונן אחרת»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תקווה, נחישות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מבקש עזרה ומתרגל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איזו שאלה עוזרת לבדוק מחשבה עוקצת?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«מה הייתי אומר לחבר שחושב כך?»</w:t>
      </w:r>
    </w:p>
    <w:p>
      <w:pPr>
        <w:bidi/>
        <w:spacing w:before="0" w:after="20"/>
        <w:jc w:val="both"/>
      </w:pPr>
      <w:r>
        <w:rPr>
          <w:rtl/>
        </w:rPr>
        <w:t>ב. איזה מעשה מתאים לערך «התמדה»?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להמשיך להתאמן גם כשקשה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מחשבה כתבו «עוקצת» או «מקדמת».</w:t>
      </w:r>
    </w:p>
    <w:p>
      <w:pPr>
        <w:bidi/>
        <w:spacing w:before="0" w:after="100"/>
        <w:jc w:val="both"/>
      </w:pPr>
      <w:r>
        <w:rPr>
          <w:rtl/>
        </w:rPr>
        <w:t>א. «טעיתי, אז אני כישלון.»  ← עוקצת</w:t>
      </w:r>
    </w:p>
    <w:p>
      <w:pPr>
        <w:bidi/>
        <w:spacing w:before="0" w:after="100"/>
        <w:jc w:val="both"/>
      </w:pPr>
      <w:r>
        <w:rPr>
          <w:rtl/>
        </w:rPr>
        <w:t>ב. «טעיתי, ועכשיו אני יודע מה לתקן.»  ← מקדמת</w:t>
      </w:r>
    </w:p>
    <w:p>
      <w:pPr>
        <w:bidi/>
        <w:spacing w:before="0" w:after="100"/>
        <w:jc w:val="both"/>
      </w:pPr>
      <w:r>
        <w:rPr>
          <w:rtl/>
        </w:rPr>
        <w:t>ג. «אני אף פעם לא מצליח להתחבר לילדים חדשים.»  ← עוקצת</w:t>
      </w:r>
    </w:p>
    <w:p>
      <w:pPr>
        <w:bidi/>
        <w:spacing w:before="0" w:after="100"/>
        <w:jc w:val="both"/>
      </w:pPr>
      <w:r>
        <w:rPr>
          <w:rtl/>
        </w:rPr>
        <w:t>ד. «קשה לי להכיר ילדים חדשים, אז אתחיל משאלה אחת.»  ← מקדמת</w:t>
      </w:r>
    </w:p>
    <w:p>
      <w:pPr>
        <w:bidi/>
        <w:spacing w:before="0" w:after="100"/>
        <w:jc w:val="both"/>
      </w:pPr>
      <w:r>
        <w:rPr>
          <w:rtl/>
        </w:rPr>
        <w:t>ה. «בטוח שאשכח הכול בהופעה.»  ← עוקצת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 «המחשבה של תמר».</w:t>
      </w:r>
    </w:p>
    <w:p>
      <w:pPr>
        <w:bidi/>
        <w:spacing w:before="0" w:after="40"/>
        <w:jc w:val="both"/>
      </w:pPr>
      <w:r>
        <w:rPr>
          <w:rtl/>
        </w:rPr>
        <w:t>א. תמר קיבלה 60 במבחן בגאוגרפיה.</w:t>
      </w:r>
    </w:p>
    <w:p>
      <w:pPr>
        <w:bidi/>
        <w:spacing w:before="0" w:after="40"/>
        <w:jc w:val="both"/>
      </w:pPr>
      <w:r>
        <w:rPr>
          <w:rtl/>
        </w:rPr>
        <w:t>ב. המחשבה העוקצת של תמר הייתה: «אני טיפשה».</w:t>
      </w:r>
    </w:p>
    <w:p>
      <w:pPr>
        <w:bidi/>
        <w:spacing w:before="0" w:after="40"/>
        <w:jc w:val="both"/>
      </w:pPr>
      <w:r>
        <w:rPr>
          <w:rtl/>
        </w:rPr>
        <w:t>ג. תמר החליטה להכין כרטיסיות של המפות.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איך עזר האח לתמר לנהל את המחשבה? ציינו את שתי השאלות שלו ואת התוצאה.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שאל מה העובדה ומה המחשבה, ושאל מה הייתה אומרת לחברה במצב דומה; כך תמר גילתה שהמחשבה לא מדויקת ובחרה דרך פעולה – כרטיסיות ופנייה למורה.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«מצפן אישי»: בארבעת הכיוונים כתבו ארבעה דברים שחשובים לכם (ערכים או מטרות), וליד כל אחד – מעשה קטן שמתאים לו.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מצפן עם ארבעה ערכים או מטרות (למשל חברות, יושר, התמדה, עזרה למשפחה), ולכל אחד מעשה מתאים.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מחשבה עוקצת שעלתה לכם פעם, ואחר כך נסחו לה מחשבה מקדמת.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מחשבה עוקצת מוכרת (למשל «לא אצליח אף פעם») ולצידה מחשבה מקדמת מדויקת ואופטימית (למשל «זה קשה עכשיו, ואם אתרגל אשתפר»).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הסבירו בעזרת המשולש «מחשבה – רגש – מעשה» למה שני ילדים שהפסידו באותו משחק יכולים להגיב בצורה שונה לגמרי.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המצב זהה, אבל המחשבה שונה: מי שחושב «אני לוזר» ירגיש ייאוש ויוותר; מי שחושב «למדתי מה לשפר» ירגיש נחישות ויתאמן. המחשבה משנה את הרגש, והרגש את המעשה.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