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המרחב הדיגיטלי ואני: תכנים לא מתאימים ומניעת הפצת תמונות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פרטי  |  רשות  |  סוגרים  |  להחזיר  |  שייכת</w:t>
      </w:r>
    </w:p>
    <w:p>
      <w:pPr>
        <w:bidi/>
        <w:spacing w:before="0" w:after="60"/>
        <w:jc w:val="both"/>
      </w:pPr>
      <w:r>
        <w:rPr>
          <w:rtl/>
        </w:rPr>
        <w:t>א. כתובת המגורים היא מידע __________.</w:t>
      </w:r>
    </w:p>
    <w:p>
      <w:pPr>
        <w:bidi/>
        <w:spacing w:before="0" w:after="60"/>
        <w:jc w:val="both"/>
      </w:pPr>
      <w:r>
        <w:rPr>
          <w:rtl/>
        </w:rPr>
        <w:t>ב. לפני שמצלמים חבר מבקשים ממנו __________.</w:t>
      </w:r>
    </w:p>
    <w:p>
      <w:pPr>
        <w:bidi/>
        <w:spacing w:before="0" w:after="60"/>
        <w:jc w:val="both"/>
      </w:pPr>
      <w:r>
        <w:rPr>
          <w:rtl/>
        </w:rPr>
        <w:t>ג. כשקופץ תוכן מפחיד, __________ אותו ומספרים למבוגר.</w:t>
      </w:r>
    </w:p>
    <w:p>
      <w:pPr>
        <w:bidi/>
        <w:spacing w:before="0" w:after="60"/>
        <w:jc w:val="both"/>
      </w:pPr>
      <w:r>
        <w:rPr>
          <w:rtl/>
        </w:rPr>
        <w:t>ד. מה שנשלח ברשת קשה מאוד __________.</w:t>
      </w:r>
    </w:p>
    <w:p>
      <w:pPr>
        <w:bidi/>
        <w:spacing w:before="0" w:after="60"/>
        <w:jc w:val="both"/>
      </w:pPr>
      <w:r>
        <w:rPr>
          <w:rtl/>
        </w:rPr>
        <w:t>ה. התמונה שלי __________ לי.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מצב את התגובה הנכונה.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זר מבקש את הכתובת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לא נותנים לאף אחד חוץ מההורים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קפץ סרטון אלים במשחק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לא עונים ומספרים להורה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חבר רוצה להעלות תמונה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הוא צריך לבקש את רשותי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קיבלתי תמונה מביכה של ילד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סוגרים ומספרים למבוגר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מישהו שואל את הסיסמה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לא מעבירים ומוחקים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אם נתקלתי בתוכן לא מתאים, זו אשמתי ואסור לספר.      נכון / לא נכון</w:t>
      </w:r>
    </w:p>
    <w:p>
      <w:pPr>
        <w:bidi/>
        <w:spacing w:before="0" w:after="60"/>
        <w:jc w:val="both"/>
      </w:pPr>
      <w:r>
        <w:rPr>
          <w:rtl/>
        </w:rPr>
        <w:t>ב. תמונה שנמחקה אצלי אולי עדיין שמורה אצל אחרים.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מותר להעביר תמונה מביכה אם כולם כבר ראו אותה.      נכון / לא נכון</w:t>
      </w:r>
    </w:p>
    <w:p>
      <w:pPr>
        <w:bidi/>
        <w:spacing w:before="0" w:after="60"/>
        <w:jc w:val="both"/>
      </w:pPr>
      <w:r>
        <w:rPr>
          <w:rtl/>
        </w:rPr>
        <w:t>ד. מותר לי לסרב כשמבקשים לצלם אותי.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הפרטים: מותר לשתף בקבוצה של הכיתה, או מידע פרטי שלא משתפים ברשת פתוחה.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התחביב שלי  |  הכתובת שלי  |  הסיסמה שלי  |  הסרט שאהבתי  |  מספר הטלפון של הוריי  |  הספר שאני קורא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 לשתף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מידע פרטי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מה אני מרגיש, ומה אני עושה?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קרה ברשת?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עשוי להרגיש?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עושה?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קיבלתי הודעה מזר: «בוא ניפגש, אל תספר להורים»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ראיתי סרטון מבהיל שלא נועד לילדים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צילם אותי בלי רשות ורוצה להעלות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הסימן שהודעה מסוכנת?</w:t>
      </w:r>
    </w:p>
    <w:p>
      <w:pPr>
        <w:bidi/>
        <w:spacing w:before="0" w:after="80"/>
        <w:jc w:val="both"/>
      </w:pPr>
      <w:r>
        <w:rPr>
          <w:rtl/>
        </w:rPr>
        <w:t xml:space="preserve">   ○ כתוב בה «מזל טוב»      ○ מבקשים בה לשמור סוד מההורים      ○ היא מחבר מהכיתה על שיעורי בית      ○ יש בה מדבקה</w:t>
      </w:r>
    </w:p>
    <w:p>
      <w:pPr>
        <w:bidi/>
        <w:spacing w:before="0" w:after="20"/>
        <w:jc w:val="both"/>
      </w:pPr>
      <w:r>
        <w:rPr>
          <w:rtl/>
        </w:rPr>
        <w:t>ב. למה לא מעבירים תמונה פוגעת?</w:t>
      </w:r>
    </w:p>
    <w:p>
      <w:pPr>
        <w:bidi/>
        <w:spacing w:before="0" w:after="80"/>
        <w:jc w:val="both"/>
      </w:pPr>
      <w:r>
        <w:rPr>
          <w:rtl/>
        </w:rPr>
        <w:t xml:space="preserve">   ○ כי זה לוקח זמן      ○ כי כל העברה מפיצה את הפגיעה לעוד אנשים      ○ כי התמונה לא יפה      ○ כי נגמר המקום בטלפון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מעשה כתבו «שומר עליי ועל אחרים» או «מסוכן או פוגע».</w:t>
      </w:r>
    </w:p>
    <w:p>
      <w:pPr>
        <w:bidi/>
        <w:spacing w:before="0" w:after="100"/>
        <w:jc w:val="both"/>
      </w:pPr>
      <w:r>
        <w:rPr>
          <w:rtl/>
        </w:rPr>
        <w:t>א. אריאל ביקש מנועם רשות לפני שהעלה את התמונה מהטיול.</w:t>
      </w:r>
    </w:p>
    <w:p>
      <w:pPr>
        <w:bidi/>
        <w:spacing w:before="0" w:after="100"/>
        <w:jc w:val="both"/>
      </w:pPr>
      <w:r>
        <w:rPr>
          <w:rtl/>
        </w:rPr>
        <w:t>ב. מישהו שלח לזר את כתובת הבית.</w:t>
      </w:r>
    </w:p>
    <w:p>
      <w:pPr>
        <w:bidi/>
        <w:spacing w:before="0" w:after="100"/>
        <w:jc w:val="both"/>
      </w:pPr>
      <w:r>
        <w:rPr>
          <w:rtl/>
        </w:rPr>
        <w:t>ג. תמר סגרה סרטון מפחיד וסיפרה לאמא.</w:t>
      </w:r>
    </w:p>
    <w:p>
      <w:pPr>
        <w:bidi/>
        <w:spacing w:before="0" w:after="100"/>
        <w:jc w:val="both"/>
      </w:pPr>
      <w:r>
        <w:rPr>
          <w:rtl/>
        </w:rPr>
        <w:t>ד. דניאל העביר הלאה צילום מביך של ילד.</w:t>
      </w:r>
    </w:p>
    <w:p>
      <w:pPr>
        <w:bidi/>
        <w:spacing w:before="0" w:after="100"/>
        <w:jc w:val="both"/>
      </w:pPr>
      <w:r>
        <w:rPr>
          <w:rtl/>
        </w:rPr>
        <w:t>ה. יהונתן חסם חשבון שהציק לו וסיפר למחנך.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החבר החדש מהמשחק</w:t>
      </w:r>
    </w:p>
    <w:p>
      <w:pPr>
        <w:bidi/>
        <w:spacing w:before="0" w:after="80"/>
        <w:jc w:val="both"/>
      </w:pPr>
      <w:r>
        <w:rPr>
          <w:rtl/>
        </w:rPr>
        <w:t>יואב משחק במשחק מקוון עם ילדים מכל הארץ. יום אחד כתב לו שחקן בשם «אלוף12»: «אתה שחקן מעולה! בן כמה אתה? באיזה בית ספר אתה לומד?» יואב שמח על המחמאה והתחיל לכתוב תשובה.</w:t>
      </w:r>
    </w:p>
    <w:p>
      <w:pPr>
        <w:bidi/>
        <w:spacing w:before="0" w:after="80"/>
        <w:jc w:val="both"/>
      </w:pPr>
      <w:r>
        <w:rPr>
          <w:rtl/>
        </w:rPr>
        <w:t>פתאום עצר. הוא נזכר במה שלמדו בכיתה: לא משתפים מידע פרטי עם מי שלא מכירים באמת. אחר כך הגיעה הודעה נוספת: «שלח לי תמונה שלך, ואל תספר להורים שלך שאנחנו מדברים».</w:t>
      </w:r>
    </w:p>
    <w:p>
      <w:pPr>
        <w:bidi/>
        <w:spacing w:before="0" w:after="80"/>
        <w:jc w:val="both"/>
      </w:pPr>
      <w:r>
        <w:rPr>
          <w:rtl/>
        </w:rPr>
        <w:t>יואב הרגיש לא נעים. הוא לא ענה, חסם את השחקן והראה את ההודעות לאבא שלו. אבא אמר: «עשית בדיוק את הדבר הנכון. הודעה שמבקשת סוד מההורים היא תמרור אזהרה». יחד הם דיווחו על החשבון.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 «החבר החדש מהמשחק».</w:t>
      </w:r>
    </w:p>
    <w:p>
      <w:pPr>
        <w:bidi/>
        <w:spacing w:before="0" w:after="60"/>
        <w:jc w:val="both"/>
      </w:pPr>
      <w:r>
        <w:rPr>
          <w:rtl/>
        </w:rPr>
        <w:t>א. השחקן שאל את יואב באיזה __________ הוא לומד.</w:t>
      </w:r>
    </w:p>
    <w:p>
      <w:pPr>
        <w:bidi/>
        <w:spacing w:before="0" w:after="60"/>
        <w:jc w:val="both"/>
      </w:pPr>
      <w:r>
        <w:rPr>
          <w:rtl/>
        </w:rPr>
        <w:t>ב. השחקן ביקש מיואב לשמור __________ מההורים.</w:t>
      </w:r>
    </w:p>
    <w:p>
      <w:pPr>
        <w:bidi/>
        <w:spacing w:before="0" w:after="60"/>
        <w:jc w:val="both"/>
      </w:pPr>
      <w:r>
        <w:rPr>
          <w:rtl/>
        </w:rPr>
        <w:t>ג. יואב __________ את השחקן והראה את ההודעות לאבא.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אילו שני סימני אזהרה היו בהודעות של «אלוף12»?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כרזה לכיתה בשם «עוצרים – לא מעבירים – מספרים». ציירו שלושה חלקים, בכל אחד צעד ודוגמה.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למי אתם יכולים לספר אם משהו ברשת מבהיל אתכם? כתבו שלושה אנשים והסבירו למה בחרתם בהם.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מישהו אומר: «זו רק תמונה, אם ימחקו אותה אחרי יום – לא קרה כלום». כתבו לו תשובה עם שני נימוקים.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המרחב הדיגיטלי ואני: תכנים לא מתאימים ומניעת הפצת תמונות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  <w:jc w:val="both"/>
      </w:pPr>
      <w:r>
        <w:rPr>
          <w:rtl/>
        </w:rPr>
        <w:t>א. כתובת המגורים היא מידע פרטי.</w:t>
      </w:r>
    </w:p>
    <w:p>
      <w:pPr>
        <w:bidi/>
        <w:spacing w:before="0" w:after="40"/>
        <w:jc w:val="both"/>
      </w:pPr>
      <w:r>
        <w:rPr>
          <w:rtl/>
        </w:rPr>
        <w:t>ב. לפני שמצלמים חבר מבקשים ממנו רשות.</w:t>
      </w:r>
    </w:p>
    <w:p>
      <w:pPr>
        <w:bidi/>
        <w:spacing w:before="0" w:after="40"/>
        <w:jc w:val="both"/>
      </w:pPr>
      <w:r>
        <w:rPr>
          <w:rtl/>
        </w:rPr>
        <w:t>ג. כשקופץ תוכן מפחיד, סוגרים אותו ומספרים למבוגר.</w:t>
      </w:r>
    </w:p>
    <w:p>
      <w:pPr>
        <w:bidi/>
        <w:spacing w:before="0" w:after="40"/>
        <w:jc w:val="both"/>
      </w:pPr>
      <w:r>
        <w:rPr>
          <w:rtl/>
        </w:rPr>
        <w:t>ד. מה שנשלח ברשת קשה מאוד להחזיר.</w:t>
      </w:r>
    </w:p>
    <w:p>
      <w:pPr>
        <w:bidi/>
        <w:spacing w:before="0" w:after="40"/>
        <w:jc w:val="both"/>
      </w:pPr>
      <w:r>
        <w:rPr>
          <w:rtl/>
        </w:rPr>
        <w:t>ה. התמונה שלי שייכת לי.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מצב את התגובה הנכונה.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זר מבקש את הכתובת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לא נותנים לאף אחד חוץ מההורים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קפץ סרטון אלים במשחק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לא עונים ומספרים להורה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חבר רוצה להעלות תמונה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הוא צריך לבקש את רשותי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קיבלתי תמונה מביכה של ילד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סוגרים ומספרים למבוגר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מישהו שואל את הסיסמה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לא מעבירים ומוחקים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אם נתקלתי בתוכן לא מתאים, זו אשמתי ואסור לספר. – לא נכון – זו לא אשמתי, וחשוב לספר למבוגר</w:t>
      </w:r>
    </w:p>
    <w:p>
      <w:pPr>
        <w:bidi/>
        <w:spacing w:before="0" w:after="40"/>
        <w:jc w:val="both"/>
      </w:pPr>
      <w:r>
        <w:rPr>
          <w:rtl/>
        </w:rPr>
        <w:t>ב. תמונה שנמחקה אצלי אולי עדיין שמורה אצל אחרים. – נכון</w:t>
      </w:r>
    </w:p>
    <w:p>
      <w:pPr>
        <w:bidi/>
        <w:spacing w:before="0" w:after="40"/>
        <w:jc w:val="both"/>
      </w:pPr>
      <w:r>
        <w:rPr>
          <w:rtl/>
        </w:rPr>
        <w:t>ג. מותר להעביר תמונה מביכה אם כולם כבר ראו אותה. – לא נכון – כל העברה מגדילה את הפגיעה; לא מעבירים</w:t>
      </w:r>
    </w:p>
    <w:p>
      <w:pPr>
        <w:bidi/>
        <w:spacing w:before="0" w:after="40"/>
        <w:jc w:val="both"/>
      </w:pPr>
      <w:r>
        <w:rPr>
          <w:rtl/>
        </w:rPr>
        <w:t>ד. מותר לי לסרב כשמבקשים לצלם אותי.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הפרטים: מותר לשתף בקבוצה של הכיתה, או מידע פרטי שלא משתפים ברשת פתוחה.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 לשתף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מידע פרטי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התחביב שלי, הסרט שאהבתי, הספר שאני קורא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הכתובת שלי, הסיסמה שלי, מספר הטלפון של הוריי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מה אני מרגיש, ומה אני עושה?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קרה ברשת?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עשוי להרגיש?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עושה?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קיבלתי הודעה מזר: «בוא ניפגש, אל תספר להורים»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פחד, בלבול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 עונה, חוסם ומספר מיד להורים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ראיתי סרטון מבהיל שלא נועד לילדים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פחד, לא נעים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סוגר, לא שולח הלאה ומספר למבוגר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צילם אותי בלי רשות ורוצה להעלות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כעס, מבוכה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אומר לו שאני לא מסכים ומבקש למחוק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הסימן שהודעה מסוכנת?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מבקשים בה לשמור סוד מההורים</w:t>
      </w:r>
    </w:p>
    <w:p>
      <w:pPr>
        <w:bidi/>
        <w:spacing w:before="0" w:after="20"/>
        <w:jc w:val="both"/>
      </w:pPr>
      <w:r>
        <w:rPr>
          <w:rtl/>
        </w:rPr>
        <w:t>ב. למה לא מעבירים תמונה פוגעת?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כל העברה מפיצה את הפגיעה לעוד אנשים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מעשה כתבו «שומר עליי ועל אחרים» או «מסוכן או פוגע».</w:t>
      </w:r>
    </w:p>
    <w:p>
      <w:pPr>
        <w:bidi/>
        <w:spacing w:before="0" w:after="100"/>
        <w:jc w:val="both"/>
      </w:pPr>
      <w:r>
        <w:rPr>
          <w:rtl/>
        </w:rPr>
        <w:t>א. אריאל ביקש מנועם רשות לפני שהעלה את התמונה מהטיול.  ← שומר עליי ועל אחרים</w:t>
      </w:r>
    </w:p>
    <w:p>
      <w:pPr>
        <w:bidi/>
        <w:spacing w:before="0" w:after="100"/>
        <w:jc w:val="both"/>
      </w:pPr>
      <w:r>
        <w:rPr>
          <w:rtl/>
        </w:rPr>
        <w:t>ב. מישהו שלח לזר את כתובת הבית.  ← מסוכן או פוגע</w:t>
      </w:r>
    </w:p>
    <w:p>
      <w:pPr>
        <w:bidi/>
        <w:spacing w:before="0" w:after="100"/>
        <w:jc w:val="both"/>
      </w:pPr>
      <w:r>
        <w:rPr>
          <w:rtl/>
        </w:rPr>
        <w:t>ג. תמר סגרה סרטון מפחיד וסיפרה לאמא.  ← שומר עליי ועל אחרים</w:t>
      </w:r>
    </w:p>
    <w:p>
      <w:pPr>
        <w:bidi/>
        <w:spacing w:before="0" w:after="100"/>
        <w:jc w:val="both"/>
      </w:pPr>
      <w:r>
        <w:rPr>
          <w:rtl/>
        </w:rPr>
        <w:t>ד. דניאל העביר הלאה צילום מביך של ילד.  ← מסוכן או פוגע</w:t>
      </w:r>
    </w:p>
    <w:p>
      <w:pPr>
        <w:bidi/>
        <w:spacing w:before="0" w:after="100"/>
        <w:jc w:val="both"/>
      </w:pPr>
      <w:r>
        <w:rPr>
          <w:rtl/>
        </w:rPr>
        <w:t>ה. יהונתן חסם חשבון שהציק לו וסיפר למחנך.  ← שומר עליי ועל אחרים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 «החבר החדש מהמשחק».</w:t>
      </w:r>
    </w:p>
    <w:p>
      <w:pPr>
        <w:bidi/>
        <w:spacing w:before="0" w:after="40"/>
        <w:jc w:val="both"/>
      </w:pPr>
      <w:r>
        <w:rPr>
          <w:rtl/>
        </w:rPr>
        <w:t>א. השחקן שאל את יואב באיזה בית ספר הוא לומד.</w:t>
      </w:r>
    </w:p>
    <w:p>
      <w:pPr>
        <w:bidi/>
        <w:spacing w:before="0" w:after="40"/>
        <w:jc w:val="both"/>
      </w:pPr>
      <w:r>
        <w:rPr>
          <w:rtl/>
        </w:rPr>
        <w:t>ב. השחקן ביקש מיואב לשמור סוד מההורים.</w:t>
      </w:r>
    </w:p>
    <w:p>
      <w:pPr>
        <w:bidi/>
        <w:spacing w:before="0" w:after="40"/>
        <w:jc w:val="both"/>
      </w:pPr>
      <w:r>
        <w:rPr>
          <w:rtl/>
        </w:rPr>
        <w:t>ג. יואב חסם את השחקן והראה את ההודעות לאבא.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אילו שני סימני אזהרה היו בהודעות של «אלוף12»?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הוא שאל פרטים אישיים (גיל, בית ספר), ביקש תמונה, וביקש לשמור את השיחה בסוד מההורים.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כרזה לכיתה בשם «עוצרים – לא מעבירים – מספרים». ציירו שלושה חלקים, בכל אחד צעד ודוגמה.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כרזה עם שלושה חלקים ברורים: עוצרים (לא עונים מיד), לא מעבירים (לא שולחים תוכן או תמונה), מספרים (להורה, מחנך, יועצת), עם דוגמה לכל אחד.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למי אתם יכולים לספר אם משהו ברשת מבהיל אתכם? כתבו שלושה אנשים והסבירו למה בחרתם בהם.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עם שלושה מבוגרים מתאימים (הורה, מחנך, יועצת בית הספר, בן משפחה מבוגר) והסבר קצר – למשל שהם מקשיבים ויודעים לעזור.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מישהו אומר: «זו רק תמונה, אם ימחקו אותה אחרי יום – לא קרה כלום». כתבו לו תשובה עם שני נימוקים.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בתוך יום התמונה יכולה להגיע להרבה אנשים, להישמר ולהופיע שוב גם אחרי שנמחקה; מי שבתמונה עלול להרגיש מבוכה ופגיעה גדולה, והפגיעה לא נמחקת עם התמונה.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