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הקשבה פעילה ומסרי אני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מפריעים  |  מרגיש  |  שיקוף  |  מבקש  |  מאשים</w:t>
      </w:r>
    </w:p>
    <w:p>
      <w:pPr>
        <w:bidi/>
        <w:spacing w:before="0" w:after="60"/>
        <w:jc w:val="both"/>
      </w:pPr>
      <w:r>
        <w:rPr>
          <w:rtl/>
        </w:rPr>
        <w:t>א. בהקשבה פעילה לא __________ למי שמדבר.</w:t>
      </w:r>
    </w:p>
    <w:p>
      <w:pPr>
        <w:bidi/>
        <w:spacing w:before="0" w:after="60"/>
        <w:jc w:val="both"/>
      </w:pPr>
      <w:r>
        <w:rPr>
          <w:rtl/>
        </w:rPr>
        <w:t>ב. לומר במילים שלנו את מה ששמענו נקרא __________.</w:t>
      </w:r>
    </w:p>
    <w:p>
      <w:pPr>
        <w:bidi/>
        <w:spacing w:before="0" w:after="60"/>
        <w:jc w:val="both"/>
      </w:pPr>
      <w:r>
        <w:rPr>
          <w:rtl/>
        </w:rPr>
        <w:t>ג. מסר אתה __________ את השני.</w:t>
      </w:r>
    </w:p>
    <w:p>
      <w:pPr>
        <w:bidi/>
        <w:spacing w:before="0" w:after="60"/>
        <w:jc w:val="both"/>
      </w:pPr>
      <w:r>
        <w:rPr>
          <w:rtl/>
        </w:rPr>
        <w:t>ד. מסר אני מתחיל ב«אני __________».</w:t>
      </w:r>
    </w:p>
    <w:p>
      <w:pPr>
        <w:bidi/>
        <w:spacing w:before="0" w:after="60"/>
        <w:jc w:val="both"/>
      </w:pPr>
      <w:r>
        <w:rPr>
          <w:rtl/>
        </w:rPr>
        <w:t>ה. בסוף מסר אני אומרים מה אני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מסר אתה מסר אני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«אתה אף פעם לא מחזיר לי דברים!»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«קשה לי להתרכז ברעש, ואני מבקש שתנמיך»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«את תמיד מדברת רק על עצמך!»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«אני מרגישה שלא מקשיבים לי, ואני רוצה גם לספר משהו»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«אתה מעצבן עם הרעש הזה!»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«אני דואג כשהמחק שלי לא חוזר, ואני מבקש שתחזיר אחרי השיעור»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«אתם תמיד משאירים אותי בחוץ!»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«אני עצוב כשמתחילים בלעדיי, ואני מבקש שתקראו לי»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בזמן הקשבה פעילה כדאי לחשוב רק על מה שאני אענה.      נכון / לא נכון</w:t>
      </w:r>
    </w:p>
    <w:p>
      <w:pPr>
        <w:bidi/>
        <w:spacing w:before="0" w:after="60"/>
        <w:jc w:val="both"/>
      </w:pPr>
      <w:r>
        <w:rPr>
          <w:rtl/>
        </w:rPr>
        <w:t>ב. שיקוף עוזר לדובר להרגיש שהבינו אותו.      נכון / לא נכון</w:t>
      </w:r>
    </w:p>
    <w:p>
      <w:pPr>
        <w:bidi/>
        <w:spacing w:before="0" w:after="60"/>
        <w:jc w:val="both"/>
      </w:pPr>
      <w:r>
        <w:rPr>
          <w:rtl/>
        </w:rPr>
        <w:t>ג. מסר אני מבטיח שהשני יעשה בדיוק מה שביקשתי.      נכון / לא נכון</w:t>
      </w:r>
    </w:p>
    <w:p>
      <w:pPr>
        <w:bidi/>
        <w:spacing w:before="0" w:after="60"/>
        <w:jc w:val="both"/>
      </w:pPr>
      <w:r>
        <w:rPr>
          <w:rtl/>
        </w:rPr>
        <w:t>ד. טון רגוע חשוב כשאומרים מסר אני.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ההתנהגויות: הקשבה פעילה, או לא מקשיבים.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להסתכל לחבר בעיניים  |  לבדוק הודעות בטלפון  |  לשאול «ומה הרגשת?»  |  להפריע באמצע  |  להנהן ולהגיד «אני מבין»  |  להתחיל לספר על עצמי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הקשבה פעילה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מקשיבים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בנו מסר אני: השלימו את החלקים החסרים.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אני מרגיש...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כש...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ואני מבקש ש...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 לוקח את הטאבלט בלי לשאול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מאחר כל פעם לפגישה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בעבודה בקבוצה עושים הכול בלעדיי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משפט הוא שיקוף?</w:t>
      </w:r>
    </w:p>
    <w:p>
      <w:pPr>
        <w:bidi/>
        <w:spacing w:before="0" w:after="80"/>
        <w:jc w:val="both"/>
      </w:pPr>
      <w:r>
        <w:rPr>
          <w:rtl/>
        </w:rPr>
        <w:t xml:space="preserve">   ○ «די, תפסיק לבכות»      ○ «נשמע שהיה לך יום ממש קשה»      ○ «גם לי קרה פעם משהו יותר גרוע»      ○ «למה לא סיפרת קודם?»</w:t>
      </w:r>
    </w:p>
    <w:p>
      <w:pPr>
        <w:bidi/>
        <w:spacing w:before="0" w:after="20"/>
        <w:jc w:val="both"/>
      </w:pPr>
      <w:r>
        <w:rPr>
          <w:rtl/>
        </w:rPr>
        <w:t>ב. איזה משפט הוא מסר אני?</w:t>
      </w:r>
    </w:p>
    <w:p>
      <w:pPr>
        <w:bidi/>
        <w:spacing w:before="0" w:after="80"/>
        <w:jc w:val="both"/>
      </w:pPr>
      <w:r>
        <w:rPr>
          <w:rtl/>
        </w:rPr>
        <w:t xml:space="preserve">   ○ «אתה תמיד מפריע!»      ○ «אני נעלב כשצוחקים על הציור שלי, ואני מבקש שתפסיקו»      ○ «כולם יודעים שאתה רמאי»      ○ «תעזוב אותי»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משפט כתבו «מסר אני» או «מסר אתה».</w:t>
      </w:r>
    </w:p>
    <w:p>
      <w:pPr>
        <w:bidi/>
        <w:spacing w:before="0" w:after="100"/>
        <w:jc w:val="both"/>
      </w:pPr>
      <w:r>
        <w:rPr>
          <w:rtl/>
        </w:rPr>
        <w:t>א. «אתה מעתיק ממני כל הזמן!»</w:t>
      </w:r>
    </w:p>
    <w:p>
      <w:pPr>
        <w:bidi/>
        <w:spacing w:before="0" w:after="100"/>
        <w:jc w:val="both"/>
      </w:pPr>
      <w:r>
        <w:rPr>
          <w:rtl/>
        </w:rPr>
        <w:t>ב. «אני מרגיש לא בנוח כשמעתיקים ממני, ואני מבקש שתעשה לבד.»</w:t>
      </w:r>
    </w:p>
    <w:p>
      <w:pPr>
        <w:bidi/>
        <w:spacing w:before="0" w:after="100"/>
        <w:jc w:val="both"/>
      </w:pPr>
      <w:r>
        <w:rPr>
          <w:rtl/>
        </w:rPr>
        <w:t>ג. «את אף פעם לא מקשיבה!»</w:t>
      </w:r>
    </w:p>
    <w:p>
      <w:pPr>
        <w:bidi/>
        <w:spacing w:before="0" w:after="100"/>
        <w:jc w:val="both"/>
      </w:pPr>
      <w:r>
        <w:rPr>
          <w:rtl/>
        </w:rPr>
        <w:t>ד. «חשוב לי שתקשיבי עד הסוף לפני שתעני.»</w:t>
      </w:r>
    </w:p>
    <w:p>
      <w:pPr>
        <w:bidi/>
        <w:spacing w:before="0" w:after="100"/>
        <w:jc w:val="both"/>
      </w:pPr>
      <w:r>
        <w:rPr>
          <w:rtl/>
        </w:rPr>
        <w:t>ה. «אתם הורסים לי את המשחק!»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השיחה על הספסל</w:t>
      </w:r>
    </w:p>
    <w:p>
      <w:pPr>
        <w:bidi/>
        <w:spacing w:before="0" w:after="80"/>
        <w:jc w:val="both"/>
      </w:pPr>
      <w:r>
        <w:rPr>
          <w:rtl/>
        </w:rPr>
        <w:t>מיכל ישבה על הספסל עם פנים עצובות. תמר התיישבה לידה, הכניסה את הטלפון לתיק ושאלה: «מה קרה?»</w:t>
      </w:r>
    </w:p>
    <w:p>
      <w:pPr>
        <w:bidi/>
        <w:spacing w:before="0" w:after="80"/>
        <w:jc w:val="both"/>
      </w:pPr>
      <w:r>
        <w:rPr>
          <w:rtl/>
        </w:rPr>
        <w:t>מיכל סיפרה שהיא לא נבחרה להקריא בטקס, אף שהתאמנה כל השבוע. תמר לא קטעה אותה. היא רק הנהנה, ובסוף אמרה: «נשמע שהשקעת הרבה, ועכשיו את ממש מאוכזבת». מיכל הרימה את הראש: «בדיוק. והכי מעצבן שאף אחד לא שאל אותי איך הרגשתי».</w:t>
      </w:r>
    </w:p>
    <w:p>
      <w:pPr>
        <w:bidi/>
        <w:spacing w:before="0" w:after="80"/>
        <w:jc w:val="both"/>
      </w:pPr>
      <w:r>
        <w:rPr>
          <w:rtl/>
        </w:rPr>
        <w:t>«רוצה שנחשוב יחד מה אפשר לעשות?» שאלה תמר. הן החליטו שמיכל תגיד למורה מסר אני: «אני מאוכזבת כי התכוננתי הרבה, ואשמח להזדמנות בטקס הבא». המורה הקשיבה, והבטיחה שבטקס חנוכה מיכל תקריא.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«השיחה על הספסל».</w:t>
      </w:r>
    </w:p>
    <w:p>
      <w:pPr>
        <w:bidi/>
        <w:spacing w:before="0" w:after="60"/>
        <w:jc w:val="both"/>
      </w:pPr>
      <w:r>
        <w:rPr>
          <w:rtl/>
        </w:rPr>
        <w:t>א. לפני השיחה תמר הכניסה את ה__________ לתיק.</w:t>
      </w:r>
    </w:p>
    <w:p>
      <w:pPr>
        <w:bidi/>
        <w:spacing w:before="0" w:after="60"/>
        <w:jc w:val="both"/>
      </w:pPr>
      <w:r>
        <w:rPr>
          <w:rtl/>
        </w:rPr>
        <w:t>ב. מיכל לא נבחרה ל__________ בטקס.</w:t>
      </w:r>
    </w:p>
    <w:p>
      <w:pPr>
        <w:bidi/>
        <w:spacing w:before="0" w:after="60"/>
        <w:jc w:val="both"/>
      </w:pPr>
      <w:r>
        <w:rPr>
          <w:rtl/>
        </w:rPr>
        <w:t>ג. המורה הבטיחה שמיכל תקריא בטקס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מצאו בסיפור שלושה דברים שתמר עשתה שמראים הקשבה פעילה.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קומיקס של שתי משבצות: באחת – ויכוח עם «מסר אתה», ובשנייה – אותו מצב עם «מסר אני». הוסיפו בועות דיבור.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חשבו על מצב שבו כעסתם על מישהו. כתבו את המסר אני שהייתם יכולים להגיד לו.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למה דווקא כשכועסים קשה לומר מסר אני, ומה יכול לעזור לפני שאומרים אותו.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הקשבה פעילה ומסרי אני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  <w:jc w:val="both"/>
      </w:pPr>
      <w:r>
        <w:rPr>
          <w:rtl/>
        </w:rPr>
        <w:t>א. בהקשבה פעילה לא מפריעים למי שמדבר.</w:t>
      </w:r>
    </w:p>
    <w:p>
      <w:pPr>
        <w:bidi/>
        <w:spacing w:before="0" w:after="40"/>
        <w:jc w:val="both"/>
      </w:pPr>
      <w:r>
        <w:rPr>
          <w:rtl/>
        </w:rPr>
        <w:t>ב. לומר במילים שלנו את מה ששמענו נקרא שיקוף.</w:t>
      </w:r>
    </w:p>
    <w:p>
      <w:pPr>
        <w:bidi/>
        <w:spacing w:before="0" w:after="40"/>
        <w:jc w:val="both"/>
      </w:pPr>
      <w:r>
        <w:rPr>
          <w:rtl/>
        </w:rPr>
        <w:t>ג. מסר אתה מאשים את השני.</w:t>
      </w:r>
    </w:p>
    <w:p>
      <w:pPr>
        <w:bidi/>
        <w:spacing w:before="0" w:after="40"/>
        <w:jc w:val="both"/>
      </w:pPr>
      <w:r>
        <w:rPr>
          <w:rtl/>
        </w:rPr>
        <w:t>ד. מסר אני מתחיל ב«אני מרגיש».</w:t>
      </w:r>
    </w:p>
    <w:p>
      <w:pPr>
        <w:bidi/>
        <w:spacing w:before="0" w:after="40"/>
        <w:jc w:val="both"/>
      </w:pPr>
      <w:r>
        <w:rPr>
          <w:rtl/>
        </w:rPr>
        <w:t>ה. בסוף מסר אני אומרים מה אני מבקש.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מסר אתה מסר אני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«אתה אף פעם לא מחזיר לי דברים!»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«קשה לי להתרכז ברעש, ואני מבקש שתנמיך»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«את תמיד מדברת רק על עצמך!»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«אני מרגישה שלא מקשיבים לי, ואני רוצה גם לספר משהו»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«אתה מעצבן עם הרעש הזה!»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«אני דואג כשהמחק שלי לא חוזר, ואני מבקש שתחזיר אחרי השיעור»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«אתם תמיד משאירים אותי בחוץ!»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«אני עצוב כשמתחילים בלעדיי, ואני מבקש שתקראו לי»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בזמן הקשבה פעילה כדאי לחשוב רק על מה שאני אענה. – לא נכון – בהקשבה פעילה מתרכזים בהבנת האחר</w:t>
      </w:r>
    </w:p>
    <w:p>
      <w:pPr>
        <w:bidi/>
        <w:spacing w:before="0" w:after="40"/>
        <w:jc w:val="both"/>
      </w:pPr>
      <w:r>
        <w:rPr>
          <w:rtl/>
        </w:rPr>
        <w:t>ב. שיקוף עוזר לדובר להרגיש שהבינו אותו. – נכון</w:t>
      </w:r>
    </w:p>
    <w:p>
      <w:pPr>
        <w:bidi/>
        <w:spacing w:before="0" w:after="40"/>
        <w:jc w:val="both"/>
      </w:pPr>
      <w:r>
        <w:rPr>
          <w:rtl/>
        </w:rPr>
        <w:t>ג. מסר אני מבטיח שהשני יעשה בדיוק מה שביקשתי. – לא נכון – מסר אני מגדיל את הסיכוי שיקשיבו, אבל השני מחליט בעצמו</w:t>
      </w:r>
    </w:p>
    <w:p>
      <w:pPr>
        <w:bidi/>
        <w:spacing w:before="0" w:after="40"/>
        <w:jc w:val="both"/>
      </w:pPr>
      <w:r>
        <w:rPr>
          <w:rtl/>
        </w:rPr>
        <w:t>ד. טון רגוע חשוב כשאומרים מסר אני.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ההתנהגויות: הקשבה פעילה, או לא מקשיבים.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הקשבה פעילה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מקשיבים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להסתכל לחבר בעיניים, לשאול «ומה הרגשת?», להנהן ולהגיד «אני מבין»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לבדוק הודעות בטלפון, להפריע באמצע, להתחיל לספר על עצמי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בנו מסר אני: השלימו את החלקים החסרים.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אני מרגיש...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כש...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ואני מבקש ש...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 לוקח את הטאבלט בלי לשאול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מתוסכל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לוקחים לי את הטאבלט בלי רשות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תשאל אותי קודם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מאחר כל פעם לפגישה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מאוכזב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אני מחכה הרבה זמן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תודיע לי אם אתה מאחר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בעבודה בקבוצה עושים הכול בלעדיי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מיותר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מחליטים בלי לשאול אותי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גם לי יהיה תפקיד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משפט הוא שיקוף?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«נשמע שהיה לך יום ממש קשה»</w:t>
      </w:r>
    </w:p>
    <w:p>
      <w:pPr>
        <w:bidi/>
        <w:spacing w:before="0" w:after="20"/>
        <w:jc w:val="both"/>
      </w:pPr>
      <w:r>
        <w:rPr>
          <w:rtl/>
        </w:rPr>
        <w:t>ב. איזה משפט הוא מסר אני?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«אני נעלב כשצוחקים על הציור שלי, ואני מבקש שתפסיקו»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משפט כתבו «מסר אני» או «מסר אתה».</w:t>
      </w:r>
    </w:p>
    <w:p>
      <w:pPr>
        <w:bidi/>
        <w:spacing w:before="0" w:after="100"/>
        <w:jc w:val="both"/>
      </w:pPr>
      <w:r>
        <w:rPr>
          <w:rtl/>
        </w:rPr>
        <w:t>א. «אתה מעתיק ממני כל הזמן!»  ← מסר אתה</w:t>
      </w:r>
    </w:p>
    <w:p>
      <w:pPr>
        <w:bidi/>
        <w:spacing w:before="0" w:after="100"/>
        <w:jc w:val="both"/>
      </w:pPr>
      <w:r>
        <w:rPr>
          <w:rtl/>
        </w:rPr>
        <w:t>ב. «אני מרגיש לא בנוח כשמעתיקים ממני, ואני מבקש שתעשה לבד.»  ← מסר אני</w:t>
      </w:r>
    </w:p>
    <w:p>
      <w:pPr>
        <w:bidi/>
        <w:spacing w:before="0" w:after="100"/>
        <w:jc w:val="both"/>
      </w:pPr>
      <w:r>
        <w:rPr>
          <w:rtl/>
        </w:rPr>
        <w:t>ג. «את אף פעם לא מקשיבה!»  ← מסר אתה</w:t>
      </w:r>
    </w:p>
    <w:p>
      <w:pPr>
        <w:bidi/>
        <w:spacing w:before="0" w:after="100"/>
        <w:jc w:val="both"/>
      </w:pPr>
      <w:r>
        <w:rPr>
          <w:rtl/>
        </w:rPr>
        <w:t>ד. «חשוב לי שתקשיבי עד הסוף לפני שתעני.»  ← מסר אני</w:t>
      </w:r>
    </w:p>
    <w:p>
      <w:pPr>
        <w:bidi/>
        <w:spacing w:before="0" w:after="100"/>
        <w:jc w:val="both"/>
      </w:pPr>
      <w:r>
        <w:rPr>
          <w:rtl/>
        </w:rPr>
        <w:t>ה. «אתם הורסים לי את המשחק!»  ← מסר אתה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«השיחה על הספסל».</w:t>
      </w:r>
    </w:p>
    <w:p>
      <w:pPr>
        <w:bidi/>
        <w:spacing w:before="0" w:after="40"/>
        <w:jc w:val="both"/>
      </w:pPr>
      <w:r>
        <w:rPr>
          <w:rtl/>
        </w:rPr>
        <w:t>א. לפני השיחה תמר הכניסה את הטלפון לתיק.</w:t>
      </w:r>
    </w:p>
    <w:p>
      <w:pPr>
        <w:bidi/>
        <w:spacing w:before="0" w:after="40"/>
        <w:jc w:val="both"/>
      </w:pPr>
      <w:r>
        <w:rPr>
          <w:rtl/>
        </w:rPr>
        <w:t>ב. מיכל לא נבחרה להקריא בטקס.</w:t>
      </w:r>
    </w:p>
    <w:p>
      <w:pPr>
        <w:bidi/>
        <w:spacing w:before="0" w:after="40"/>
        <w:jc w:val="both"/>
      </w:pPr>
      <w:r>
        <w:rPr>
          <w:rtl/>
        </w:rPr>
        <w:t>ג. המורה הבטיחה שמיכל תקריא בטקס חנוכה.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מצאו בסיפור שלושה דברים שתמר עשתה שמראים הקשבה פעילה.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הכניסה את הטלפון לתיק, לא קטעה את מיכל, הנהנה, ושיקפה את הרגש: «נשמע שהשקעת הרבה, ועכשיו את ממש מאוכזבת».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קומיקס של שתי משבצות: באחת – ויכוח עם «מסר אתה», ובשנייה – אותו מצב עם «מסר אני». הוסיפו בועות דיבור.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שתי משבצות של אותו מצב: בראשונה משפט מאשים ותגובה מתגוננת, בשנייה מסר אני בשלושה חלקים ותגובה מבינה.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חשבו על מצב שבו כעסתם על מישהו. כתבו את המסר אני שהייתם יכולים להגיד לו.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שכוללת את שלושת החלקים: רגש («אני מרגיש...»), מצב («כש...») ובקשה («ואני מבקש ש...»), בלי האשמה.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למה דווקא כשכועסים קשה לומר מסר אני, ומה יכול לעזור לפני שאומרים אותו.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כשכועסים הגוף מתוח והמילים יוצאות מהר ומאשימות; עוזר לעצור, לנשום כמה נשימות איטיות או להתרחק לרגע, לחשוב מה אני באמת מרגיש ומה אני צריך – ורק אז לדבר.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