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מאיפה הגיע אריאל?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מעיר בצפון</w:t>
      </w:r>
    </w:p>
    <w:p>
      <w:pPr>
        <w:bidi/>
        <w:spacing w:before="0" w:after="20"/>
        <w:jc w:val="both"/>
      </w:pPr>
      <w:r>
        <w:rPr>
          <w:rtl/>
        </w:rPr>
        <w:t>ב. מה עשה אריאל בהפסקות בהתחלה?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ישב לבד וקרא 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על פי הסיפור. (6 נק')</w:t>
      </w:r>
    </w:p>
    <w:p>
      <w:pPr>
        <w:bidi/>
        <w:spacing w:before="0" w:after="40"/>
        <w:jc w:val="both"/>
      </w:pPr>
      <w:r>
        <w:rPr>
          <w:rtl/>
        </w:rPr>
        <w:t>א. לתמונה של אריאל צירפו את הכיתוב «הפרופסור».</w:t>
      </w:r>
    </w:p>
    <w:p>
      <w:pPr>
        <w:bidi/>
        <w:spacing w:before="0" w:after="40"/>
        <w:jc w:val="both"/>
      </w:pPr>
      <w:r>
        <w:rPr>
          <w:rtl/>
        </w:rPr>
        <w:t>ב. עומר נזכר איך הרגיש כשהיה חדש בחוג הכדורסל.</w:t>
      </w:r>
    </w:p>
    <w:p>
      <w:pPr>
        <w:bidi/>
        <w:spacing w:before="0" w:after="40"/>
        <w:jc w:val="both"/>
      </w:pPr>
      <w:r>
        <w:rPr>
          <w:rtl/>
        </w:rPr>
        <w:t>ג. עומר ואריאל גילו ששניהם אוהבים ספרי מדע בדיוני.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פרשנות: מדוע הרגיש עומר «לא נוח» כשראה את התמונה? כתבו שתי סיבות מן הסיפור.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(3 נק' לכל סיבה) 1. הבין שהתמונה פוגעת באריאל ושצוחקים עליו. 2. זכר איך הרגיש כשהוא עצמו היה חדש (אמפתיה). אפשר גם: היה לחץ חברתי – לא רצה להסתבך.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 על פי הסיפור?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עומר החליט מיד, בלי לחשוב. – לא נכון – עומר עצר, חשב על כמה אפשרויות ובחר</w:t>
      </w:r>
    </w:p>
    <w:p>
      <w:pPr>
        <w:bidi/>
        <w:spacing w:before="0" w:after="40"/>
        <w:jc w:val="both"/>
      </w:pPr>
      <w:r>
        <w:rPr>
          <w:rtl/>
        </w:rPr>
        <w:t>ב. עומר כתב בקבוצה שיש למחוק את התמונה. – נכון</w:t>
      </w:r>
    </w:p>
    <w:p>
      <w:pPr>
        <w:bidi/>
        <w:spacing w:before="0" w:after="40"/>
        <w:jc w:val="both"/>
      </w:pPr>
      <w:r>
        <w:rPr>
          <w:rtl/>
        </w:rPr>
        <w:t>ג. המחנכת לא ידעה על התמונה. – לא נכון – המחנכת שמעה על התמונה ושוחחה עם הכיתה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הסקת מסקנות: ליד כל פעולה של עומר כתבו איזה שלב בפתרון בעיות היא מראה. (6 נק')</w:t>
      </w:r>
    </w:p>
    <w:p>
      <w:pPr>
        <w:bidi/>
        <w:spacing w:before="0" w:after="100"/>
        <w:jc w:val="both"/>
      </w:pPr>
      <w:r>
        <w:rPr>
          <w:rtl/>
        </w:rPr>
        <w:t>א. עומר עצר ולא מיהר להגיב.  ← עוצרים ונרגעים</w:t>
      </w:r>
    </w:p>
    <w:p>
      <w:pPr>
        <w:bidi/>
        <w:spacing w:before="0" w:after="100"/>
        <w:jc w:val="both"/>
      </w:pPr>
      <w:r>
        <w:rPr>
          <w:rtl/>
        </w:rPr>
        <w:t>ב. הוא חשב על שלוש דרכים לפעול.  ← חושבים על כמה פתרונות</w:t>
      </w:r>
    </w:p>
    <w:p>
      <w:pPr>
        <w:bidi/>
        <w:spacing w:before="0" w:after="100"/>
        <w:jc w:val="both"/>
      </w:pPr>
      <w:r>
        <w:rPr>
          <w:rtl/>
        </w:rPr>
        <w:t>ג. הוא בחר לכתוב בקבוצה ולדבר עם אריאל.  ← בוחרים ומבצעים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הסבירו כיצד «עמד לצד» עומר את אריאל, ומה השתנה לאריאל בעקבות זאת.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(4 נק') עומר לא השתתף בלעג, ביקש בקבוצה למחוק את התמונה, ופנה לאריאל ושוחח איתו. (4 נק') אריאל כבר לא ישב לבד: מצא חבר ותחום משותף, שיחקו שחמט וילדים נוספים הצטרפו.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לכל מושג את ההסבר שלו.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סטריאוטיפ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לבקש בעצמי, בבירור ובנימוס, מה שאני צריך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עוגן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רעיון מכליל על קבוצה שלמה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ייצוג עצמי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יעד ברור ומדיד שיש לו זמן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מטרה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משהו קבוע שנותן ביטחון בזמן שינוי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נכונים. (8 נק')</w:t>
      </w:r>
    </w:p>
    <w:p>
      <w:pPr>
        <w:bidi/>
        <w:spacing w:before="0" w:after="40"/>
        <w:jc w:val="both"/>
      </w:pPr>
      <w:r>
        <w:rPr>
          <w:rtl/>
        </w:rPr>
        <w:t>א. אושר מתמשך נבנה בעיקר מקניית דברים חדשים. – לא נכון – אושר מתמשך נבנה מקשרים, ממשמעות, מנתינה ומהכרת תודה</w:t>
      </w:r>
    </w:p>
    <w:p>
      <w:pPr>
        <w:bidi/>
        <w:spacing w:before="0" w:after="40"/>
        <w:jc w:val="both"/>
      </w:pPr>
      <w:r>
        <w:rPr>
          <w:rtl/>
        </w:rPr>
        <w:t>ב. בסגנון החלטה תלותי אחרים מחליטים בשבילי. – נכון</w:t>
      </w:r>
    </w:p>
    <w:p>
      <w:pPr>
        <w:bidi/>
        <w:spacing w:before="0" w:after="40"/>
        <w:jc w:val="both"/>
      </w:pPr>
      <w:r>
        <w:rPr>
          <w:rtl/>
        </w:rPr>
        <w:t>ג. לפני הצטרפות לקבוצה ברשת כדאי לבדוק מי חבר בה. – נכון</w:t>
      </w:r>
    </w:p>
    <w:p>
      <w:pPr>
        <w:bidi/>
        <w:spacing w:before="0" w:after="40"/>
        <w:jc w:val="both"/>
      </w:pPr>
      <w:r>
        <w:rPr>
          <w:rtl/>
        </w:rPr>
        <w:t>ד. מי שמבקש עזרה מהיועצת הוא חלש. – לא נכון – בקשת עזרה היא סימן של חוכמה ואחריות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התגובות ללחץ חברתי: תגובה בטוחה או כניעה ללחץ?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תגובה בטוחה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כניעה ללחץ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«לא, תודה, זה לא בשבילי», להציע לעשות משהו אחר, לספר למבוגר, להתרחק מהמקום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«טוב, אם כולם עושים…», לעשות את זה כדי שלא יצחקו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המתאימה. (6 נק')</w:t>
      </w:r>
    </w:p>
    <w:p>
      <w:pPr>
        <w:bidi/>
        <w:spacing w:before="0" w:after="20"/>
        <w:jc w:val="both"/>
      </w:pPr>
      <w:r>
        <w:rPr>
          <w:rtl/>
        </w:rPr>
        <w:t>א. איזו מטרה כתובה בצורה הטובה ביותר?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לרוץ 2 ק"מ בלי לעצור עד פסח</w:t>
      </w:r>
    </w:p>
    <w:p>
      <w:pPr>
        <w:bidi/>
        <w:spacing w:before="0" w:after="20"/>
        <w:jc w:val="both"/>
      </w:pPr>
      <w:r>
        <w:rPr>
          <w:rtl/>
        </w:rPr>
        <w:t>ב. קיבלתם ברשת הודעה מאיימת. מה עושים קודם?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עונים, מצלמים את המסך ומספרים למבוגר</w:t>
      </w:r>
    </w:p>
    <w:p>
      <w:pPr>
        <w:bidi/>
        <w:spacing w:before="0" w:after="20"/>
        <w:jc w:val="both"/>
      </w:pPr>
      <w:r>
        <w:rPr>
          <w:rtl/>
        </w:rPr>
        <w:t>ג. איזה מקור מידע מהימן לשאלות על גיל ההתבגרות?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אחות בית הספר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שלבי המודל לקבלת החלטה.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שואלים?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בדיוק צריך להחליט?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מה האפשרויות?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מה היתרונות והחסרונות של כל אפשרות?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חשוב לי, ואיך ארגיש?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מחליטים, פועלים ובודקים: זה עבד?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מיכל הוזמנה לקבוצה ברשת שבה צוחקים על תלמידה מהכיתה. בחרו דרך פעולה אחת עבור מיכל ונמקו את הבחירה.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(3 נק') דרך פעולה מתאימה: לא להצטרף / לצאת, לכתוב שזה פוגע, לתמוך בתלמידה, לספר למבוגר. (5 נק') נימוק: הקבוצה פוגעת; גם מי שקורא ושותק משתתף; אמפתיה – איך מרגישה התלמידה; מבוגר יכול לעצור את הפגיעה.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שכתבו את ההודעה כ«מסר אני» – בלי להעליב: «אתה אף פעם לא מחזיר דברים, אתה חבר גרוע!»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(2 נק') פתיחה ב«אני מרגיש/ה…»; (2 נק') תיאור המעשה בלי כינוי פוגע («כשלא החזרת את הספר»); (3 נק') בקשה ברורה («אשמח שתחזיר אותו עד מחר»). דוגמה: «אני מרגיש מתוסכל כשהספר שהשאלתי לך לא חוזר. אשמח שתחזיר אותו עד מחר».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מטרה אישית אחת לשנה הראשונה בחטיבה, ושני צעדים שיעזרו לכם להשיג אותה. הזכירו כוח אחד שלכם שיעזור בדרך.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(4 נק') מטרה ברורה, מדידה ועם זמן; (4 נק') שני צעדים מעשיים ומסודרים; (2 נק') כוח אישי רלוונטי. תשובה אישית; לשון תקינה ומאורגנת.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