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ניהול עצמי: מחלום למטרה ולתוכנית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איך הופכים חלום למטרה ולתוכנית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6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חלום ומטרה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השוואה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חלום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מטרה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זה?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רצון גדול וכללי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יעד ברור שאפשר לבדוק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להיות שחיין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לשחות 10 בריכות עד הקיץ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מטרה טובה היא…</w:t>
      </w:r>
    </w:p>
    <w:p>
      <w:pPr>
        <w:bidi/>
        <w:spacing w:before="0" w:after="20"/>
        <w:jc w:val="both"/>
      </w:pPr>
      <w:r>
        <w:rPr>
          <w:rtl/>
        </w:rPr>
        <w:t>1. ברורה – מה בדיוק?</w:t>
      </w:r>
    </w:p>
    <w:p>
      <w:pPr>
        <w:bidi/>
        <w:spacing w:before="0" w:after="20"/>
        <w:jc w:val="both"/>
      </w:pPr>
      <w:r>
        <w:rPr>
          <w:rtl/>
        </w:rPr>
        <w:t>2. מדידה – איך אדע שהצלחתי?</w:t>
      </w:r>
    </w:p>
    <w:p>
      <w:pPr>
        <w:bidi/>
        <w:spacing w:before="0" w:after="20"/>
        <w:jc w:val="both"/>
      </w:pPr>
      <w:r>
        <w:rPr>
          <w:rtl/>
        </w:rPr>
        <w:t>3. אפשרית – מתאימה לי</w:t>
      </w:r>
    </w:p>
    <w:p>
      <w:pPr>
        <w:bidi/>
        <w:spacing w:before="0" w:after="20"/>
        <w:jc w:val="both"/>
      </w:pPr>
      <w:r>
        <w:rPr>
          <w:rtl/>
        </w:rPr>
        <w:t>4. עם זמן – עד מתי?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התוכנית</w:t>
      </w:r>
    </w:p>
    <w:p>
      <w:pPr>
        <w:bidi/>
        <w:spacing w:before="0" w:after="20"/>
        <w:jc w:val="both"/>
      </w:pPr>
      <w:r>
        <w:rPr>
          <w:rtl/>
        </w:rPr>
        <w:t>1. מחלקים לצעדים קטנים, לכל צעד – זמן.</w:t>
      </w:r>
    </w:p>
    <w:p>
      <w:pPr>
        <w:bidi/>
        <w:spacing w:before="0" w:after="20"/>
        <w:jc w:val="both"/>
      </w:pPr>
      <w:r>
        <w:rPr>
          <w:rtl/>
        </w:rPr>
        <w:t>2. מתכננים מראש מה עושים מול מכשול.</w:t>
      </w:r>
    </w:p>
    <w:p>
      <w:pPr>
        <w:bidi/>
        <w:spacing w:before="0" w:after="20"/>
        <w:jc w:val="both"/>
      </w:pPr>
      <w:r>
        <w:rPr>
          <w:rtl/>
        </w:rPr>
        <w:t>3. בודקים התקדמות ושמחים בכל צעד.</w:t>
      </w:r>
    </w:p>
    <w:p>
      <w:pPr>
        <w:bidi/>
        <w:spacing w:before="0" w:after="20"/>
        <w:jc w:val="both"/>
      </w:pPr>
      <w:r>
        <w:rPr>
          <w:rtl/>
        </w:rPr>
        <w:t>4. נעזרים באנשים שתומכים בנו.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מטרה בלי תוכנית היא רק משאלה. כתבו את המטרה, חלקו אותה לצעדים קטנים, ושמחו בכל צעד שהשלמתם.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«אני רוצה להיות טוב בציור» – הפכו למטרה.</w:t>
      </w:r>
    </w:p>
    <w:p>
      <w:pPr>
        <w:bidi/>
        <w:spacing w:before="0" w:after="20"/>
        <w:jc w:val="both"/>
      </w:pPr>
      <w:r>
        <w:rPr>
          <w:rtl/>
        </w:rPr>
        <w:t>1. מה בדיוק? לצייר דיוקן של בן משפחה.</w:t>
      </w:r>
    </w:p>
    <w:p>
      <w:pPr>
        <w:bidi/>
        <w:spacing w:before="0" w:after="20"/>
        <w:jc w:val="both"/>
      </w:pPr>
      <w:r>
        <w:rPr>
          <w:rtl/>
        </w:rPr>
        <w:t>2. עד מתי? עד סוף החודש.</w:t>
      </w:r>
    </w:p>
    <w:p>
      <w:pPr>
        <w:bidi/>
        <w:spacing w:before="0" w:after="20"/>
        <w:jc w:val="both"/>
      </w:pPr>
      <w:r>
        <w:rPr>
          <w:rtl/>
        </w:rPr>
        <w:t>3. צעד ראשון: לצפות בסרטון הדרכה ולתרגל 15 דקות ביום.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לצייר דיוקן של בן משפחה עד סוף החודש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 את המשפטים:</w:t>
      </w:r>
    </w:p>
    <w:p>
      <w:pPr>
        <w:bidi/>
        <w:spacing w:before="0" w:after="60"/>
        <w:jc w:val="both"/>
      </w:pPr>
      <w:r>
        <w:rPr>
          <w:rtl/>
        </w:rPr>
        <w:t>א. רצון גדול וכללי נקרא __________.</w:t>
      </w:r>
    </w:p>
    <w:p>
      <w:pPr>
        <w:bidi/>
        <w:spacing w:before="0" w:after="60"/>
        <w:jc w:val="both"/>
      </w:pPr>
      <w:r>
        <w:rPr>
          <w:rtl/>
        </w:rPr>
        <w:t>ב. מטרה שאפשר לבדוק אם השגנו היא מטרה __________.</w:t>
      </w:r>
    </w:p>
    <w:p>
      <w:pPr>
        <w:bidi/>
        <w:spacing w:before="0" w:after="60"/>
        <w:jc w:val="both"/>
      </w:pPr>
      <w:r>
        <w:rPr>
          <w:rtl/>
        </w:rPr>
        <w:t>ג. מטרה גדולה מחלקים ל__________ קטנים.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חלום · ב. מדידה · ג. צעדים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