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ניהול עצמי: מחלום למטרה ולתוכנית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מחסן מילים: חלום  |  מטרה  |  צעדים  |  מכשול  |  זמן  |  מדידה</w:t>
      </w:r>
    </w:p>
    <w:p>
      <w:pPr>
        <w:bidi/>
        <w:spacing w:before="0" w:after="60"/>
        <w:jc w:val="both"/>
      </w:pPr>
      <w:r>
        <w:rPr>
          <w:rtl/>
        </w:rPr>
        <w:t>א. __________ הוא רצון גדול, לפעמים רחוק.</w:t>
      </w:r>
    </w:p>
    <w:p>
      <w:pPr>
        <w:bidi/>
        <w:spacing w:before="0" w:after="60"/>
        <w:jc w:val="both"/>
      </w:pPr>
      <w:r>
        <w:rPr>
          <w:rtl/>
        </w:rPr>
        <w:t>ב. __________ היא דבר ברור שאפשר לבדוק אם השגנו.</w:t>
      </w:r>
    </w:p>
    <w:p>
      <w:pPr>
        <w:bidi/>
        <w:spacing w:before="0" w:after="60"/>
        <w:jc w:val="both"/>
      </w:pPr>
      <w:r>
        <w:rPr>
          <w:rtl/>
        </w:rPr>
        <w:t>ג. מטרה __________ היא מטרה שאפשר לדעת בדיוק אם הצלחנו בה.</w:t>
      </w:r>
    </w:p>
    <w:p>
      <w:pPr>
        <w:bidi/>
        <w:spacing w:before="0" w:after="60"/>
        <w:jc w:val="both"/>
      </w:pPr>
      <w:r>
        <w:rPr>
          <w:rtl/>
        </w:rPr>
        <w:t>ד. לכל מטרה כדאי לקבוע __________: עד מתי?</w:t>
      </w:r>
    </w:p>
    <w:p>
      <w:pPr>
        <w:bidi/>
        <w:spacing w:before="0" w:after="60"/>
        <w:jc w:val="both"/>
      </w:pPr>
      <w:r>
        <w:rPr>
          <w:rtl/>
        </w:rPr>
        <w:t>ה. תוכנית בנויה מ__________ קטנים.</w:t>
      </w:r>
    </w:p>
    <w:p>
      <w:pPr>
        <w:bidi/>
        <w:spacing w:before="0" w:after="60"/>
        <w:jc w:val="both"/>
      </w:pPr>
      <w:r>
        <w:rPr>
          <w:rtl/>
        </w:rPr>
        <w:t>ו. עייפות וחוסר זמן הם דוגמאות ל__________.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מיינו: חלום או מטרה ברורה?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להיות מדען מפורסם  |  לשחות 10 בריכות עד הקיץ  |  להיות הכי טוב בעולם  |  לסיים לקרוא שני ספרים החודש  |  להיות עשיר  |  לחסוך 100 ש"ח עד פסח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חלום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מטרה ברורה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«להשתפר במתמטיקה» היא מטרה ברורה ומדידה.      נכון / לא נכון</w:t>
      </w:r>
    </w:p>
    <w:p>
      <w:pPr>
        <w:bidi/>
        <w:spacing w:before="0" w:after="60"/>
        <w:jc w:val="both"/>
      </w:pPr>
      <w:r>
        <w:rPr>
          <w:rtl/>
        </w:rPr>
        <w:t>ב. כדאי לחלק מטרה גדולה לצעדים קטנים.      נכון / לא נכון</w:t>
      </w:r>
    </w:p>
    <w:p>
      <w:pPr>
        <w:bidi/>
        <w:spacing w:before="0" w:after="60"/>
        <w:jc w:val="both"/>
      </w:pPr>
      <w:r>
        <w:rPr>
          <w:rtl/>
        </w:rPr>
        <w:t>ג. מי שנתקל במכשול צריך לוותר על המטרה.      נכון / לא נכון</w:t>
      </w:r>
    </w:p>
    <w:p>
      <w:pPr>
        <w:bidi/>
        <w:spacing w:before="0" w:after="60"/>
        <w:jc w:val="both"/>
      </w:pPr>
      <w:r>
        <w:rPr>
          <w:rtl/>
        </w:rPr>
        <w:t>ד. אפשר להיעזר באנשים אחרים בדרך למטרה.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לכל חלום מטרה ברורה שמקרבת אליו.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להיות סופר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להתאמן בגיטרה 20 דקות בכל יום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להיות רופא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לרוץ 2 ק"מ שלוש פעמים בשבוע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לרוץ מרתון בעתיד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לקרוא כל שבוע כתבה על גוף האדם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לנגן בלהקה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לכתוב סיפור קצר אחד בכל חודש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איזו מטרה כתובה בצורה הטובה ביותר?</w:t>
      </w:r>
    </w:p>
    <w:p>
      <w:pPr>
        <w:bidi/>
        <w:spacing w:before="0" w:after="80"/>
        <w:jc w:val="both"/>
      </w:pPr>
      <w:r>
        <w:rPr>
          <w:rtl/>
        </w:rPr>
        <w:t xml:space="preserve">   ○ להיות יותר מסודר      ○ לסדר את התיק בכל ערב לפני השינה במשך החודש הקרוב      ○ לנסות להיות מסודר מתישהו</w:t>
      </w:r>
    </w:p>
    <w:p>
      <w:pPr>
        <w:bidi/>
        <w:spacing w:before="0" w:after="20"/>
        <w:jc w:val="both"/>
      </w:pPr>
      <w:r>
        <w:rPr>
          <w:rtl/>
        </w:rPr>
        <w:t>ב. מה כדאי לעשות כשמגלים שהתוכנית קשה מדי?</w:t>
      </w:r>
    </w:p>
    <w:p>
      <w:pPr>
        <w:bidi/>
        <w:spacing w:before="0" w:after="80"/>
        <w:jc w:val="both"/>
      </w:pPr>
      <w:r>
        <w:rPr>
          <w:rtl/>
        </w:rPr>
        <w:t xml:space="preserve">   ○ לוותר על הכול      ○ להמשיך בכוח ולא לספר לאיש      ○ להתאים את הצעדים, להקטין אותם, ולהמשיך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הפכו כל חלום למטרה ברורה ולצעד ראשון.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חלום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מטרה ברורה (מה ועד מתי)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צעד ראשון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לדבר אנגלית טוב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להיות בכושר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לבשל כמו אבא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להכין לבד ארוחת ערב פשוטה עד סוף החודש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הקפיצה של אריאל</w:t>
      </w:r>
    </w:p>
    <w:p>
      <w:pPr>
        <w:bidi/>
        <w:spacing w:before="0" w:after="80"/>
        <w:jc w:val="both"/>
      </w:pPr>
      <w:r>
        <w:rPr>
          <w:rtl/>
        </w:rPr>
        <w:t>אריאל חלם לקפוץ לגובה בתחרות של בית הספר. באימון הראשון הפיל את המוט בכל ניסיון, וחזר הביתה מאוכזב.</w:t>
      </w:r>
    </w:p>
    <w:p>
      <w:pPr>
        <w:bidi/>
        <w:spacing w:before="0" w:after="80"/>
        <w:jc w:val="both"/>
      </w:pPr>
      <w:r>
        <w:rPr>
          <w:rtl/>
        </w:rPr>
        <w:t>המורה לחינוך גופני הציע לו לכתוב מטרה: «לעבור גובה של מטר אחד עד התחרות, בעוד שישה שבועות». יחד כתבו תוכנית: שני אימונים בשבוע, תרגילי קפיצה בבית עשר דקות ביום, והעלאת המוט בשני סנטימטרים בכל פעם.</w:t>
      </w:r>
    </w:p>
    <w:p>
      <w:pPr>
        <w:bidi/>
        <w:spacing w:before="0" w:after="80"/>
        <w:jc w:val="both"/>
      </w:pPr>
      <w:r>
        <w:rPr>
          <w:rtl/>
        </w:rPr>
        <w:t>בשבוע השלישי חלה אריאל ופספס אימונים. הוא כמעט ויתר, אבל אחיו הגדול הזכיר לו כמה כבר התקדם. בתחרות עבר אריאל מטר ושני סנטימטרים, ושמח על כל סנטימטר.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 על פי הסיפור «הקפיצה של אריאל».</w:t>
      </w:r>
    </w:p>
    <w:p>
      <w:pPr>
        <w:bidi/>
        <w:spacing w:before="0" w:after="60"/>
        <w:jc w:val="both"/>
      </w:pPr>
      <w:r>
        <w:rPr>
          <w:rtl/>
        </w:rPr>
        <w:t>א. המטרה של אריאל הייתה לעבור גובה של __________ עד התחרות.</w:t>
      </w:r>
    </w:p>
    <w:p>
      <w:pPr>
        <w:bidi/>
        <w:spacing w:before="0" w:after="60"/>
        <w:jc w:val="both"/>
      </w:pPr>
      <w:r>
        <w:rPr>
          <w:rtl/>
        </w:rPr>
        <w:t>ב. בכל פעם הועלה המוט בשני __________.</w:t>
      </w:r>
    </w:p>
    <w:p>
      <w:pPr>
        <w:bidi/>
        <w:spacing w:before="0" w:after="60"/>
        <w:jc w:val="both"/>
      </w:pPr>
      <w:r>
        <w:rPr>
          <w:rtl/>
        </w:rPr>
        <w:t>ג. המכשול שהופיע בשבוע השלישי: אריאל __________.</w:t>
      </w:r>
    </w:p>
    <w:p>
      <w:pPr>
        <w:bidi/>
        <w:spacing w:before="0" w:after="60"/>
        <w:jc w:val="both"/>
      </w:pPr>
      <w:r>
        <w:rPr>
          <w:rtl/>
        </w:rPr>
        <w:t>ד. מי שעזר לו לא לוותר: __________ הגדול.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מה הפך את החלום של אריאל למטרה? כתבו שני דברים שהיו בתוכנית שלו.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חלום שלכם, והפכו אותו למטרה ברורה: מה בדיוק, ואיך תדעו שהצלחתם?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«סולם מטרה»: בראש הסולם המטרה שלכם, ועל כל שלב צעד קטן שמקרב אליה.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איזה מכשול עלול להפריע לכם בדרך למטרה שכתבתם? מה תעשו מולו, ומי יכול לעזור לכם?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נועה רוצה «להצליח בבית הספר». כתבו לה מטרה ברורה אחת ותוכנית של שלושה צעדים לחודש הקרוב.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ניהול עצמי: מחלום למטרה ולתוכנית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  <w:jc w:val="both"/>
      </w:pPr>
      <w:r>
        <w:rPr>
          <w:rtl/>
        </w:rPr>
        <w:t>א. חלום הוא רצון גדול, לפעמים רחוק.</w:t>
      </w:r>
    </w:p>
    <w:p>
      <w:pPr>
        <w:bidi/>
        <w:spacing w:before="0" w:after="40"/>
        <w:jc w:val="both"/>
      </w:pPr>
      <w:r>
        <w:rPr>
          <w:rtl/>
        </w:rPr>
        <w:t>ב. מטרה היא דבר ברור שאפשר לבדוק אם השגנו.</w:t>
      </w:r>
    </w:p>
    <w:p>
      <w:pPr>
        <w:bidi/>
        <w:spacing w:before="0" w:after="40"/>
        <w:jc w:val="both"/>
      </w:pPr>
      <w:r>
        <w:rPr>
          <w:rtl/>
        </w:rPr>
        <w:t>ג. מטרה מדידה היא מטרה שאפשר לדעת בדיוק אם הצלחנו בה.</w:t>
      </w:r>
    </w:p>
    <w:p>
      <w:pPr>
        <w:bidi/>
        <w:spacing w:before="0" w:after="40"/>
        <w:jc w:val="both"/>
      </w:pPr>
      <w:r>
        <w:rPr>
          <w:rtl/>
        </w:rPr>
        <w:t>ד. לכל מטרה כדאי לקבוע זמן: עד מתי?</w:t>
      </w:r>
    </w:p>
    <w:p>
      <w:pPr>
        <w:bidi/>
        <w:spacing w:before="0" w:after="40"/>
        <w:jc w:val="both"/>
      </w:pPr>
      <w:r>
        <w:rPr>
          <w:rtl/>
        </w:rPr>
        <w:t>ה. תוכנית בנויה מצעדים קטנים.</w:t>
      </w:r>
    </w:p>
    <w:p>
      <w:pPr>
        <w:bidi/>
        <w:spacing w:before="0" w:after="40"/>
        <w:jc w:val="both"/>
      </w:pPr>
      <w:r>
        <w:rPr>
          <w:rtl/>
        </w:rPr>
        <w:t>ו. עייפות וחוסר זמן הם דוגמאות למכשול.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מיינו: חלום או מטרה ברורה?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חלום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מטרה ברורה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להיות מדען מפורסם, להיות הכי טוב בעולם, להיות עשיר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לשחות 10 בריכות עד הקיץ, לסיים לקרוא שני ספרים החודש, לחסוך 100 ש"ח עד פסח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«להשתפר במתמטיקה» היא מטרה ברורה ומדידה. – לא נכון – היא כללית; מטרה ברורה: «לפתור 10 תרגילי שברים בלי טעות עד סוף החודש»</w:t>
      </w:r>
    </w:p>
    <w:p>
      <w:pPr>
        <w:bidi/>
        <w:spacing w:before="0" w:after="40"/>
        <w:jc w:val="both"/>
      </w:pPr>
      <w:r>
        <w:rPr>
          <w:rtl/>
        </w:rPr>
        <w:t>ב. כדאי לחלק מטרה גדולה לצעדים קטנים. – נכון</w:t>
      </w:r>
    </w:p>
    <w:p>
      <w:pPr>
        <w:bidi/>
        <w:spacing w:before="0" w:after="40"/>
        <w:jc w:val="both"/>
      </w:pPr>
      <w:r>
        <w:rPr>
          <w:rtl/>
        </w:rPr>
        <w:t>ג. מי שנתקל במכשול צריך לוותר על המטרה. – לא נכון – מחפשים דרך להתמודד עם המכשול או משנים את התוכנית</w:t>
      </w:r>
    </w:p>
    <w:p>
      <w:pPr>
        <w:bidi/>
        <w:spacing w:before="0" w:after="40"/>
        <w:jc w:val="both"/>
      </w:pPr>
      <w:r>
        <w:rPr>
          <w:rtl/>
        </w:rPr>
        <w:t>ד. אפשר להיעזר באנשים אחרים בדרך למטרה.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לכל חלום מטרה ברורה שמקרבת אליו.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להיות סופר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להתאמן בגיטרה 20 דקות בכל יום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להיות רופא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לרוץ 2 ק"מ שלוש פעמים בשבוע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לרוץ מרתון בעתיד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לקרוא כל שבוע כתבה על גוף האדם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לנגן בלהקה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לכתוב סיפור קצר אחד בכל חודש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איזו מטרה כתובה בצורה הטובה ביותר?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לסדר את התיק בכל ערב לפני השינה במשך החודש הקרוב</w:t>
      </w:r>
    </w:p>
    <w:p>
      <w:pPr>
        <w:bidi/>
        <w:spacing w:before="0" w:after="20"/>
        <w:jc w:val="both"/>
      </w:pPr>
      <w:r>
        <w:rPr>
          <w:rtl/>
        </w:rPr>
        <w:t>ב. מה כדאי לעשות כשמגלים שהתוכנית קשה מדי?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להתאים את הצעדים, להקטין אותם, ולהמשיך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הפכו כל חלום למטרה ברורה ולצעד ראשון.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חלום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מטרה ברורה (מה ועד מתי)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צעד ראשון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לדבר אנגלית טוב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לנהל שיחה של 5 דקות באנגלית עד סוף השנה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ללמוד 10 מילים בשבוע ולצפות בסרט קצר באנגלית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להיות בכושר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לרוץ 2 ק"מ בלי לעצור עד חנוכה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לצאת לריצה קלה פעמיים השבוע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לבשל כמו אבא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להכין לבד ארוחת ערב פשוטה עד סוף החודש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לבקש מאבא ללמד אותי חביתה וסלט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 על פי הסיפור «הקפיצה של אריאל».</w:t>
      </w:r>
    </w:p>
    <w:p>
      <w:pPr>
        <w:bidi/>
        <w:spacing w:before="0" w:after="40"/>
        <w:jc w:val="both"/>
      </w:pPr>
      <w:r>
        <w:rPr>
          <w:rtl/>
        </w:rPr>
        <w:t>א. המטרה של אריאל הייתה לעבור גובה של מטר אחד עד התחרות.</w:t>
      </w:r>
    </w:p>
    <w:p>
      <w:pPr>
        <w:bidi/>
        <w:spacing w:before="0" w:after="40"/>
        <w:jc w:val="both"/>
      </w:pPr>
      <w:r>
        <w:rPr>
          <w:rtl/>
        </w:rPr>
        <w:t>ב. בכל פעם הועלה המוט בשני סנטימטרים.</w:t>
      </w:r>
    </w:p>
    <w:p>
      <w:pPr>
        <w:bidi/>
        <w:spacing w:before="0" w:after="40"/>
        <w:jc w:val="both"/>
      </w:pPr>
      <w:r>
        <w:rPr>
          <w:rtl/>
        </w:rPr>
        <w:t>ג. המכשול שהופיע בשבוע השלישי: אריאל חלה.</w:t>
      </w:r>
    </w:p>
    <w:p>
      <w:pPr>
        <w:bidi/>
        <w:spacing w:before="0" w:after="40"/>
        <w:jc w:val="both"/>
      </w:pPr>
      <w:r>
        <w:rPr>
          <w:rtl/>
        </w:rPr>
        <w:t>ד. מי שעזר לו לא לוותר: אחיו הגדול.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מה הפך את החלום של אריאל למטרה? כתבו שני דברים שהיו בתוכנית שלו.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המטרה הייתה ברורה ומדידה (מטר אחד) ובעלת זמן (שישה שבועות). בתוכנית: שני אימונים בשבוע, תרגול ביתי יומי, העלאה הדרגתית של המוט.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חלום שלכם, והפכו אותו למטרה ברורה: מה בדיוק, ואיך תדעו שהצלחתם?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 שבה המטרה ברורה, מדידה ובעלת זמן.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«סולם מטרה»: בראש הסולם המטרה שלכם, ועל כל שלב צעד קטן שמקרב אליה.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סולם עם 4–6 שלבים מסודרים מהקל לקשה, ובראשו מטרה ברורה.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איזה מכשול עלול להפריע לכם בדרך למטרה שכתבתם? מה תעשו מולו, ומי יכול לעזור לכם?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מכשול מוחשי (עייפות, חוסר זמן, ייאוש), פתרון מעשי מראש, ואדם תומך (הורה, מורה, חבר).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נועה רוצה «להצליח בבית הספר». כתבו לה מטרה ברורה אחת ותוכנית של שלושה צעדים לחודש הקרוב.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מטרה – להגיש את כל שיעורי הבית בזמן במשך חודש. צעדים: 1. לכתוב ביומן כל משימה. 2. להכין שיעורים בשעה קבועה. 3. לבדוק בכל יום שישי מה הושלם.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