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ייצוג עצמי ופתרון בעיות בשלבים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כוחות  |  קושי  |  ייצוג עצמי  |  פתרונות  |  נרגעים  |  לבדוק</w:t>
      </w:r>
    </w:p>
    <w:p>
      <w:pPr>
        <w:bidi/>
        <w:spacing w:before="0" w:after="60"/>
        <w:jc w:val="both"/>
      </w:pPr>
      <w:r>
        <w:rPr>
          <w:rtl/>
        </w:rPr>
        <w:t>א. __________ הם דברים שאנחנו טובים בהם.</w:t>
      </w:r>
    </w:p>
    <w:p>
      <w:pPr>
        <w:bidi/>
        <w:spacing w:before="0" w:after="60"/>
        <w:jc w:val="both"/>
      </w:pPr>
      <w:r>
        <w:rPr>
          <w:rtl/>
        </w:rPr>
        <w:t>ב. __________ אינו בושה; הוא מידע שעוזר לנו לבקש עזרה.</w:t>
      </w:r>
    </w:p>
    <w:p>
      <w:pPr>
        <w:bidi/>
        <w:spacing w:before="0" w:after="60"/>
        <w:jc w:val="both"/>
      </w:pPr>
      <w:r>
        <w:rPr>
          <w:rtl/>
        </w:rPr>
        <w:t>ג. כשאני מבקש בעצמי את מה שאני צריך – זה __________.</w:t>
      </w:r>
    </w:p>
    <w:p>
      <w:pPr>
        <w:bidi/>
        <w:spacing w:before="0" w:after="60"/>
        <w:jc w:val="both"/>
      </w:pPr>
      <w:r>
        <w:rPr>
          <w:rtl/>
        </w:rPr>
        <w:t>ד. לפני שמחליטים, חושבים על כמה __________.</w:t>
      </w:r>
    </w:p>
    <w:p>
      <w:pPr>
        <w:bidi/>
        <w:spacing w:before="0" w:after="60"/>
        <w:jc w:val="both"/>
      </w:pPr>
      <w:r>
        <w:rPr>
          <w:rtl/>
        </w:rPr>
        <w:t>ה. השלב הראשון: עוצרים ו__________.</w:t>
      </w:r>
    </w:p>
    <w:p>
      <w:pPr>
        <w:bidi/>
        <w:spacing w:before="0" w:after="60"/>
        <w:jc w:val="both"/>
      </w:pPr>
      <w:r>
        <w:rPr>
          <w:rtl/>
        </w:rPr>
        <w:t>ו. אחרי הביצוע צריך __________ אם הפתרון עבד.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סדרו את שלבי פתרון הבעיה: כתבו את מספר השלב (1–5) ליד כל שלב.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השלב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חושבים על כמה פתרונות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עוצרים ונרגעים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מבצעים ובודקים אם זה עבד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מגדירים מה הבעיה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בוחרים את הפתרון המתאים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מיינו: בקשה ברורה ומכבדת, או בקשה שלא תעזור?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«אפשר הסבר נוסף על השברים? לא הבנתי את הדוגמה השנייה»  |  «השיעור הזה משעמם»  |  «אני מתקשה להתרכז ליד החלון, אפשר להחליף מקום?»  |  «אף פעם לא עוזרים לי פה»  |  «אפשר לקבל את הדף מודפס בגדול?»  |  שתיקה וכעס בלי לומר כלום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בקשה ברורה ומכבדת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תעזור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מי שמבקש עזרה מראה שהוא חלש.      נכון / לא נכון</w:t>
      </w:r>
    </w:p>
    <w:p>
      <w:pPr>
        <w:bidi/>
        <w:spacing w:before="0" w:after="60"/>
        <w:jc w:val="both"/>
      </w:pPr>
      <w:r>
        <w:rPr>
          <w:rtl/>
        </w:rPr>
        <w:t>ב. כדאי לבחור זמן מתאים כדי לפנות למורה.      נכון / לא נכון</w:t>
      </w:r>
    </w:p>
    <w:p>
      <w:pPr>
        <w:bidi/>
        <w:spacing w:before="0" w:after="60"/>
        <w:jc w:val="both"/>
      </w:pPr>
      <w:r>
        <w:rPr>
          <w:rtl/>
        </w:rPr>
        <w:t>ג. בבעיה שבה מישהו נפגע – פונים למבוגר.      נכון / לא נכון</w:t>
      </w:r>
    </w:p>
    <w:p>
      <w:pPr>
        <w:bidi/>
        <w:spacing w:before="0" w:after="60"/>
        <w:jc w:val="both"/>
      </w:pPr>
      <w:r>
        <w:rPr>
          <w:rtl/>
        </w:rPr>
        <w:t>ד. בפתרון בעיה מספיק לחשוב על פתרון אחד בלבד.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קושי בקשה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קשה לי לראות את הלוח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לבקש לשבת קרוב יותר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לא הבנתי את המטלה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לבקש מהמורה דוגמה נוספת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אני לחוץ לפני מבחן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לספר למחנך או ליועצת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חבר צוחק עליי שוב ושוב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לשתף את ההורים ולתכנן איתם לוח לימוד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מתי הכי מתאים לבקש מהמורה עזרה אישית?</w:t>
      </w:r>
    </w:p>
    <w:p>
      <w:pPr>
        <w:bidi/>
        <w:spacing w:before="0" w:after="80"/>
        <w:jc w:val="both"/>
      </w:pPr>
      <w:r>
        <w:rPr>
          <w:rtl/>
        </w:rPr>
        <w:t xml:space="preserve">   ○ באמצע ההסבר, בצעקה      ○ בסוף השיעור או בזמן עבודה עצמית      ○ אף פעם</w:t>
      </w:r>
    </w:p>
    <w:p>
      <w:pPr>
        <w:bidi/>
        <w:spacing w:before="0" w:after="20"/>
        <w:jc w:val="both"/>
      </w:pPr>
      <w:r>
        <w:rPr>
          <w:rtl/>
        </w:rPr>
        <w:t>ב. מה השאלה החשובה בשלב הבחירה?</w:t>
      </w:r>
    </w:p>
    <w:p>
      <w:pPr>
        <w:bidi/>
        <w:spacing w:before="0" w:after="80"/>
        <w:jc w:val="both"/>
      </w:pPr>
      <w:r>
        <w:rPr>
          <w:rtl/>
        </w:rPr>
        <w:t xml:space="preserve">   ○ «מי אשם?»      ○ «מה יקרה אם אבחר בפתרון הזה?»      ○ «איך אנצח?»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המקום ליד הדלת</w:t>
      </w:r>
    </w:p>
    <w:p>
      <w:pPr>
        <w:bidi/>
        <w:spacing w:before="0" w:after="80"/>
        <w:jc w:val="both"/>
      </w:pPr>
      <w:r>
        <w:rPr>
          <w:rtl/>
        </w:rPr>
        <w:t>מתחילת השנה ישב עומר ליד דלת הכיתה. בכל פעם שמישהו עבר במסדרון, הוא הסתכל החוצה ואיבד את הריכוז. הציונים שלו ירדו, והוא כעס על עצמו.</w:t>
      </w:r>
    </w:p>
    <w:p>
      <w:pPr>
        <w:bidi/>
        <w:spacing w:before="0" w:after="80"/>
        <w:jc w:val="both"/>
      </w:pPr>
      <w:r>
        <w:rPr>
          <w:rtl/>
        </w:rPr>
        <w:t>בערב חשב עומר מה בדיוק מפריע לו. הוא הבין שהבעיה אינה שהוא «לא חכם», אלא הרעש והתנועה ליד הדלת. הוא חשב על כמה פתרונות: לשים אוזניות, לבקש להחליף מקום, או לנסות להתעלם.</w:t>
      </w:r>
    </w:p>
    <w:p>
      <w:pPr>
        <w:bidi/>
        <w:spacing w:before="0" w:after="80"/>
        <w:jc w:val="both"/>
      </w:pPr>
      <w:r>
        <w:rPr>
          <w:rtl/>
        </w:rPr>
        <w:t>למחרת, בסוף השיעור, ניגש עומר למחנכת ואמר: «קשה לי להתרכז ליד הדלת. אפשר לנסות לשבת במקום שקט יותר?» המחנכת הסכימה. אחרי שבועיים בדק עומר: הוא מרוכז הרבה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ליד כל קטע מהסיפור «המקום ליד הדלת» איזה שלב בפתרון בעיות הוא מראה.</w:t>
      </w:r>
    </w:p>
    <w:p>
      <w:pPr>
        <w:bidi/>
        <w:spacing w:before="0" w:after="100"/>
        <w:jc w:val="both"/>
      </w:pPr>
      <w:r>
        <w:rPr>
          <w:rtl/>
        </w:rPr>
        <w:t>א. עומר הבין שהבעיה היא הרעש והתנועה ליד הדלת.</w:t>
      </w:r>
    </w:p>
    <w:p>
      <w:pPr>
        <w:bidi/>
        <w:spacing w:before="0" w:after="100"/>
        <w:jc w:val="both"/>
      </w:pPr>
      <w:r>
        <w:rPr>
          <w:rtl/>
        </w:rPr>
        <w:t>ב. הוא חשב על אוזניות, על החלפת מקום ועל התעלמות.</w:t>
      </w:r>
    </w:p>
    <w:p>
      <w:pPr>
        <w:bidi/>
        <w:spacing w:before="0" w:after="100"/>
        <w:jc w:val="both"/>
      </w:pPr>
      <w:r>
        <w:rPr>
          <w:rtl/>
        </w:rPr>
        <w:t>ג. הוא בחר לבקש להחליף מקום.</w:t>
      </w:r>
    </w:p>
    <w:p>
      <w:pPr>
        <w:bidi/>
        <w:spacing w:before="0" w:after="100"/>
        <w:jc w:val="both"/>
      </w:pPr>
      <w:r>
        <w:rPr>
          <w:rtl/>
        </w:rPr>
        <w:t>ד. אחרי שבועיים בדק אם הוא מרוכז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עשה עומר כדי שהבקשה שלו תתקבל? כתבו שני דברים.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שני כוחות ושני קשיים שלכם בלימודים או בחברה.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«מעגל התמיכה» שלכם: אתם במרכז, ומסביב אנשים שאפשר לפנות אליהם, ומה כל אחד יכול לעזור.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בקשה של «ייצוג עצמי» למצב: קיבלתם שלוש עבודות להגשה באותו יום, ואתם לא מספיקים.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בהפסקה תמיד שוכחים לצרף את איתי לקבוצות. עברו איתו על חמשת השלבים וכתבו מה יקרה בכל שלב.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ייצוג עצמי ופתרון בעיות בשלבים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כוחות הם דברים שאנחנו טובים בהם.</w:t>
      </w:r>
    </w:p>
    <w:p>
      <w:pPr>
        <w:bidi/>
        <w:spacing w:before="0" w:after="40"/>
        <w:jc w:val="both"/>
      </w:pPr>
      <w:r>
        <w:rPr>
          <w:rtl/>
        </w:rPr>
        <w:t>ב. קושי אינו בושה; הוא מידע שעוזר לנו לבקש עזרה.</w:t>
      </w:r>
    </w:p>
    <w:p>
      <w:pPr>
        <w:bidi/>
        <w:spacing w:before="0" w:after="40"/>
        <w:jc w:val="both"/>
      </w:pPr>
      <w:r>
        <w:rPr>
          <w:rtl/>
        </w:rPr>
        <w:t>ג. כשאני מבקש בעצמי את מה שאני צריך – זה ייצוג עצמי.</w:t>
      </w:r>
    </w:p>
    <w:p>
      <w:pPr>
        <w:bidi/>
        <w:spacing w:before="0" w:after="40"/>
        <w:jc w:val="both"/>
      </w:pPr>
      <w:r>
        <w:rPr>
          <w:rtl/>
        </w:rPr>
        <w:t>ד. לפני שמחליטים, חושבים על כמה פתרונות.</w:t>
      </w:r>
    </w:p>
    <w:p>
      <w:pPr>
        <w:bidi/>
        <w:spacing w:before="0" w:after="40"/>
        <w:jc w:val="both"/>
      </w:pPr>
      <w:r>
        <w:rPr>
          <w:rtl/>
        </w:rPr>
        <w:t>ה. השלב הראשון: עוצרים ונרגעים.</w:t>
      </w:r>
    </w:p>
    <w:p>
      <w:pPr>
        <w:bidi/>
        <w:spacing w:before="0" w:after="40"/>
        <w:jc w:val="both"/>
      </w:pPr>
      <w:r>
        <w:rPr>
          <w:rtl/>
        </w:rPr>
        <w:t>ו. אחרי הביצוע צריך לבדוק אם הפתרון עבד.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סדרו את שלבי פתרון הבעיה: כתבו את מספר השלב (1–5) ליד כל שלב.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השלב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חושבים על כמה פתרונות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עוצרים ונרגעים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מבצעים ובודקים אם זה עבד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מגדירים מה הבעיה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בוחרים את הפתרון המתאים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מיינו: בקשה ברורה ומכבדת, או בקשה שלא תעזור?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בקשה ברורה ומכבדת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תעזור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«אפשר הסבר נוסף על השברים? לא הבנתי את הדוגמה השנייה», «אני מתקשה להתרכז ליד החלון, אפשר להחליף מקום?», «אפשר לקבל את הדף מודפס בגדול?»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«השיעור הזה משעמם», «אף פעם לא עוזרים לי פה», שתיקה וכעס בלי לומר כלום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מי שמבקש עזרה מראה שהוא חלש. – לא נכון – בקשת עזרה היא סימן של חוכמה ואחריות</w:t>
      </w:r>
    </w:p>
    <w:p>
      <w:pPr>
        <w:bidi/>
        <w:spacing w:before="0" w:after="40"/>
        <w:jc w:val="both"/>
      </w:pPr>
      <w:r>
        <w:rPr>
          <w:rtl/>
        </w:rPr>
        <w:t>ב. כדאי לבחור זמן מתאים כדי לפנות למורה. – נכון</w:t>
      </w:r>
    </w:p>
    <w:p>
      <w:pPr>
        <w:bidi/>
        <w:spacing w:before="0" w:after="40"/>
        <w:jc w:val="both"/>
      </w:pPr>
      <w:r>
        <w:rPr>
          <w:rtl/>
        </w:rPr>
        <w:t>ג. בבעיה שבה מישהו נפגע – פונים למבוגר. – נכון</w:t>
      </w:r>
    </w:p>
    <w:p>
      <w:pPr>
        <w:bidi/>
        <w:spacing w:before="0" w:after="40"/>
        <w:jc w:val="both"/>
      </w:pPr>
      <w:r>
        <w:rPr>
          <w:rtl/>
        </w:rPr>
        <w:t>ד. בפתרון בעיה מספיק לחשוב על פתרון אחד בלבד. – לא נכון – חושבים על כמה פתרונות ובוחרים את המתאים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קושי בקשה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קשה לי לראות את הלוח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לבקש לשבת קרוב יותר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לא הבנתי את המטלה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לבקש מהמורה דוגמה נוספת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אני לחוץ לפני מבחן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לספר למחנך או ליועצת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חבר צוחק עליי שוב ושוב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לשתף את ההורים ולתכנן איתם לוח לימוד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מתי הכי מתאים לבקש מהמורה עזרה אישית?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בסוף השיעור או בזמן עבודה עצמית</w:t>
      </w:r>
    </w:p>
    <w:p>
      <w:pPr>
        <w:bidi/>
        <w:spacing w:before="0" w:after="20"/>
        <w:jc w:val="both"/>
      </w:pPr>
      <w:r>
        <w:rPr>
          <w:rtl/>
        </w:rPr>
        <w:t>ב. מה השאלה החשובה בשלב הבחירה?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«מה יקרה אם אבחר בפתרון הזה?»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ליד כל קטע מהסיפור «המקום ליד הדלת» איזה שלב בפתרון בעיות הוא מראה.</w:t>
      </w:r>
    </w:p>
    <w:p>
      <w:pPr>
        <w:bidi/>
        <w:spacing w:before="0" w:after="100"/>
        <w:jc w:val="both"/>
      </w:pPr>
      <w:r>
        <w:rPr>
          <w:rtl/>
        </w:rPr>
        <w:t>א. עומר הבין שהבעיה היא הרעש והתנועה ליד הדלת.  ← הגדרת הבעיה</w:t>
      </w:r>
    </w:p>
    <w:p>
      <w:pPr>
        <w:bidi/>
        <w:spacing w:before="0" w:after="100"/>
        <w:jc w:val="both"/>
      </w:pPr>
      <w:r>
        <w:rPr>
          <w:rtl/>
        </w:rPr>
        <w:t>ב. הוא חשב על אוזניות, על החלפת מקום ועל התעלמות.  ← חשיבה על כמה פתרונות</w:t>
      </w:r>
    </w:p>
    <w:p>
      <w:pPr>
        <w:bidi/>
        <w:spacing w:before="0" w:after="100"/>
        <w:jc w:val="both"/>
      </w:pPr>
      <w:r>
        <w:rPr>
          <w:rtl/>
        </w:rPr>
        <w:t>ג. הוא בחר לבקש להחליף מקום.  ← בחירת פתרון</w:t>
      </w:r>
    </w:p>
    <w:p>
      <w:pPr>
        <w:bidi/>
        <w:spacing w:before="0" w:after="100"/>
        <w:jc w:val="both"/>
      </w:pPr>
      <w:r>
        <w:rPr>
          <w:rtl/>
        </w:rPr>
        <w:t>ד. אחרי שבועיים בדק אם הוא מרוכז יותר.  ← ביצוע ובדיקה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עשה עומר כדי שהבקשה שלו תתקבל? כתבו שני דברים.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בחר זמן מתאים (סוף השיעור), תיאר את הקושי בבירור («קשה לי להתרכז ליד הדלת») והציע פתרון (מקום שקט יותר), בנימוס.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שני כוחות ושני קשיים שלכם בלימודים או בחברה.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שני כוחות ושני קשיים מוחשיים, בלי ביטויים פוגעים כלפי עצמי.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«מעגל התמיכה» שלכם: אתם במרכז, ומסביב אנשים שאפשר לפנות אליהם, ומה כל אחד יכול לעזור.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עם לפחות שלושה אנשים מתאימים (הורה, מחנך, יועצת, חבר) ועזרה ליד כל אחד.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בקשה של «ייצוג עצמי» למצב: קיבלתם שלוש עבודות להגשה באותו יום, ואתם לא מספיקים.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פנייה מנומסת בזמן מתאים, תיאור הקושי ובקשה מוחשית: «יש לי שלוש עבודות ליום ראשון. אפשר להגיש את שלך ביום שלישי?»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בהפסקה תמיד שוכחים לצרף את איתי לקבוצות. עברו איתו על חמשת השלבים וכתבו מה יקרה בכל שלב.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1. נרגע ונושם. 2. הבעיה: לא מצרפים אותי. 3. פתרונות: לבקש להצטרף, להציע משחק משלי, לפנות למחנך. 4. בוחר לבקש בנימוס ולהציע משחק. 5. בודק אחרי שבוע; אם לא עזר – פונה למחנך.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