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קבלת החלטות: סגנונות ומודל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פזיז  |  דוחה  |  תלותי  |  שקול  |  חסרונות  |  ערכים</w:t>
      </w:r>
    </w:p>
    <w:p>
      <w:pPr>
        <w:bidi/>
        <w:spacing w:before="0" w:after="60"/>
        <w:jc w:val="both"/>
      </w:pPr>
      <w:r>
        <w:rPr>
          <w:rtl/>
        </w:rPr>
        <w:t>א. סגנון __________ – מחליט מהר, בלי לעצור לחשוב.</w:t>
      </w:r>
    </w:p>
    <w:p>
      <w:pPr>
        <w:bidi/>
        <w:spacing w:before="0" w:after="60"/>
        <w:jc w:val="both"/>
      </w:pPr>
      <w:r>
        <w:rPr>
          <w:rtl/>
        </w:rPr>
        <w:t>ב. סגנון __________ – מתחמק מההחלטה ומשאיר אותה לרגע האחרון.</w:t>
      </w:r>
    </w:p>
    <w:p>
      <w:pPr>
        <w:bidi/>
        <w:spacing w:before="0" w:after="60"/>
        <w:jc w:val="both"/>
      </w:pPr>
      <w:r>
        <w:rPr>
          <w:rtl/>
        </w:rPr>
        <w:t>ג. סגנון __________ – נותן לאחרים להחליט בשבילו.</w:t>
      </w:r>
    </w:p>
    <w:p>
      <w:pPr>
        <w:bidi/>
        <w:spacing w:before="0" w:after="60"/>
        <w:jc w:val="both"/>
      </w:pPr>
      <w:r>
        <w:rPr>
          <w:rtl/>
        </w:rPr>
        <w:t>ד. סגנון __________ – אוסף מידע, שוקל ובוחר.</w:t>
      </w:r>
    </w:p>
    <w:p>
      <w:pPr>
        <w:bidi/>
        <w:spacing w:before="0" w:after="60"/>
        <w:jc w:val="both"/>
      </w:pPr>
      <w:r>
        <w:rPr>
          <w:rtl/>
        </w:rPr>
        <w:t>ה. לכל אפשרות בודקים יתרונות ו__________.</w:t>
      </w:r>
    </w:p>
    <w:p>
      <w:pPr>
        <w:bidi/>
        <w:spacing w:before="0" w:after="60"/>
        <w:jc w:val="both"/>
      </w:pPr>
      <w:r>
        <w:rPr>
          <w:rtl/>
        </w:rPr>
        <w:t>ו. החלטה טובה מתאימה גם ל__________ שלנו.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סגנון החלטה 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פזיז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«לא בחרתי חוג, ועכשיו כל המקומות תפוסים»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דוחה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«החבר שלי בחר בשבילי את הנושא לעבודה»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תלותי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«קפצתי למים בלי לבדוק כמה הם עמוקים»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שקול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«כתבתי יתרונות וחסרונות ושאלתי את אבא»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סדרו את שלבי המודל לקבלת החלטה (1–5).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השלב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היתרונות והחסרונות?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בדיוק צריך להחליט?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מחליטים, פועלים ובודקים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האפשרויות?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חשוב לי, ואיך ארגיש?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כדאי לקבל החלטה חשובה ברגע של כעס גדול.      נכון / לא נכון</w:t>
      </w:r>
    </w:p>
    <w:p>
      <w:pPr>
        <w:bidi/>
        <w:spacing w:before="0" w:after="60"/>
        <w:jc w:val="both"/>
      </w:pPr>
      <w:r>
        <w:rPr>
          <w:rtl/>
        </w:rPr>
        <w:t>ב. לבקש עצה זה לא אותו דבר כמו לתת לאחר להחליט בשבילי.      נכון / לא נכון</w:t>
      </w:r>
    </w:p>
    <w:p>
      <w:pPr>
        <w:bidi/>
        <w:spacing w:before="0" w:after="60"/>
        <w:jc w:val="both"/>
      </w:pPr>
      <w:r>
        <w:rPr>
          <w:rtl/>
        </w:rPr>
        <w:t>ג. גם «לא להחליט» הוא בעצם סוג של החלטה.      נכון / לא נכון</w:t>
      </w:r>
    </w:p>
    <w:p>
      <w:pPr>
        <w:bidi/>
        <w:spacing w:before="0" w:after="60"/>
        <w:jc w:val="both"/>
      </w:pPr>
      <w:r>
        <w:rPr>
          <w:rtl/>
        </w:rPr>
        <w:t>ד. להחלטה טובה תמיד יש רק יתרונות.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ההחלטות: משפיעה בעיקר עליי, או משפיעה גם על אחרים?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איזה צבע עט לקנות  |  האם להצטרף להעלבה בקבוצת הכיתה  |  איזה ספר לקרוא  |  האם לבוא בזמן לחזרה של ההצגה  |  מה לאכול בהפסקה  |  האם להחזיר כסף שמצאתי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בעיקר עליי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גם על אחרים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דניאל מתלבט אם לקנות משחק. מה מראה סגנון שקול?</w:t>
      </w:r>
    </w:p>
    <w:p>
      <w:pPr>
        <w:bidi/>
        <w:spacing w:before="0" w:after="80"/>
        <w:jc w:val="both"/>
      </w:pPr>
      <w:r>
        <w:rPr>
          <w:rtl/>
        </w:rPr>
        <w:t xml:space="preserve">   ○ לקנות מיד כי כולם קנו      ○ להשוות מחירים ולבדוק אם יש לו מספיק כסף      ○ לחכות שאחיו יחליט</w:t>
      </w:r>
    </w:p>
    <w:p>
      <w:pPr>
        <w:bidi/>
        <w:spacing w:before="0" w:after="20"/>
        <w:jc w:val="both"/>
      </w:pPr>
      <w:r>
        <w:rPr>
          <w:rtl/>
        </w:rPr>
        <w:t>ב. מה כדאי לשאול כדי לבדוק אם החלטה מתאימה לערכים שלי?</w:t>
      </w:r>
    </w:p>
    <w:p>
      <w:pPr>
        <w:bidi/>
        <w:spacing w:before="0" w:after="80"/>
        <w:jc w:val="both"/>
      </w:pPr>
      <w:r>
        <w:rPr>
          <w:rtl/>
        </w:rPr>
        <w:t xml:space="preserve">   ○ «האם אהיה גאה בהחלטה הזאת?»      ○ «מה הכי מהיר?»      ○ «מה יעשו כולם?»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החוג של יואב</w:t>
      </w:r>
    </w:p>
    <w:p>
      <w:pPr>
        <w:bidi/>
        <w:spacing w:before="0" w:after="80"/>
        <w:jc w:val="both"/>
      </w:pPr>
      <w:r>
        <w:rPr>
          <w:rtl/>
        </w:rPr>
        <w:t>יואב רשום לחוג שחייה כבר שלוש שנים. השנה הוא נהנה פחות, ומעדיף להצטרף לחוג רובוטיקה עם חברים מהכיתה. אבל שני החוגים מתקיימים באותו יום.</w:t>
      </w:r>
    </w:p>
    <w:p>
      <w:pPr>
        <w:bidi/>
        <w:spacing w:before="0" w:after="80"/>
        <w:jc w:val="both"/>
      </w:pPr>
      <w:r>
        <w:rPr>
          <w:rtl/>
        </w:rPr>
        <w:t>בהתחלה חשב יואב פשוט לא ללכת יותר לשחייה, בלי לספר לאיש. אחר כך החליט לעצור ולחשוב. הוא כתב בטבלה: בשחייה – כושר והישגים, אבל משעמם לו; ברובוטיקה – חברים ותחום שמעניין אותו, אבל צריך להתחיל מאפס.</w:t>
      </w:r>
    </w:p>
    <w:p>
      <w:pPr>
        <w:bidi/>
        <w:spacing w:before="0" w:after="80"/>
        <w:jc w:val="both"/>
      </w:pPr>
      <w:r>
        <w:rPr>
          <w:rtl/>
        </w:rPr>
        <w:t>יואב שוחח עם הוריו ועם המאמן. הוא החליט לעבור לרובוטיקה ולשחות עם אבא בבריכה בשבת. אחרי חודש בדק: הוא נהנה, וגם שומר על הכושר.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ליד כל קטע מהסיפור «החוג של יואב» כתבו איזה שלב במודל הוא מראה.</w:t>
      </w:r>
    </w:p>
    <w:p>
      <w:pPr>
        <w:bidi/>
        <w:spacing w:before="0" w:after="100"/>
        <w:jc w:val="both"/>
      </w:pPr>
      <w:r>
        <w:rPr>
          <w:rtl/>
        </w:rPr>
        <w:t>א. יואב צריך לבחור בין שחייה לרובוטיקה.</w:t>
      </w:r>
    </w:p>
    <w:p>
      <w:pPr>
        <w:bidi/>
        <w:spacing w:before="0" w:after="100"/>
        <w:jc w:val="both"/>
      </w:pPr>
      <w:r>
        <w:rPr>
          <w:rtl/>
        </w:rPr>
        <w:t>ב. הוא כתב בטבלה מה טוב ומה פחות טוב בכל חוג.</w:t>
      </w:r>
    </w:p>
    <w:p>
      <w:pPr>
        <w:bidi/>
        <w:spacing w:before="0" w:after="100"/>
        <w:jc w:val="both"/>
      </w:pPr>
      <w:r>
        <w:rPr>
          <w:rtl/>
        </w:rPr>
        <w:t>ג. הוא חשב מה מעניין אותו ומה חשוב לו.</w:t>
      </w:r>
    </w:p>
    <w:p>
      <w:pPr>
        <w:bidi/>
        <w:spacing w:before="0" w:after="100"/>
        <w:jc w:val="both"/>
      </w:pPr>
      <w:r>
        <w:rPr>
          <w:rtl/>
        </w:rPr>
        <w:t>ד. אחרי חודש בדק אם הוא מרוצה.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היה קורה לו יואב היה מחליט בסגנון פזיז, כפי שחשב בהתחלה? כתבו שתי תוצאות אפשריות.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איזה סגנון החלטה מאפיין אתכם בדרך כלל? תנו דוגמה מהחיים שלכם.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«מאזניים»: בכף אחת היתרונות ובכף השנייה החסרונות של החלטה שאתם מתלבטים בה עכשיו.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החבר הכי טוב שלכם מבקש שתעתיקו לו את שיעורי הבית. עברו על המודל וכתבו מה תחליטו ולמה.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מתי עדיף לבקש עצה ממבוגר לפני שמחליטים? כתבו שתי דוגמאות והסבירו.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קבלת החלטות: סגנונות ומודל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סגנון פזיז – מחליט מהר, בלי לעצור לחשוב.</w:t>
      </w:r>
    </w:p>
    <w:p>
      <w:pPr>
        <w:bidi/>
        <w:spacing w:before="0" w:after="40"/>
        <w:jc w:val="both"/>
      </w:pPr>
      <w:r>
        <w:rPr>
          <w:rtl/>
        </w:rPr>
        <w:t>ב. סגנון דוחה – מתחמק מההחלטה ומשאיר אותה לרגע האחרון.</w:t>
      </w:r>
    </w:p>
    <w:p>
      <w:pPr>
        <w:bidi/>
        <w:spacing w:before="0" w:after="40"/>
        <w:jc w:val="both"/>
      </w:pPr>
      <w:r>
        <w:rPr>
          <w:rtl/>
        </w:rPr>
        <w:t>ג. סגנון תלותי – נותן לאחרים להחליט בשבילו.</w:t>
      </w:r>
    </w:p>
    <w:p>
      <w:pPr>
        <w:bidi/>
        <w:spacing w:before="0" w:after="40"/>
        <w:jc w:val="both"/>
      </w:pPr>
      <w:r>
        <w:rPr>
          <w:rtl/>
        </w:rPr>
        <w:t>ד. סגנון שקול – אוסף מידע, שוקל ובוחר.</w:t>
      </w:r>
    </w:p>
    <w:p>
      <w:pPr>
        <w:bidi/>
        <w:spacing w:before="0" w:after="40"/>
        <w:jc w:val="both"/>
      </w:pPr>
      <w:r>
        <w:rPr>
          <w:rtl/>
        </w:rPr>
        <w:t>ה. לכל אפשרות בודקים יתרונות וחסרונות.</w:t>
      </w:r>
    </w:p>
    <w:p>
      <w:pPr>
        <w:bidi/>
        <w:spacing w:before="0" w:after="40"/>
        <w:jc w:val="both"/>
      </w:pPr>
      <w:r>
        <w:rPr>
          <w:rtl/>
        </w:rPr>
        <w:t>ו. החלטה טובה מתאימה גם לערכים שלנו.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סגנון החלטה 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פזיז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«לא בחרתי חוג, ועכשיו כל המקומות תפוסים»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דוחה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«החבר שלי בחר בשבילי את הנושא לעבודה»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תלותי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«קפצתי למים בלי לבדוק כמה הם עמוקים»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שקול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«כתבתי יתרונות וחסרונות ושאלתי את אבא»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סדרו את שלבי המודל לקבלת החלטה (1–5).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השלב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היתרונות והחסרונות?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בדיוק צריך להחליט?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מחליטים, פועלים ובודקים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האפשרויות?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חשוב לי, ואיך ארגיש?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כדאי לקבל החלטה חשובה ברגע של כעס גדול. – לא נכון – עדיף לעצור ולהירגע לפני החלטה חשובה</w:t>
      </w:r>
    </w:p>
    <w:p>
      <w:pPr>
        <w:bidi/>
        <w:spacing w:before="0" w:after="40"/>
        <w:jc w:val="both"/>
      </w:pPr>
      <w:r>
        <w:rPr>
          <w:rtl/>
        </w:rPr>
        <w:t>ב. לבקש עצה זה לא אותו דבר כמו לתת לאחר להחליט בשבילי. – נכון</w:t>
      </w:r>
    </w:p>
    <w:p>
      <w:pPr>
        <w:bidi/>
        <w:spacing w:before="0" w:after="40"/>
        <w:jc w:val="both"/>
      </w:pPr>
      <w:r>
        <w:rPr>
          <w:rtl/>
        </w:rPr>
        <w:t>ג. גם «לא להחליט» הוא בעצם סוג של החלטה. – נכון</w:t>
      </w:r>
    </w:p>
    <w:p>
      <w:pPr>
        <w:bidi/>
        <w:spacing w:before="0" w:after="40"/>
        <w:jc w:val="both"/>
      </w:pPr>
      <w:r>
        <w:rPr>
          <w:rtl/>
        </w:rPr>
        <w:t>ד. להחלטה טובה תמיד יש רק יתרונות. – לא נכון – לרוב יש גם חסרונות, ובוחרים את מה שמתאים יותר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ההחלטות: משפיעה בעיקר עליי, או משפיעה גם על אחרים?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בעיקר עליי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גם על אחרים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איזה צבע עט לקנות, איזה ספר לקרוא, מה לאכול בהפסקה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האם להצטרף להעלבה בקבוצת הכיתה, האם לבוא בזמן לחזרה של ההצגה, האם להחזיר כסף שמצאתי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דניאל מתלבט אם לקנות משחק. מה מראה סגנון שקול?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להשוות מחירים ולבדוק אם יש לו מספיק כסף</w:t>
      </w:r>
    </w:p>
    <w:p>
      <w:pPr>
        <w:bidi/>
        <w:spacing w:before="0" w:after="20"/>
        <w:jc w:val="both"/>
      </w:pPr>
      <w:r>
        <w:rPr>
          <w:rtl/>
        </w:rPr>
        <w:t>ב. מה כדאי לשאול כדי לבדוק אם החלטה מתאימה לערכים שלי?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«האם אהיה גאה בהחלטה הזאת?»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ליד כל קטע מהסיפור «החוג של יואב» כתבו איזה שלב במודל הוא מראה.</w:t>
      </w:r>
    </w:p>
    <w:p>
      <w:pPr>
        <w:bidi/>
        <w:spacing w:before="0" w:after="100"/>
        <w:jc w:val="both"/>
      </w:pPr>
      <w:r>
        <w:rPr>
          <w:rtl/>
        </w:rPr>
        <w:t>א. יואב צריך לבחור בין שחייה לרובוטיקה.  ← מה צריך להחליט</w:t>
      </w:r>
    </w:p>
    <w:p>
      <w:pPr>
        <w:bidi/>
        <w:spacing w:before="0" w:after="100"/>
        <w:jc w:val="both"/>
      </w:pPr>
      <w:r>
        <w:rPr>
          <w:rtl/>
        </w:rPr>
        <w:t>ב. הוא כתב בטבלה מה טוב ומה פחות טוב בכל חוג.  ← יתרונות וחסרונות</w:t>
      </w:r>
    </w:p>
    <w:p>
      <w:pPr>
        <w:bidi/>
        <w:spacing w:before="0" w:after="100"/>
        <w:jc w:val="both"/>
      </w:pPr>
      <w:r>
        <w:rPr>
          <w:rtl/>
        </w:rPr>
        <w:t>ג. הוא חשב מה מעניין אותו ומה חשוב לו.  ← מה חשוב לי</w:t>
      </w:r>
    </w:p>
    <w:p>
      <w:pPr>
        <w:bidi/>
        <w:spacing w:before="0" w:after="100"/>
        <w:jc w:val="both"/>
      </w:pPr>
      <w:r>
        <w:rPr>
          <w:rtl/>
        </w:rPr>
        <w:t>ד. אחרי חודש בדק אם הוא מרוצה.  ← פועלים ובודקים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היה קורה לו יואב היה מחליט בסגנון פזיז, כפי שחשב בהתחלה? כתבו שתי תוצאות אפשריות.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היה מפסיק ללכת בלי לספר – ההורים והמאמן היו כועסים או דואגים, והוא היה מאבד את הכושר בלי לתכנן חלופה (וגם אולי לא היה מקום ברובוטיקה).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איזה סגנון החלטה מאפיין אתכם בדרך כלל? תנו דוגמה מהחיים שלכם.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שם הסגנון ודוגמה מתאימה, בלי שיפוט עצמי.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«מאזניים»: בכף אחת היתרונות ובכף השנייה החסרונות של החלטה שאתם מתלבטים בה עכשיו.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מאזניים עם לפחות שני יתרונות ושני חסרונות של החלטה אמיתית ומתאימה לגיל.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החבר הכי טוב שלכם מבקש שתעתיקו לו את שיעורי הבית. עברו על המודל וכתבו מה תחליטו ולמה.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מה להחליט: האם לתת להעתיק. אפשרויות: לתת, לסרב, להציע להסביר. שיקולים: יושר, החבר לא ילמד, חברות. החלטה מנומקת, למשל: «אציע לשבת איתו ולהסביר».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מתי עדיף לבקש עצה ממבוגר לפני שמחליטים? כתבו שתי דוגמאות והסבירו.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כשההחלטה משפיעה על הבריאות או הבטיחות, כשהיא משפיעה על אחרים או קשה לבטל אותה, כשאין לי מספיק מידע. שתי דוגמאות מתאימות עם הסבר.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