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המעבר לחטיבת הביניים: עוגנים וכוחות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מחסן מילים: עוגן  |  מקצוע  |  עצמאות  |  דאגה  |  כוחות  |  יועצת</w:t>
      </w:r>
    </w:p>
    <w:p>
      <w:pPr>
        <w:bidi/>
        <w:spacing w:before="0" w:after="60"/>
        <w:jc w:val="both"/>
      </w:pPr>
      <w:r>
        <w:rPr>
          <w:rtl/>
        </w:rPr>
        <w:t>א. בחטיבה יש מורה אחר לכל __________.</w:t>
      </w:r>
    </w:p>
    <w:p>
      <w:pPr>
        <w:bidi/>
        <w:spacing w:before="0" w:after="60"/>
        <w:jc w:val="both"/>
      </w:pPr>
      <w:r>
        <w:rPr>
          <w:rtl/>
        </w:rPr>
        <w:t>ב. בחטיבה יש יותר __________ – וגם יותר אחריות.</w:t>
      </w:r>
    </w:p>
    <w:p>
      <w:pPr>
        <w:bidi/>
        <w:spacing w:before="0" w:after="60"/>
        <w:jc w:val="both"/>
      </w:pPr>
      <w:r>
        <w:rPr>
          <w:rtl/>
        </w:rPr>
        <w:t>ג. לקראת המעבר אפשר להרגיש גם התרגשות וגם __________.</w:t>
      </w:r>
    </w:p>
    <w:p>
      <w:pPr>
        <w:bidi/>
        <w:spacing w:before="0" w:after="60"/>
        <w:jc w:val="both"/>
      </w:pPr>
      <w:r>
        <w:rPr>
          <w:rtl/>
        </w:rPr>
        <w:t>ד. __________ הוא משהו קבוע שנותן לנו ביטחון כשהרבה דברים משתנים.</w:t>
      </w:r>
    </w:p>
    <w:p>
      <w:pPr>
        <w:bidi/>
        <w:spacing w:before="0" w:after="60"/>
        <w:jc w:val="both"/>
      </w:pPr>
      <w:r>
        <w:rPr>
          <w:rtl/>
        </w:rPr>
        <w:t>ה. ב«תיק ה__________» יש כישורים שכבר רכשנו.</w:t>
      </w:r>
    </w:p>
    <w:p>
      <w:pPr>
        <w:bidi/>
        <w:spacing w:before="0" w:after="60"/>
        <w:jc w:val="both"/>
      </w:pPr>
      <w:r>
        <w:rPr>
          <w:rtl/>
        </w:rPr>
        <w:t>ו. כשמשהו מטריד, אפשר לפנות ל__________ החטיבה.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השלימו: מה היה ביסודי ומה יהיה בחטיבה?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ביסודי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בחטיבה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מחנכת אחת לרוב השיעורים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גודל בית הספר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שיעורי בית ומבחנים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פחות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הרגשות לקראת המעבר: רגש נעים או רגש לא נעים? (כל הרגשות טבעיים!)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התרגשות  |  דאגה  |  סקרנות  |  עצב על הפרידה  |  גאווה  |  פחד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רגש נעים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רגש לא נעים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סוג של עוגן 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אנשים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«אני תמיד אומר את האמת»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הרגל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נגינה בפסנתר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תחביב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הגינה ליד הבית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ערך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קריאה לפני השינה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סבא שתמיד מקשיב לי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רק ילדים חלשים מפחדים מהמעבר לחטיבה.      נכון / לא נכון</w:t>
      </w:r>
    </w:p>
    <w:p>
      <w:pPr>
        <w:bidi/>
        <w:spacing w:before="0" w:after="60"/>
        <w:jc w:val="both"/>
      </w:pPr>
      <w:r>
        <w:rPr>
          <w:rtl/>
        </w:rPr>
        <w:t>ב. אפשר לקחת איתנו לחטיבה כישורים שלמדנו ביסודי.      נכון / לא נכון</w:t>
      </w:r>
    </w:p>
    <w:p>
      <w:pPr>
        <w:bidi/>
        <w:spacing w:before="0" w:after="60"/>
        <w:jc w:val="both"/>
      </w:pPr>
      <w:r>
        <w:rPr>
          <w:rtl/>
        </w:rPr>
        <w:t>ג. ביקור בחטיבה לפני תחילת השנה יכול להקטין את הדאגה.      נכון / לא נכון</w:t>
      </w:r>
    </w:p>
    <w:p>
      <w:pPr>
        <w:bidi/>
        <w:spacing w:before="0" w:after="60"/>
        <w:jc w:val="both"/>
      </w:pPr>
      <w:r>
        <w:rPr>
          <w:rtl/>
        </w:rPr>
        <w:t>ד. בחטיבה אין למי לפנות כשקשה.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מה הדרך הטובה ביותר להתמודד עם הדאגה «לא אמצא חברים»?</w:t>
      </w:r>
    </w:p>
    <w:p>
      <w:pPr>
        <w:bidi/>
        <w:spacing w:before="0" w:after="80"/>
        <w:jc w:val="both"/>
      </w:pPr>
      <w:r>
        <w:rPr>
          <w:rtl/>
        </w:rPr>
        <w:t xml:space="preserve">   ○ להחליט מראש לא לדבר עם אף אחד      ○ להציג את עצמי, להצטרף לחוג ולהתעניין באחרים      ○ לחכות שמישהו אחר יתחיל</w:t>
      </w:r>
    </w:p>
    <w:p>
      <w:pPr>
        <w:bidi/>
        <w:spacing w:before="0" w:after="20"/>
        <w:jc w:val="both"/>
      </w:pPr>
      <w:r>
        <w:rPr>
          <w:rtl/>
        </w:rPr>
        <w:t>ב. איזה כישור יעזור במיוחד עם מערכת שעות מסובכת?</w:t>
      </w:r>
    </w:p>
    <w:p>
      <w:pPr>
        <w:bidi/>
        <w:spacing w:before="0" w:after="80"/>
        <w:jc w:val="both"/>
      </w:pPr>
      <w:r>
        <w:rPr>
          <w:rtl/>
        </w:rPr>
        <w:t xml:space="preserve">   ○ התארגנות ותכנון      ○ ריצה מהירה      ○ שירה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היום הראשון של אריאל</w:t>
      </w:r>
    </w:p>
    <w:p>
      <w:pPr>
        <w:bidi/>
        <w:spacing w:before="0" w:after="80"/>
        <w:jc w:val="both"/>
      </w:pPr>
      <w:r>
        <w:rPr>
          <w:rtl/>
        </w:rPr>
        <w:t>בלילה שלפני היום הראשון בחטיבה אריאל לא נרדם. «מה אם אתבלבל בין הכיתות? מה אם אף אחד מהחברים שלי לא יהיה איתי?»</w:t>
      </w:r>
    </w:p>
    <w:p>
      <w:pPr>
        <w:bidi/>
        <w:spacing w:before="0" w:after="80"/>
        <w:jc w:val="both"/>
      </w:pPr>
      <w:r>
        <w:rPr>
          <w:rtl/>
        </w:rPr>
        <w:t>בבוקר נזכר בעצה של אחותו: «תכין מראש». הוא צילם את מערכת השעות ואת מפת בית הספר, ושם בתיק יומן חדש. בשיעור הראשון ישב ליד ילד שלא הכיר בשם איתי. הם גילו ששניהם אוהבים כדורסל.</w:t>
      </w:r>
    </w:p>
    <w:p>
      <w:pPr>
        <w:bidi/>
        <w:spacing w:before="0" w:after="80"/>
        <w:jc w:val="both"/>
      </w:pPr>
      <w:r>
        <w:rPr>
          <w:rtl/>
        </w:rPr>
        <w:t>בהפסקה הלכו יחד למגרש. בסוף היום כתב אריאל ביומן: «היה מבלבל, אבל מצאתי את כל הכיתות – ואת איתי».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ענו על פי הסיפור «היום הראשון של אריאל».</w:t>
      </w:r>
    </w:p>
    <w:p>
      <w:pPr>
        <w:bidi/>
        <w:spacing w:before="0" w:after="20"/>
        <w:jc w:val="both"/>
      </w:pPr>
      <w:r>
        <w:rPr>
          <w:rtl/>
        </w:rPr>
        <w:t>א. ממה דאג אריאל?</w:t>
      </w:r>
    </w:p>
    <w:p>
      <w:pPr>
        <w:bidi/>
        <w:spacing w:before="0" w:after="80"/>
        <w:jc w:val="both"/>
      </w:pPr>
      <w:r>
        <w:rPr>
          <w:rtl/>
        </w:rPr>
        <w:t xml:space="preserve">   ○ שיהיה לו משעמם      ○ להתבלבל בין הכיתות ולא למצוא חברים      ○ שהמורים יהיו קשוחים</w:t>
      </w:r>
    </w:p>
    <w:p>
      <w:pPr>
        <w:bidi/>
        <w:spacing w:before="0" w:after="20"/>
        <w:jc w:val="both"/>
      </w:pPr>
      <w:r>
        <w:rPr>
          <w:rtl/>
        </w:rPr>
        <w:t>ב. איזו פעולה עזרה לאריאל להתארגן?</w:t>
      </w:r>
    </w:p>
    <w:p>
      <w:pPr>
        <w:bidi/>
        <w:spacing w:before="0" w:after="80"/>
        <w:jc w:val="both"/>
      </w:pPr>
      <w:r>
        <w:rPr>
          <w:rtl/>
        </w:rPr>
        <w:t xml:space="preserve">   ○ צילום מערכת השעות והמפה      ○ הגעה מאוחרת      ○ ויתור על ההפסקה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אילו כוחות ועוגנים עזרו לאריאל ביום הראשון? כתבו לפחות שניים.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דבר אחד שמרגש אתכם ודבר אחד שמדאיג אתכם לקראת החטיבה. ליד הדאגה כתבו מה יכול לעזור.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ספינה ועוגן: על הספינה כתבו אתכם, ועל שרשרת העוגן כתבו לפחות ארבעה עוגנים שלכם.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אילו שלוש שאלות הייתם רוצים לשאול תלמיד ותיק בחטיבה?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כתבו מכתב קצר לעצמכם, שתקראו ביום הראשון בחטיבה. הזכירו בו שני כוחות שלכם ועוגן אחד.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המעבר לחטיבת הביניים: עוגנים וכוחות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  <w:jc w:val="both"/>
      </w:pPr>
      <w:r>
        <w:rPr>
          <w:rtl/>
        </w:rPr>
        <w:t>א. בחטיבה יש מורה אחר לכל מקצוע.</w:t>
      </w:r>
    </w:p>
    <w:p>
      <w:pPr>
        <w:bidi/>
        <w:spacing w:before="0" w:after="40"/>
        <w:jc w:val="both"/>
      </w:pPr>
      <w:r>
        <w:rPr>
          <w:rtl/>
        </w:rPr>
        <w:t>ב. בחטיבה יש יותר עצמאות – וגם יותר אחריות.</w:t>
      </w:r>
    </w:p>
    <w:p>
      <w:pPr>
        <w:bidi/>
        <w:spacing w:before="0" w:after="40"/>
        <w:jc w:val="both"/>
      </w:pPr>
      <w:r>
        <w:rPr>
          <w:rtl/>
        </w:rPr>
        <w:t>ג. לקראת המעבר אפשר להרגיש גם התרגשות וגם דאגה.</w:t>
      </w:r>
    </w:p>
    <w:p>
      <w:pPr>
        <w:bidi/>
        <w:spacing w:before="0" w:after="40"/>
        <w:jc w:val="both"/>
      </w:pPr>
      <w:r>
        <w:rPr>
          <w:rtl/>
        </w:rPr>
        <w:t>ד. עוגן הוא משהו קבוע שנותן לנו ביטחון כשהרבה דברים משתנים.</w:t>
      </w:r>
    </w:p>
    <w:p>
      <w:pPr>
        <w:bidi/>
        <w:spacing w:before="0" w:after="40"/>
        <w:jc w:val="both"/>
      </w:pPr>
      <w:r>
        <w:rPr>
          <w:rtl/>
        </w:rPr>
        <w:t>ה. ב«תיק הכוחות» יש כישורים שכבר רכשנו.</w:t>
      </w:r>
    </w:p>
    <w:p>
      <w:pPr>
        <w:bidi/>
        <w:spacing w:before="0" w:after="40"/>
        <w:jc w:val="both"/>
      </w:pPr>
      <w:r>
        <w:rPr>
          <w:rtl/>
        </w:rPr>
        <w:t>ו. כשמשהו מטריד, אפשר לפנות ליועצת החטיבה.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השלימו: מה היה ביסודי ומה יהיה בחטיבה?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ביסודי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בחטיבה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מחנכת אחת לרוב השיעורים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מורה אחר לכל מקצוע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גודל בית הספר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קטן יותר ומוכר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גדול יותר, הרבה תלמידים חדשים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שיעורי בית ומבחנים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פחות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יותר, וצריך לתכנן זמן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הרגשות לקראת המעבר: רגש נעים או רגש לא נעים? (כל הרגשות טבעיים!)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רגש נעים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רגש לא נעים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התרגשות, סקרנות, גאווה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דאגה, עצב על הפרידה, פחד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סוג של עוגן 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אנשים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«אני תמיד אומר את האמת»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הרגל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נגינה בפסנתר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תחביב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הגינה ליד הבית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ערך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קריאה לפני השינה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סבא שתמיד מקשיב לי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רק ילדים חלשים מפחדים מהמעבר לחטיבה. – לא נכון – רוב התלמידים מרגישים גם התרגשות וגם דאגה, וזה טבעי</w:t>
      </w:r>
    </w:p>
    <w:p>
      <w:pPr>
        <w:bidi/>
        <w:spacing w:before="0" w:after="40"/>
        <w:jc w:val="both"/>
      </w:pPr>
      <w:r>
        <w:rPr>
          <w:rtl/>
        </w:rPr>
        <w:t>ב. אפשר לקחת איתנו לחטיבה כישורים שלמדנו ביסודי. – נכון</w:t>
      </w:r>
    </w:p>
    <w:p>
      <w:pPr>
        <w:bidi/>
        <w:spacing w:before="0" w:after="40"/>
        <w:jc w:val="both"/>
      </w:pPr>
      <w:r>
        <w:rPr>
          <w:rtl/>
        </w:rPr>
        <w:t>ג. ביקור בחטיבה לפני תחילת השנה יכול להקטין את הדאגה. – נכון</w:t>
      </w:r>
    </w:p>
    <w:p>
      <w:pPr>
        <w:bidi/>
        <w:spacing w:before="0" w:after="40"/>
        <w:jc w:val="both"/>
      </w:pPr>
      <w:r>
        <w:rPr>
          <w:rtl/>
        </w:rPr>
        <w:t>ד. בחטיבה אין למי לפנות כשקשה. – לא נכון – יש מחנך, יועצת ותלמידים ותיקים שאפשר לפנות אליהם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מה הדרך הטובה ביותר להתמודד עם הדאגה «לא אמצא חברים»?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להציג את עצמי, להצטרף לחוג ולהתעניין באחרים</w:t>
      </w:r>
    </w:p>
    <w:p>
      <w:pPr>
        <w:bidi/>
        <w:spacing w:before="0" w:after="20"/>
        <w:jc w:val="both"/>
      </w:pPr>
      <w:r>
        <w:rPr>
          <w:rtl/>
        </w:rPr>
        <w:t>ב. איזה כישור יעזור במיוחד עם מערכת שעות מסובכת?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התארגנות ותכנון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ענו על פי הסיפור «היום הראשון של אריאל».</w:t>
      </w:r>
    </w:p>
    <w:p>
      <w:pPr>
        <w:bidi/>
        <w:spacing w:before="0" w:after="20"/>
        <w:jc w:val="both"/>
      </w:pPr>
      <w:r>
        <w:rPr>
          <w:rtl/>
        </w:rPr>
        <w:t>א. ממה דאג אריאל?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להתבלבל בין הכיתות ולא למצוא חברים</w:t>
      </w:r>
    </w:p>
    <w:p>
      <w:pPr>
        <w:bidi/>
        <w:spacing w:before="0" w:after="20"/>
        <w:jc w:val="both"/>
      </w:pPr>
      <w:r>
        <w:rPr>
          <w:rtl/>
        </w:rPr>
        <w:t>ב. איזו פעולה עזרה לאריאל להתארגן?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צילום מערכת השעות והמפה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אילו כוחות ועוגנים עזרו לאריאל ביום הראשון? כתבו לפחות שניים.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עוגן של אדם (אחותו ועצתה), כישור התארגנות (מערכת, מפה, יומן), כישור חברתי (פנה לילד חדש ומצא תחום משותף – כדורסל).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דבר אחד שמרגש אתכם ודבר אחד שמדאיג אתכם לקראת החטיבה. ליד הדאגה כתבו מה יכול לעזור.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רגש נעים, דאגה, ודרך מעשית להתמודד או אדם לפנות אליו.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ספינה ועוגן: על הספינה כתבו אתכם, ועל שרשרת העוגן כתבו לפחות ארבעה עוגנים שלכם.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עם לפחות ארבעה עוגנים מסוגים שונים (אנשים, הרגלים, תחביבים, ערכים, מקומות).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אילו שלוש שאלות הייתם רוצים לשאול תלמיד ותיק בחטיבה?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שאלות מעשיות ורגשיות, למשל: איך מתארגנים עם הרבה מקצועות? אילו חוגים יש? מה עזר לך בשבוע הראשון?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כתבו מכתב קצר לעצמכם, שתקראו ביום הראשון בחטיבה. הזכירו בו שני כוחות שלכם ועוגן אחד.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מכתב בגוף ראשון/שני, מעודד, עם שני כוחות מוחשיים (למשל: אני יודע לבקש עזרה, אני חבר טוב) ועוגן אחד.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