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מחוון למבחן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מבחן מסכם – רמה בסיסית · לשון כיתה י'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הבחינה: שעתיים וחצי · סך הכול 100 נקודות. המבחן בנוי במתכונת בחינת הבגרות «עברית: הבנה, הבעה ולשון» (שאלון 11281). יש לענות על כל השאלות. קראו את שני המאמרים בעיון לפני שתתחילו לענות; מספרי השורות מופיעים בשוליים. בשאלות הפתוחות ענו במשפטים שלמים ובמילים שלכם. מותר להשתמש במילון עברי־עברי.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הבנה והבעה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שם המספר ואותיות השימוש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תחביר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ד: מערכת הצורות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א: הבנה והבעה (50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קראו את מאמר 1. מהי הטענה המרכזית של הכותב? בשורות 24–29 מוצג נימוק לטענה זו – הציגו אותו במילים שלכם. (4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טענה: הקריאה המעמיקה נשחקת בעידן המסכים, ומערכת החינוך חייבת לטפח אותה במכוון (2). נימוק מפסקה 4: הקריאה המעמיקה היא דרך לחשוב – היא מאפשרת לבחון טיעונים ולהבחין בין עובדה לדעה, ולכן היא כלי הגנה של אזרח בחברה דמוקרטית (2). מחוון: טענה בלי החלק על מערכת החינוך – 1 נק'; העתקה מילולית של הנימוק בלי ניסוח עצמי – 1 נק'.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מבנה הטיעון במאמר 1: השלימו את הטבלה. כתבו בכל תא משפט אחד במילים שלכם.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רכיב הטיעון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היכן בטקסט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התוכן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1–6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הקריאה המעמיקה נשחקת, ומערכת החינוך צריכה לטפח אותה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 ראשון – ממצאי מחקר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13–23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המוח מסתגל לקריאה מרפרפת; קוראי מסך הבינו פחות את הקשרי הסיבה והתוצאה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טענת נגד (עמדה שהכותב מציג)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30–35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הדור הצעיר פשוט קורא אחרת, וכל דור מתלונן על הבא אחריו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הפרכה של טענת הנגד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30–35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ההשוואה לדפוס אינה מדויקת: הדפוס עודד קריאה ארוכה, המסך מעודד קריאה מקוטעת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הסתייגות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45–48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אין לוותר על המסכים; גם על מסך אפשר לקרוא לעומק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המלצה מעשית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36–44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שיעור שבועי לקריאה שקטה, סימון טענות ונימוקים, סיכום ושאלה לכותב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קשרים לוגיים: לכל מילת קישור מן המאמר כתבו את הקשר הלוגי שהיא מבטאת, והציעו מילת קישור אחרת המבטאת אותו קשר. (5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הקישור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היכן בטקסט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הקשר הלוגי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קישור חלופית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7–12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סיבה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כי / משום 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אולם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13–23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ניגוד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אבל / ואילו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אפוא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24–29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מסקנה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לכן / לפיכך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ואף על פי 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30–35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ויתור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למרות זאת / אף על פי 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בתנאי 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45–48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תנאי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אם / רק אם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משמעות בהקשר: התאימו כל מילה או צירוף מן המאמר למשמעותם בהקשר. (4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נשחקת (בשורות 1–6)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נחלשת בהדרגה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מרפרפת (בשורות 7–12)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מהירה ושטחית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מותרות (בשורות 24–29)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מתוך כוונה ותכנון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במכוון (בשורות 1–6)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דבר שאינו הכרחי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בשורות 49–51 משווה הכותב את הקריאה המעמיקה לשריר. הסבירו את ההשוואה (מה המשותף לשניהם), וכתבו מה תפקידה של השוואה זו בסיום המאמר. (4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המשותף: שניהם מתחזקים באימון מתמשך ונחלשים כשאין משתמשים בהם (2). תפקיד: לחזק את הטענה ואת ההמלצה – אם הקריאה המעמיקה תלויה באימון, יש לאמן אותה בבית הספר; ההשוואה מוחשית וקל לזכור אותה, ולכן היא סוגרת את המאמר בצורה משכנעת (2).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השוו בין שני המאמרים: כתבו נקודה אחת שבה הכותבים מסכימים ונקודה אחת שבה הם חלוקים. בססו כל נקודה על שני המאמרים (בשורות 45–48, בשורות 20–24). (5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הסכמה (2): שניהם מכירים בכך שיש הסחות דעת וקריאה מקוטעת, ושניהם אינם רוצים לוותר על המסכים – הפתרון הוא ללמד שימוש נבון. מחלוקת (3): כותב מאמר 1 רואה במסך גורם שמעודד קריאה מרפרפת ושוחק את ההבנה העמוקה, ולכן דורש זמן מוגדר לקריאה רציפה; כותב מאמר 2 רואה במסך הזדמנות – הוא מגדיל את היקף הקריאה והכתיבה ומסייע לקוראים מתקשים. מחוון: נקודה בלי ביסוס משני המאמרים – מחצית הניקוד.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מטלת כתיבה – סקירה (150–200 מילים): עיתון בית הספר מכין גיליון בנושא «קריאה בעידן המסכים». כתבו סקירה על פי שני המאמרים. בסקירה: הציגו את הבעיה; הציגו את שתי העמדות ואת הנימוקים העיקריים לכל אחת; כתבו פתיחה וסיום; כתבו כותרת. אין להעתיק משפטים מן המאמרים ואין להביע עמדה אישית. (22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 (22 נק'): תוכן 10 – הצגת הבעיה (2); עמדת מאמר 1 ושני נימוקים (3); עמדת מאמר 2 ושני נימוקים (3); ציון נקודת ההסכמה או ההבדל המרכזי (2). מבנה 6 – כותרת מתאימה (1); פתיחה (1); מעבר ברור בין העמדות במילות קישור כמו «לעומת זאת», «ואילו» (2); סיום (1); אורך 150–200 מילים (1). לשון 6 – ניסוח עצמי ללא העתקה (2); משלב רשמי וגוף שלישי, בלי עמדה אישית (2); כתיב, התאם ופיסוק (2). דוגמת פתיחה: «בשנים האחרונות רוב הטקסטים שבני נוער קוראים מוצגים על מסך, והשאלה מה עושה הדבר ליכולת הקריאה מעסיקה מחנכים וחוקרים...».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ב: שם המספר ואותיות השימוש (10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שם המספר: כתבו במילים את המספר שבסוגריים, בצורה התקינה (שימו לב למין שם העצם ולצורת הנפרד או הנסמך). (6 נק')</w:t>
      </w:r>
    </w:p>
    <w:p>
      <w:pPr>
        <w:bidi/>
        <w:spacing w:before="0" w:after="40"/>
        <w:jc w:val="both"/>
      </w:pPr>
      <w:r>
        <w:rPr>
          <w:rtl/>
        </w:rPr>
        <w:t>א. במחקר השתתפו שתים־עשרה (12) תלמידות מכיתות י'.</w:t>
      </w:r>
    </w:p>
    <w:p>
      <w:pPr>
        <w:bidi/>
        <w:spacing w:before="0" w:after="40"/>
        <w:jc w:val="both"/>
      </w:pPr>
      <w:r>
        <w:rPr>
          <w:rtl/>
        </w:rPr>
        <w:t>ב. הספר שקראנו מחולק ל־עשרים ואחד (21) פרקים.</w:t>
      </w:r>
    </w:p>
    <w:p>
      <w:pPr>
        <w:bidi/>
        <w:spacing w:before="0" w:after="40"/>
        <w:jc w:val="both"/>
      </w:pPr>
      <w:r>
        <w:rPr>
          <w:rtl/>
        </w:rPr>
        <w:t>ג. הניסוי נמשך שלוש (3) שנים.</w:t>
      </w:r>
    </w:p>
    <w:p>
      <w:pPr>
        <w:bidi/>
        <w:spacing w:before="0" w:after="40"/>
        <w:jc w:val="both"/>
      </w:pPr>
      <w:r>
        <w:rPr>
          <w:rtl/>
        </w:rPr>
        <w:t>ד. בספריית בית הספר נוספו שמונה (8) ספרים חדשים.</w:t>
      </w:r>
    </w:p>
    <w:p>
      <w:pPr>
        <w:bidi/>
        <w:spacing w:before="0" w:after="40"/>
        <w:jc w:val="both"/>
      </w:pPr>
      <w:r>
        <w:rPr>
          <w:rtl/>
        </w:rPr>
        <w:t>ה. שתי (2) הקבוצות קראו את אותו הסיפור.</w:t>
      </w:r>
    </w:p>
    <w:p>
      <w:pPr>
        <w:bidi/>
        <w:spacing w:before="0" w:after="40"/>
        <w:jc w:val="both"/>
      </w:pPr>
      <w:r>
        <w:rPr>
          <w:rtl/>
        </w:rPr>
        <w:t>ו. החוקרים בדקו את שלושת (3) הניסויים מחדש.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אותיות השימוש: כתבו כל צירוף עם ו' החיבור המנוקדת כראוי, ונמקו לפי הכלל. (4 נק')</w:t>
      </w:r>
    </w:p>
    <w:p>
      <w:pPr>
        <w:bidi/>
        <w:spacing w:before="0" w:after="100"/>
        <w:jc w:val="both"/>
      </w:pPr>
      <w:r>
        <w:rPr>
          <w:rtl/>
        </w:rPr>
        <w:t>א. קְרִיאָה + ו + כְּתִיבָה  ← קְרִיאָה וּכְתִיבָה – לפני שווא ו' החיבור מנוקדת בשורוק (והדגש בכ' נעלם)</w:t>
      </w:r>
    </w:p>
    <w:p>
      <w:pPr>
        <w:bidi/>
        <w:spacing w:before="0" w:after="100"/>
        <w:jc w:val="both"/>
      </w:pPr>
      <w:r>
        <w:rPr>
          <w:rtl/>
        </w:rPr>
        <w:t>ב. סְפָרִים + ו + מַאֲמָרִים  ← סְפָרִים וּמַאֲמָרִים – לפני האותיות בומ"ף ו' החיבור מנוקדת בשורוק</w:t>
      </w:r>
    </w:p>
    <w:p>
      <w:pPr>
        <w:bidi/>
        <w:spacing w:before="0" w:after="100"/>
        <w:jc w:val="both"/>
      </w:pPr>
      <w:r>
        <w:rPr>
          <w:rtl/>
        </w:rPr>
        <w:t>ג. מוֹרִים + ו + יְלָדִים  ← מוֹרִים וִילָדִים – לפני יְ בשווא: ו' בחיריק והי' נחה</w:t>
      </w:r>
    </w:p>
    <w:p>
      <w:pPr>
        <w:bidi/>
        <w:spacing w:before="0" w:after="100"/>
        <w:jc w:val="both"/>
      </w:pPr>
      <w:r>
        <w:rPr>
          <w:rtl/>
        </w:rPr>
        <w:t>ד. מוֹרִים + ו + אֲנָשִׁים  ← מוֹרִים וַאֲנָשִׁים – לפני חטף ו' החיבור מקבלת את התנועה המתאימה לחטף: חטף פתח ← וַ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ג: תחביר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ציינו את התפקיד התחבירי של הצירוף המודגש במירכאות «» בכל משפט (נושא, נשוא, מושא ישיר, מושא עקיף, לוואי, תמורה, תיאור – כתבו את סוג התיאור). (10 נק')</w:t>
      </w:r>
    </w:p>
    <w:p>
      <w:pPr>
        <w:bidi/>
        <w:spacing w:before="0" w:after="100"/>
        <w:jc w:val="both"/>
      </w:pPr>
      <w:r>
        <w:rPr>
          <w:rtl/>
        </w:rPr>
        <w:t>א. «הקורא המעמיק» עוצר, חוזר אחורה ומשווה בין רעיונות.  ← נושא</w:t>
      </w:r>
    </w:p>
    <w:p>
      <w:pPr>
        <w:bidi/>
        <w:spacing w:before="0" w:after="100"/>
        <w:jc w:val="both"/>
      </w:pPr>
      <w:r>
        <w:rPr>
          <w:rtl/>
        </w:rPr>
        <w:t>ב. המוח מסתגל «לסביבת הקריאה».  ← מושא עקיף</w:t>
      </w:r>
    </w:p>
    <w:p>
      <w:pPr>
        <w:bidi/>
        <w:spacing w:before="0" w:after="100"/>
        <w:jc w:val="both"/>
      </w:pPr>
      <w:r>
        <w:rPr>
          <w:rtl/>
        </w:rPr>
        <w:t>ג. «בעידן המסכים» הקריאה המעמיקה נשחקת.  ← תיאור זמן</w:t>
      </w:r>
    </w:p>
    <w:p>
      <w:pPr>
        <w:bidi/>
        <w:spacing w:before="0" w:after="100"/>
        <w:jc w:val="both"/>
      </w:pPr>
      <w:r>
        <w:rPr>
          <w:rtl/>
        </w:rPr>
        <w:t>ד. הקריאה המעמיקה היא «כלי הגנה».  ← נשוא (שמני; «היא» – אוגד)</w:t>
      </w:r>
    </w:p>
    <w:p>
      <w:pPr>
        <w:bidi/>
        <w:spacing w:before="0" w:after="100"/>
        <w:jc w:val="both"/>
      </w:pPr>
      <w:r>
        <w:rPr>
          <w:rtl/>
        </w:rPr>
        <w:t>ה. בית הספר הוא מקום «שקט».  ← לוואי</w:t>
      </w:r>
    </w:p>
    <w:p>
      <w:pPr>
        <w:bidi/>
        <w:spacing w:before="0" w:after="100"/>
        <w:jc w:val="both"/>
      </w:pPr>
      <w:r>
        <w:rPr>
          <w:rtl/>
        </w:rPr>
        <w:t>ו. בני הנוער קוראים «יותר מילים» מאי פעם.  ← מושא ישיר</w:t>
      </w:r>
    </w:p>
    <w:p>
      <w:pPr>
        <w:bidi/>
        <w:spacing w:before="0" w:after="100"/>
        <w:jc w:val="both"/>
      </w:pPr>
      <w:r>
        <w:rPr>
          <w:rtl/>
        </w:rPr>
        <w:t>ז. התלמידים, «קוראים צעירים», לומדים לסכם פסקה.  ← תמורה</w:t>
      </w:r>
    </w:p>
    <w:p>
      <w:pPr>
        <w:bidi/>
        <w:spacing w:before="0" w:after="100"/>
        <w:jc w:val="both"/>
      </w:pPr>
      <w:r>
        <w:rPr>
          <w:rtl/>
        </w:rPr>
        <w:t>ח. «כדי לטפח קריאה מעמיקה» המורים מקדישים שיעור שלם.  ← תיאור תכלית</w:t>
      </w:r>
    </w:p>
    <w:p>
      <w:pPr>
        <w:bidi/>
        <w:spacing w:before="0" w:after="100"/>
        <w:jc w:val="both"/>
      </w:pPr>
      <w:r>
        <w:rPr>
          <w:rtl/>
        </w:rPr>
        <w:t>ט. הטקסטים קצרים, רבים «ומגוונים».  ← נשוא – חלק כולל (שלושה נשואים כוללים)</w:t>
      </w:r>
    </w:p>
    <w:p>
      <w:pPr>
        <w:bidi/>
        <w:spacing w:before="0" w:after="100"/>
        <w:jc w:val="both"/>
      </w:pPr>
      <w:r>
        <w:rPr>
          <w:rtl/>
        </w:rPr>
        <w:t>י. «בשל ההתראות» הקורא אינו מצליח להתרכז.  ← תיאור סיבה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קבעו את סוג המשפט: פשוט, מורכב או מאוחה. במשפט מורכב – העתיקו את הפסוקית וכתבו את תפקידה התחבירי; במשפט מאוחה – כתבו את הקשר הלוגי בין האיברים. (10 נק')</w:t>
      </w:r>
    </w:p>
    <w:p>
      <w:pPr>
        <w:bidi/>
        <w:spacing w:before="0" w:after="100"/>
        <w:jc w:val="both"/>
      </w:pPr>
      <w:r>
        <w:rPr>
          <w:rtl/>
        </w:rPr>
        <w:t>א. מורים שניסו שיטות כאלה מדווחים על הצלחה.  ← מורכב – «שניסו שיטות כאלה»: פסוקית לוואי (ל«מורים»)</w:t>
      </w:r>
    </w:p>
    <w:p>
      <w:pPr>
        <w:bidi/>
        <w:spacing w:before="0" w:after="100"/>
        <w:jc w:val="both"/>
      </w:pPr>
      <w:r>
        <w:rPr>
          <w:rtl/>
        </w:rPr>
        <w:t>ב. החוקרים הסיקו כי קריאה על מסך עלולה לפגוע בהבנה.  ← מורכב – «כי קריאה על מסך עלולה לפגוע בהבנה»: פסוקית מושא</w:t>
      </w:r>
    </w:p>
    <w:p>
      <w:pPr>
        <w:bidi/>
        <w:spacing w:before="0" w:after="100"/>
        <w:jc w:val="both"/>
      </w:pPr>
      <w:r>
        <w:rPr>
          <w:rtl/>
        </w:rPr>
        <w:t>ג. כאשר אנו קוראים טיעון ארוך, אנו נדרשים לזכור את טענת הכותב.  ← מורכב – «כאשר אנו קוראים טיעון ארוך»: פסוקית תיאור זמן</w:t>
      </w:r>
    </w:p>
    <w:p>
      <w:pPr>
        <w:bidi/>
        <w:spacing w:before="0" w:after="100"/>
        <w:jc w:val="both"/>
      </w:pPr>
      <w:r>
        <w:rPr>
          <w:rtl/>
        </w:rPr>
        <w:t>ד. הטקסטים קצרים, אך הם רבים ומגוונים.  ← מאוחה – קשר של ניגוד</w:t>
      </w:r>
    </w:p>
    <w:p>
      <w:pPr>
        <w:bidi/>
        <w:spacing w:before="0" w:after="100"/>
        <w:jc w:val="both"/>
      </w:pPr>
      <w:r>
        <w:rPr>
          <w:rtl/>
        </w:rPr>
        <w:t>ה. מי שקורא בעיקר טקסטים קצרים מתרגל לדלג.  ← מורכב – «מי שקורא בעיקר טקסטים קצרים»: פסוקית נושא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ד: מערכת הצורות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השורש, הבניין והגזרה של כל פועל מן המאמר.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הפועל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גזרה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נשחקת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ש-ח-ק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שלמים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מסתגל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ס-ג-ל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שלמים (שיכול: ס לפני ת)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הסיקו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נ-ס-ק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חסרי פ"נ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להקצות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ק-צ-ה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נחי ל"י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המוצגת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י-צ-ג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הופעל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חסרי פ"יצ (פ"י)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המילים לפי דרך התצורה שלהן. (5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ומשקל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וצורן סופי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הלחם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ראשי תיבות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מחשבה, מסמך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עיתונאי, ספרון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קולנוע, רמזור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דו"ח, צה"ל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את שם הפעולה של כל פועל, וכתבו בסוגריים את המשקל. (5 נק')</w:t>
      </w:r>
    </w:p>
    <w:p>
      <w:pPr>
        <w:bidi/>
        <w:spacing w:before="0" w:after="40"/>
        <w:jc w:val="both"/>
      </w:pPr>
      <w:r>
        <w:rPr>
          <w:rtl/>
        </w:rPr>
        <w:t>א. הִסְתַּגֵּל ← הִסְתַּגְּלוּת (הִתְקַטְּלוּת)</w:t>
      </w:r>
    </w:p>
    <w:p>
      <w:pPr>
        <w:bidi/>
        <w:spacing w:before="0" w:after="40"/>
        <w:jc w:val="both"/>
      </w:pPr>
      <w:r>
        <w:rPr>
          <w:rtl/>
        </w:rPr>
        <w:t>ב. הִקְצָה ← הַקְצָאָה (הַקְטָלָה)</w:t>
      </w:r>
    </w:p>
    <w:p>
      <w:pPr>
        <w:bidi/>
        <w:spacing w:before="0" w:after="40"/>
        <w:jc w:val="both"/>
      </w:pPr>
      <w:r>
        <w:rPr>
          <w:rtl/>
        </w:rPr>
        <w:t>ג. טִפֵּחַ ← טִפּוּחַ (קִטּוּל)</w:t>
      </w:r>
    </w:p>
    <w:p>
      <w:pPr>
        <w:bidi/>
        <w:spacing w:before="0" w:after="40"/>
        <w:jc w:val="both"/>
      </w:pPr>
      <w:r>
        <w:rPr>
          <w:rtl/>
        </w:rPr>
        <w:t>ד. הִבְחִין ← הַבְחָנָה (הַקְטָלָה)</w:t>
      </w:r>
    </w:p>
    <w:p>
      <w:pPr>
        <w:bidi/>
        <w:spacing w:before="0" w:after="40"/>
        <w:jc w:val="both"/>
      </w:pPr>
      <w:r>
        <w:rPr>
          <w:rtl/>
        </w:rPr>
        <w:t>ה. נִשְׁחַק ← הִשָּׁחֲקוּת (הִקָּטְלוּת)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